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EF6F0"/>
  <w:body>
    <w:p w14:paraId="15A1834D" w14:textId="6E4949AF" w:rsidR="006019E6" w:rsidRPr="00F4767A" w:rsidRDefault="00C54F7B">
      <w:pPr>
        <w:rPr>
          <w:lang w:val="nl-NL"/>
        </w:rPr>
      </w:pPr>
      <w:r w:rsidRPr="00F4767A">
        <w:rPr>
          <w:noProof/>
          <w:lang w:val="nl-NL"/>
        </w:rPr>
        <w:drawing>
          <wp:anchor distT="0" distB="0" distL="114300" distR="114300" simplePos="0" relativeHeight="251658241" behindDoc="1" locked="0" layoutInCell="1" allowOverlap="1" wp14:anchorId="56C2C5D3" wp14:editId="141143DD">
            <wp:simplePos x="0" y="0"/>
            <wp:positionH relativeFrom="page">
              <wp:posOffset>7538085</wp:posOffset>
            </wp:positionH>
            <wp:positionV relativeFrom="paragraph">
              <wp:posOffset>-660781</wp:posOffset>
            </wp:positionV>
            <wp:extent cx="7581265" cy="10720597"/>
            <wp:effectExtent l="0" t="0" r="635" b="5080"/>
            <wp:wrapNone/>
            <wp:docPr id="37614568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145684" name="Afbeelding 2"/>
                    <pic:cNvPicPr/>
                  </pic:nvPicPr>
                  <pic:blipFill>
                    <a:blip r:embed="rId11"/>
                    <a:stretch>
                      <a:fillRect/>
                    </a:stretch>
                  </pic:blipFill>
                  <pic:spPr>
                    <a:xfrm>
                      <a:off x="0" y="0"/>
                      <a:ext cx="7581265" cy="10720597"/>
                    </a:xfrm>
                    <a:prstGeom prst="rect">
                      <a:avLst/>
                    </a:prstGeom>
                  </pic:spPr>
                </pic:pic>
              </a:graphicData>
            </a:graphic>
            <wp14:sizeRelH relativeFrom="margin">
              <wp14:pctWidth>0</wp14:pctWidth>
            </wp14:sizeRelH>
            <wp14:sizeRelV relativeFrom="margin">
              <wp14:pctHeight>0</wp14:pctHeight>
            </wp14:sizeRelV>
          </wp:anchor>
        </w:drawing>
      </w:r>
      <w:r w:rsidRPr="00F4767A">
        <w:rPr>
          <w:b/>
          <w:bCs/>
          <w:noProof/>
          <w:lang w:val="nl-NL"/>
        </w:rPr>
        <w:drawing>
          <wp:anchor distT="0" distB="0" distL="114300" distR="114300" simplePos="0" relativeHeight="251658240" behindDoc="1" locked="0" layoutInCell="1" allowOverlap="1" wp14:anchorId="5F190C44" wp14:editId="700DB680">
            <wp:simplePos x="0" y="0"/>
            <wp:positionH relativeFrom="column">
              <wp:posOffset>-485775</wp:posOffset>
            </wp:positionH>
            <wp:positionV relativeFrom="paragraph">
              <wp:posOffset>-590550</wp:posOffset>
            </wp:positionV>
            <wp:extent cx="7581838" cy="10798810"/>
            <wp:effectExtent l="0" t="0" r="635" b="2540"/>
            <wp:wrapNone/>
            <wp:docPr id="878829730" name="Afbeelding 1" descr="Afbeelding met tekst, kleding, schermopname, glimlach&#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829730" name="Afbeelding 1" descr="Afbeelding met tekst, kleding, schermopname, glimlach&#10;&#10;Door AI gegenereerde inhoud is mogelijk onjuist."/>
                    <pic:cNvPicPr/>
                  </pic:nvPicPr>
                  <pic:blipFill>
                    <a:blip r:embed="rId12"/>
                    <a:stretch>
                      <a:fillRect/>
                    </a:stretch>
                  </pic:blipFill>
                  <pic:spPr>
                    <a:xfrm>
                      <a:off x="0" y="0"/>
                      <a:ext cx="7581838" cy="10798810"/>
                    </a:xfrm>
                    <a:prstGeom prst="rect">
                      <a:avLst/>
                    </a:prstGeom>
                  </pic:spPr>
                </pic:pic>
              </a:graphicData>
            </a:graphic>
            <wp14:sizeRelH relativeFrom="margin">
              <wp14:pctWidth>0</wp14:pctWidth>
            </wp14:sizeRelH>
            <wp14:sizeRelV relativeFrom="margin">
              <wp14:pctHeight>0</wp14:pctHeight>
            </wp14:sizeRelV>
          </wp:anchor>
        </w:drawing>
      </w:r>
      <w:r w:rsidR="006019E6" w:rsidRPr="00F4767A">
        <w:rPr>
          <w:lang w:val="nl-NL"/>
        </w:rPr>
        <w:br w:type="page"/>
      </w:r>
    </w:p>
    <w:p w14:paraId="0552650D" w14:textId="77777777" w:rsidR="0057233D" w:rsidRPr="00F4767A" w:rsidRDefault="0057233D" w:rsidP="0057233D">
      <w:pPr>
        <w:rPr>
          <w:rFonts w:ascii="Fresco Std Normal" w:hAnsi="Fresco Std Normal"/>
          <w:b/>
          <w:bCs/>
          <w:sz w:val="60"/>
          <w:szCs w:val="60"/>
          <w:lang w:val="nl-NL"/>
        </w:rPr>
      </w:pPr>
      <w:r w:rsidRPr="00F4767A">
        <w:rPr>
          <w:rFonts w:ascii="Fresco Std Normal" w:hAnsi="Fresco Std Normal"/>
          <w:b/>
          <w:bCs/>
          <w:sz w:val="60"/>
          <w:szCs w:val="60"/>
          <w:lang w:val="nl-NL"/>
        </w:rPr>
        <w:lastRenderedPageBreak/>
        <w:t>Inhoud</w:t>
      </w:r>
    </w:p>
    <w:sdt>
      <w:sdtPr>
        <w:rPr>
          <w:rFonts w:asciiTheme="minorHAnsi" w:eastAsiaTheme="minorEastAsia" w:hAnsiTheme="minorHAnsi" w:cstheme="minorBidi"/>
          <w:b w:val="0"/>
          <w:bCs w:val="0"/>
          <w:color w:val="auto"/>
          <w:sz w:val="22"/>
          <w:szCs w:val="22"/>
          <w:lang w:val="nl-NL"/>
        </w:rPr>
        <w:id w:val="-834152104"/>
        <w:docPartObj>
          <w:docPartGallery w:val="Table of Contents"/>
          <w:docPartUnique/>
        </w:docPartObj>
      </w:sdtPr>
      <w:sdtEndPr/>
      <w:sdtContent>
        <w:p w14:paraId="3CC883B9" w14:textId="4146EB3C" w:rsidR="006918D0" w:rsidRPr="00F4767A" w:rsidRDefault="006918D0">
          <w:pPr>
            <w:pStyle w:val="Kopvaninhoudsopgave"/>
            <w:rPr>
              <w:rFonts w:ascii="Fresco Std Normal" w:hAnsi="Fresco Std Normal"/>
              <w:sz w:val="22"/>
              <w:szCs w:val="22"/>
              <w:lang w:val="nl-NL"/>
            </w:rPr>
          </w:pPr>
        </w:p>
        <w:p w14:paraId="44F172F4" w14:textId="71872AB2" w:rsidR="00F4767A" w:rsidRPr="00F4767A" w:rsidRDefault="006918D0">
          <w:pPr>
            <w:pStyle w:val="Inhopg1"/>
            <w:tabs>
              <w:tab w:val="right" w:leader="dot" w:pos="10815"/>
            </w:tabs>
            <w:rPr>
              <w:rFonts w:ascii="Fresco Std Normal" w:eastAsiaTheme="minorEastAsia" w:hAnsi="Fresco Std Normal" w:cstheme="minorBidi"/>
              <w:noProof/>
              <w:kern w:val="2"/>
              <w:sz w:val="22"/>
              <w:szCs w:val="22"/>
              <w:lang w:eastAsia="nl-NL"/>
              <w14:ligatures w14:val="standardContextual"/>
            </w:rPr>
          </w:pPr>
          <w:r w:rsidRPr="00F4767A">
            <w:rPr>
              <w:rFonts w:ascii="Fresco Std Normal" w:hAnsi="Fresco Std Normal"/>
              <w:sz w:val="22"/>
              <w:szCs w:val="22"/>
            </w:rPr>
            <w:fldChar w:fldCharType="begin"/>
          </w:r>
          <w:r w:rsidRPr="00F4767A">
            <w:rPr>
              <w:rFonts w:ascii="Fresco Std Normal" w:hAnsi="Fresco Std Normal"/>
              <w:sz w:val="22"/>
              <w:szCs w:val="22"/>
            </w:rPr>
            <w:instrText xml:space="preserve"> TOC \o "1-3" \h \z \u </w:instrText>
          </w:r>
          <w:r w:rsidRPr="00F4767A">
            <w:rPr>
              <w:rFonts w:ascii="Fresco Std Normal" w:hAnsi="Fresco Std Normal"/>
              <w:sz w:val="22"/>
              <w:szCs w:val="22"/>
            </w:rPr>
            <w:fldChar w:fldCharType="separate"/>
          </w:r>
          <w:hyperlink w:anchor="_Toc218262325" w:history="1">
            <w:r w:rsidR="00F4767A" w:rsidRPr="00F4767A">
              <w:rPr>
                <w:rStyle w:val="Hyperlink"/>
                <w:rFonts w:ascii="Fresco Std Normal" w:hAnsi="Fresco Std Normal"/>
                <w:noProof/>
                <w:sz w:val="22"/>
                <w:szCs w:val="22"/>
              </w:rPr>
              <w:t>Inleiding</w:t>
            </w:r>
            <w:r w:rsidR="00F4767A" w:rsidRPr="00F4767A">
              <w:rPr>
                <w:rFonts w:ascii="Fresco Std Normal" w:hAnsi="Fresco Std Normal"/>
                <w:noProof/>
                <w:webHidden/>
                <w:sz w:val="22"/>
                <w:szCs w:val="22"/>
              </w:rPr>
              <w:tab/>
            </w:r>
            <w:r w:rsidR="00F4767A" w:rsidRPr="00F4767A">
              <w:rPr>
                <w:rFonts w:ascii="Fresco Std Normal" w:hAnsi="Fresco Std Normal"/>
                <w:noProof/>
                <w:webHidden/>
                <w:sz w:val="22"/>
                <w:szCs w:val="22"/>
              </w:rPr>
              <w:fldChar w:fldCharType="begin"/>
            </w:r>
            <w:r w:rsidR="00F4767A" w:rsidRPr="00F4767A">
              <w:rPr>
                <w:rFonts w:ascii="Fresco Std Normal" w:hAnsi="Fresco Std Normal"/>
                <w:noProof/>
                <w:webHidden/>
                <w:sz w:val="22"/>
                <w:szCs w:val="22"/>
              </w:rPr>
              <w:instrText xml:space="preserve"> PAGEREF _Toc218262325 \h </w:instrText>
            </w:r>
            <w:r w:rsidR="00F4767A" w:rsidRPr="00F4767A">
              <w:rPr>
                <w:rFonts w:ascii="Fresco Std Normal" w:hAnsi="Fresco Std Normal"/>
                <w:noProof/>
                <w:webHidden/>
                <w:sz w:val="22"/>
                <w:szCs w:val="22"/>
              </w:rPr>
            </w:r>
            <w:r w:rsidR="00F4767A" w:rsidRPr="00F4767A">
              <w:rPr>
                <w:rFonts w:ascii="Fresco Std Normal" w:hAnsi="Fresco Std Normal"/>
                <w:noProof/>
                <w:webHidden/>
                <w:sz w:val="22"/>
                <w:szCs w:val="22"/>
              </w:rPr>
              <w:fldChar w:fldCharType="separate"/>
            </w:r>
            <w:r w:rsidR="00F4767A" w:rsidRPr="00F4767A">
              <w:rPr>
                <w:rFonts w:ascii="Fresco Std Normal" w:hAnsi="Fresco Std Normal"/>
                <w:noProof/>
                <w:webHidden/>
                <w:sz w:val="22"/>
                <w:szCs w:val="22"/>
              </w:rPr>
              <w:t>2</w:t>
            </w:r>
            <w:r w:rsidR="00F4767A" w:rsidRPr="00F4767A">
              <w:rPr>
                <w:rFonts w:ascii="Fresco Std Normal" w:hAnsi="Fresco Std Normal"/>
                <w:noProof/>
                <w:webHidden/>
                <w:sz w:val="22"/>
                <w:szCs w:val="22"/>
              </w:rPr>
              <w:fldChar w:fldCharType="end"/>
            </w:r>
          </w:hyperlink>
        </w:p>
        <w:p w14:paraId="7DD3C87D" w14:textId="20108316" w:rsidR="00F4767A" w:rsidRPr="00F4767A" w:rsidRDefault="00F4767A">
          <w:pPr>
            <w:pStyle w:val="Inhopg1"/>
            <w:tabs>
              <w:tab w:val="right" w:leader="dot" w:pos="10815"/>
            </w:tabs>
            <w:rPr>
              <w:rFonts w:ascii="Fresco Std Normal" w:eastAsiaTheme="minorEastAsia" w:hAnsi="Fresco Std Normal" w:cstheme="minorBidi"/>
              <w:noProof/>
              <w:kern w:val="2"/>
              <w:sz w:val="22"/>
              <w:szCs w:val="22"/>
              <w:lang w:eastAsia="nl-NL"/>
              <w14:ligatures w14:val="standardContextual"/>
            </w:rPr>
          </w:pPr>
          <w:hyperlink w:anchor="_Toc218262326" w:history="1">
            <w:r w:rsidRPr="00F4767A">
              <w:rPr>
                <w:rStyle w:val="Hyperlink"/>
                <w:rFonts w:ascii="Fresco Std Normal" w:hAnsi="Fresco Std Normal"/>
                <w:noProof/>
                <w:sz w:val="22"/>
                <w:szCs w:val="22"/>
              </w:rPr>
              <w:t>Tabellen om zelf in te werken</w:t>
            </w:r>
            <w:r w:rsidRPr="00F4767A">
              <w:rPr>
                <w:rFonts w:ascii="Fresco Std Normal" w:hAnsi="Fresco Std Normal"/>
                <w:noProof/>
                <w:webHidden/>
                <w:sz w:val="22"/>
                <w:szCs w:val="22"/>
              </w:rPr>
              <w:tab/>
            </w:r>
            <w:r w:rsidRPr="00F4767A">
              <w:rPr>
                <w:rFonts w:ascii="Fresco Std Normal" w:hAnsi="Fresco Std Normal"/>
                <w:noProof/>
                <w:webHidden/>
                <w:sz w:val="22"/>
                <w:szCs w:val="22"/>
              </w:rPr>
              <w:fldChar w:fldCharType="begin"/>
            </w:r>
            <w:r w:rsidRPr="00F4767A">
              <w:rPr>
                <w:rFonts w:ascii="Fresco Std Normal" w:hAnsi="Fresco Std Normal"/>
                <w:noProof/>
                <w:webHidden/>
                <w:sz w:val="22"/>
                <w:szCs w:val="22"/>
              </w:rPr>
              <w:instrText xml:space="preserve"> PAGEREF _Toc218262326 \h </w:instrText>
            </w:r>
            <w:r w:rsidRPr="00F4767A">
              <w:rPr>
                <w:rFonts w:ascii="Fresco Std Normal" w:hAnsi="Fresco Std Normal"/>
                <w:noProof/>
                <w:webHidden/>
                <w:sz w:val="22"/>
                <w:szCs w:val="22"/>
              </w:rPr>
            </w:r>
            <w:r w:rsidRPr="00F4767A">
              <w:rPr>
                <w:rFonts w:ascii="Fresco Std Normal" w:hAnsi="Fresco Std Normal"/>
                <w:noProof/>
                <w:webHidden/>
                <w:sz w:val="22"/>
                <w:szCs w:val="22"/>
              </w:rPr>
              <w:fldChar w:fldCharType="separate"/>
            </w:r>
            <w:r w:rsidRPr="00F4767A">
              <w:rPr>
                <w:rFonts w:ascii="Fresco Std Normal" w:hAnsi="Fresco Std Normal"/>
                <w:noProof/>
                <w:webHidden/>
                <w:sz w:val="22"/>
                <w:szCs w:val="22"/>
              </w:rPr>
              <w:t>3</w:t>
            </w:r>
            <w:r w:rsidRPr="00F4767A">
              <w:rPr>
                <w:rFonts w:ascii="Fresco Std Normal" w:hAnsi="Fresco Std Normal"/>
                <w:noProof/>
                <w:webHidden/>
                <w:sz w:val="22"/>
                <w:szCs w:val="22"/>
              </w:rPr>
              <w:fldChar w:fldCharType="end"/>
            </w:r>
          </w:hyperlink>
        </w:p>
        <w:p w14:paraId="40BF590C" w14:textId="6CF74E6C" w:rsidR="00F4767A" w:rsidRPr="00F4767A" w:rsidRDefault="00F4767A">
          <w:pPr>
            <w:pStyle w:val="Inhopg1"/>
            <w:tabs>
              <w:tab w:val="right" w:leader="dot" w:pos="10815"/>
            </w:tabs>
            <w:rPr>
              <w:rFonts w:ascii="Fresco Std Normal" w:eastAsiaTheme="minorEastAsia" w:hAnsi="Fresco Std Normal" w:cstheme="minorBidi"/>
              <w:noProof/>
              <w:kern w:val="2"/>
              <w:sz w:val="22"/>
              <w:szCs w:val="22"/>
              <w:lang w:eastAsia="nl-NL"/>
              <w14:ligatures w14:val="standardContextual"/>
            </w:rPr>
          </w:pPr>
          <w:hyperlink w:anchor="_Toc218262327" w:history="1">
            <w:r w:rsidRPr="00F4767A">
              <w:rPr>
                <w:rStyle w:val="Hyperlink"/>
                <w:rFonts w:ascii="Fresco Std Normal" w:hAnsi="Fresco Std Normal"/>
                <w:i/>
                <w:noProof/>
                <w:sz w:val="22"/>
                <w:szCs w:val="22"/>
              </w:rPr>
              <w:t>De montessorifocuspunten in relatie tot de wettelijke kaders en overwegingen over de schoolpopulatie</w:t>
            </w:r>
            <w:r w:rsidRPr="00F4767A">
              <w:rPr>
                <w:rFonts w:ascii="Fresco Std Normal" w:hAnsi="Fresco Std Normal"/>
                <w:noProof/>
                <w:webHidden/>
                <w:sz w:val="22"/>
                <w:szCs w:val="22"/>
              </w:rPr>
              <w:tab/>
            </w:r>
            <w:r w:rsidRPr="00F4767A">
              <w:rPr>
                <w:rFonts w:ascii="Fresco Std Normal" w:hAnsi="Fresco Std Normal"/>
                <w:noProof/>
                <w:webHidden/>
                <w:sz w:val="22"/>
                <w:szCs w:val="22"/>
              </w:rPr>
              <w:fldChar w:fldCharType="begin"/>
            </w:r>
            <w:r w:rsidRPr="00F4767A">
              <w:rPr>
                <w:rFonts w:ascii="Fresco Std Normal" w:hAnsi="Fresco Std Normal"/>
                <w:noProof/>
                <w:webHidden/>
                <w:sz w:val="22"/>
                <w:szCs w:val="22"/>
              </w:rPr>
              <w:instrText xml:space="preserve"> PAGEREF _Toc218262327 \h </w:instrText>
            </w:r>
            <w:r w:rsidRPr="00F4767A">
              <w:rPr>
                <w:rFonts w:ascii="Fresco Std Normal" w:hAnsi="Fresco Std Normal"/>
                <w:noProof/>
                <w:webHidden/>
                <w:sz w:val="22"/>
                <w:szCs w:val="22"/>
              </w:rPr>
            </w:r>
            <w:r w:rsidRPr="00F4767A">
              <w:rPr>
                <w:rFonts w:ascii="Fresco Std Normal" w:hAnsi="Fresco Std Normal"/>
                <w:noProof/>
                <w:webHidden/>
                <w:sz w:val="22"/>
                <w:szCs w:val="22"/>
              </w:rPr>
              <w:fldChar w:fldCharType="separate"/>
            </w:r>
            <w:r w:rsidRPr="00F4767A">
              <w:rPr>
                <w:rFonts w:ascii="Fresco Std Normal" w:hAnsi="Fresco Std Normal"/>
                <w:noProof/>
                <w:webHidden/>
                <w:sz w:val="22"/>
                <w:szCs w:val="22"/>
              </w:rPr>
              <w:t>4</w:t>
            </w:r>
            <w:r w:rsidRPr="00F4767A">
              <w:rPr>
                <w:rFonts w:ascii="Fresco Std Normal" w:hAnsi="Fresco Std Normal"/>
                <w:noProof/>
                <w:webHidden/>
                <w:sz w:val="22"/>
                <w:szCs w:val="22"/>
              </w:rPr>
              <w:fldChar w:fldCharType="end"/>
            </w:r>
          </w:hyperlink>
        </w:p>
        <w:p w14:paraId="07C80218" w14:textId="1EA4C92A" w:rsidR="00F4767A" w:rsidRPr="00F4767A" w:rsidRDefault="00F4767A">
          <w:pPr>
            <w:pStyle w:val="Inhopg1"/>
            <w:tabs>
              <w:tab w:val="right" w:leader="dot" w:pos="10815"/>
            </w:tabs>
            <w:rPr>
              <w:rFonts w:ascii="Fresco Std Normal" w:eastAsiaTheme="minorEastAsia" w:hAnsi="Fresco Std Normal" w:cstheme="minorBidi"/>
              <w:noProof/>
              <w:kern w:val="2"/>
              <w:sz w:val="22"/>
              <w:szCs w:val="22"/>
              <w:lang w:eastAsia="nl-NL"/>
              <w14:ligatures w14:val="standardContextual"/>
            </w:rPr>
          </w:pPr>
          <w:hyperlink w:anchor="_Toc218262328" w:history="1">
            <w:r w:rsidRPr="00F4767A">
              <w:rPr>
                <w:rStyle w:val="Hyperlink"/>
                <w:rFonts w:ascii="Fresco Std Normal" w:hAnsi="Fresco Std Normal"/>
                <w:i/>
                <w:noProof/>
                <w:sz w:val="22"/>
                <w:szCs w:val="22"/>
              </w:rPr>
              <w:t>Doelen per montessorifocuspunt naar kennis, vaardigheden en houdingen</w:t>
            </w:r>
            <w:r w:rsidRPr="00F4767A">
              <w:rPr>
                <w:rFonts w:ascii="Fresco Std Normal" w:hAnsi="Fresco Std Normal"/>
                <w:noProof/>
                <w:webHidden/>
                <w:sz w:val="22"/>
                <w:szCs w:val="22"/>
              </w:rPr>
              <w:tab/>
            </w:r>
            <w:r w:rsidRPr="00F4767A">
              <w:rPr>
                <w:rFonts w:ascii="Fresco Std Normal" w:hAnsi="Fresco Std Normal"/>
                <w:noProof/>
                <w:webHidden/>
                <w:sz w:val="22"/>
                <w:szCs w:val="22"/>
              </w:rPr>
              <w:fldChar w:fldCharType="begin"/>
            </w:r>
            <w:r w:rsidRPr="00F4767A">
              <w:rPr>
                <w:rFonts w:ascii="Fresco Std Normal" w:hAnsi="Fresco Std Normal"/>
                <w:noProof/>
                <w:webHidden/>
                <w:sz w:val="22"/>
                <w:szCs w:val="22"/>
              </w:rPr>
              <w:instrText xml:space="preserve"> PAGEREF _Toc218262328 \h </w:instrText>
            </w:r>
            <w:r w:rsidRPr="00F4767A">
              <w:rPr>
                <w:rFonts w:ascii="Fresco Std Normal" w:hAnsi="Fresco Std Normal"/>
                <w:noProof/>
                <w:webHidden/>
                <w:sz w:val="22"/>
                <w:szCs w:val="22"/>
              </w:rPr>
            </w:r>
            <w:r w:rsidRPr="00F4767A">
              <w:rPr>
                <w:rFonts w:ascii="Fresco Std Normal" w:hAnsi="Fresco Std Normal"/>
                <w:noProof/>
                <w:webHidden/>
                <w:sz w:val="22"/>
                <w:szCs w:val="22"/>
              </w:rPr>
              <w:fldChar w:fldCharType="separate"/>
            </w:r>
            <w:r w:rsidRPr="00F4767A">
              <w:rPr>
                <w:rFonts w:ascii="Fresco Std Normal" w:hAnsi="Fresco Std Normal"/>
                <w:noProof/>
                <w:webHidden/>
                <w:sz w:val="22"/>
                <w:szCs w:val="22"/>
              </w:rPr>
              <w:t>5</w:t>
            </w:r>
            <w:r w:rsidRPr="00F4767A">
              <w:rPr>
                <w:rFonts w:ascii="Fresco Std Normal" w:hAnsi="Fresco Std Normal"/>
                <w:noProof/>
                <w:webHidden/>
                <w:sz w:val="22"/>
                <w:szCs w:val="22"/>
              </w:rPr>
              <w:fldChar w:fldCharType="end"/>
            </w:r>
          </w:hyperlink>
        </w:p>
        <w:p w14:paraId="1F05194E" w14:textId="7278AA3B" w:rsidR="00F4767A" w:rsidRPr="00F4767A" w:rsidRDefault="00F4767A">
          <w:pPr>
            <w:pStyle w:val="Inhopg1"/>
            <w:tabs>
              <w:tab w:val="right" w:leader="dot" w:pos="10815"/>
            </w:tabs>
            <w:rPr>
              <w:rFonts w:ascii="Fresco Std Normal" w:eastAsiaTheme="minorEastAsia" w:hAnsi="Fresco Std Normal" w:cstheme="minorBidi"/>
              <w:noProof/>
              <w:kern w:val="2"/>
              <w:sz w:val="22"/>
              <w:szCs w:val="22"/>
              <w:lang w:eastAsia="nl-NL"/>
              <w14:ligatures w14:val="standardContextual"/>
            </w:rPr>
          </w:pPr>
          <w:hyperlink w:anchor="_Toc218262329" w:history="1">
            <w:r w:rsidRPr="00F4767A">
              <w:rPr>
                <w:rStyle w:val="Hyperlink"/>
                <w:rFonts w:ascii="Fresco Std Normal" w:hAnsi="Fresco Std Normal"/>
                <w:i/>
                <w:noProof/>
                <w:sz w:val="22"/>
                <w:szCs w:val="22"/>
              </w:rPr>
              <w:t>Suggestie voor het opbouwen van het burgerschapsonderwijs over verschillende bouwen met ruimte voor het invullen van aanbod passend bij een oefenplaats- en curriculaire benadering.</w:t>
            </w:r>
            <w:r w:rsidRPr="00F4767A">
              <w:rPr>
                <w:rFonts w:ascii="Fresco Std Normal" w:hAnsi="Fresco Std Normal"/>
                <w:noProof/>
                <w:webHidden/>
                <w:sz w:val="22"/>
                <w:szCs w:val="22"/>
              </w:rPr>
              <w:tab/>
            </w:r>
            <w:r w:rsidRPr="00F4767A">
              <w:rPr>
                <w:rFonts w:ascii="Fresco Std Normal" w:hAnsi="Fresco Std Normal"/>
                <w:noProof/>
                <w:webHidden/>
                <w:sz w:val="22"/>
                <w:szCs w:val="22"/>
              </w:rPr>
              <w:fldChar w:fldCharType="begin"/>
            </w:r>
            <w:r w:rsidRPr="00F4767A">
              <w:rPr>
                <w:rFonts w:ascii="Fresco Std Normal" w:hAnsi="Fresco Std Normal"/>
                <w:noProof/>
                <w:webHidden/>
                <w:sz w:val="22"/>
                <w:szCs w:val="22"/>
              </w:rPr>
              <w:instrText xml:space="preserve"> PAGEREF _Toc218262329 \h </w:instrText>
            </w:r>
            <w:r w:rsidRPr="00F4767A">
              <w:rPr>
                <w:rFonts w:ascii="Fresco Std Normal" w:hAnsi="Fresco Std Normal"/>
                <w:noProof/>
                <w:webHidden/>
                <w:sz w:val="22"/>
                <w:szCs w:val="22"/>
              </w:rPr>
            </w:r>
            <w:r w:rsidRPr="00F4767A">
              <w:rPr>
                <w:rFonts w:ascii="Fresco Std Normal" w:hAnsi="Fresco Std Normal"/>
                <w:noProof/>
                <w:webHidden/>
                <w:sz w:val="22"/>
                <w:szCs w:val="22"/>
              </w:rPr>
              <w:fldChar w:fldCharType="separate"/>
            </w:r>
            <w:r w:rsidRPr="00F4767A">
              <w:rPr>
                <w:rFonts w:ascii="Fresco Std Normal" w:hAnsi="Fresco Std Normal"/>
                <w:noProof/>
                <w:webHidden/>
                <w:sz w:val="22"/>
                <w:szCs w:val="22"/>
              </w:rPr>
              <w:t>6</w:t>
            </w:r>
            <w:r w:rsidRPr="00F4767A">
              <w:rPr>
                <w:rFonts w:ascii="Fresco Std Normal" w:hAnsi="Fresco Std Normal"/>
                <w:noProof/>
                <w:webHidden/>
                <w:sz w:val="22"/>
                <w:szCs w:val="22"/>
              </w:rPr>
              <w:fldChar w:fldCharType="end"/>
            </w:r>
          </w:hyperlink>
        </w:p>
        <w:p w14:paraId="21A87CDC" w14:textId="7CA82F19" w:rsidR="00F4767A" w:rsidRPr="00F4767A" w:rsidRDefault="00F4767A">
          <w:pPr>
            <w:pStyle w:val="Inhopg1"/>
            <w:tabs>
              <w:tab w:val="right" w:leader="dot" w:pos="10815"/>
            </w:tabs>
            <w:rPr>
              <w:rFonts w:ascii="Fresco Std Normal" w:eastAsiaTheme="minorEastAsia" w:hAnsi="Fresco Std Normal" w:cstheme="minorBidi"/>
              <w:noProof/>
              <w:kern w:val="2"/>
              <w:sz w:val="22"/>
              <w:szCs w:val="22"/>
              <w:lang w:eastAsia="nl-NL"/>
              <w14:ligatures w14:val="standardContextual"/>
            </w:rPr>
          </w:pPr>
          <w:hyperlink w:anchor="_Toc218262330" w:history="1">
            <w:r w:rsidRPr="00F4767A">
              <w:rPr>
                <w:rStyle w:val="Hyperlink"/>
                <w:rFonts w:ascii="Fresco Std Normal" w:hAnsi="Fresco Std Normal"/>
                <w:noProof/>
                <w:sz w:val="22"/>
                <w:szCs w:val="22"/>
              </w:rPr>
              <w:t>Reflectie-instrument Montessori school- en klasklimaat</w:t>
            </w:r>
            <w:r w:rsidRPr="00F4767A">
              <w:rPr>
                <w:rFonts w:ascii="Fresco Std Normal" w:hAnsi="Fresco Std Normal"/>
                <w:noProof/>
                <w:webHidden/>
                <w:sz w:val="22"/>
                <w:szCs w:val="22"/>
              </w:rPr>
              <w:tab/>
            </w:r>
            <w:r w:rsidRPr="00F4767A">
              <w:rPr>
                <w:rFonts w:ascii="Fresco Std Normal" w:hAnsi="Fresco Std Normal"/>
                <w:noProof/>
                <w:webHidden/>
                <w:sz w:val="22"/>
                <w:szCs w:val="22"/>
              </w:rPr>
              <w:fldChar w:fldCharType="begin"/>
            </w:r>
            <w:r w:rsidRPr="00F4767A">
              <w:rPr>
                <w:rFonts w:ascii="Fresco Std Normal" w:hAnsi="Fresco Std Normal"/>
                <w:noProof/>
                <w:webHidden/>
                <w:sz w:val="22"/>
                <w:szCs w:val="22"/>
              </w:rPr>
              <w:instrText xml:space="preserve"> PAGEREF _Toc218262330 \h </w:instrText>
            </w:r>
            <w:r w:rsidRPr="00F4767A">
              <w:rPr>
                <w:rFonts w:ascii="Fresco Std Normal" w:hAnsi="Fresco Std Normal"/>
                <w:noProof/>
                <w:webHidden/>
                <w:sz w:val="22"/>
                <w:szCs w:val="22"/>
              </w:rPr>
            </w:r>
            <w:r w:rsidRPr="00F4767A">
              <w:rPr>
                <w:rFonts w:ascii="Fresco Std Normal" w:hAnsi="Fresco Std Normal"/>
                <w:noProof/>
                <w:webHidden/>
                <w:sz w:val="22"/>
                <w:szCs w:val="22"/>
              </w:rPr>
              <w:fldChar w:fldCharType="separate"/>
            </w:r>
            <w:r w:rsidRPr="00F4767A">
              <w:rPr>
                <w:rFonts w:ascii="Fresco Std Normal" w:hAnsi="Fresco Std Normal"/>
                <w:noProof/>
                <w:webHidden/>
                <w:sz w:val="22"/>
                <w:szCs w:val="22"/>
              </w:rPr>
              <w:t>7</w:t>
            </w:r>
            <w:r w:rsidRPr="00F4767A">
              <w:rPr>
                <w:rFonts w:ascii="Fresco Std Normal" w:hAnsi="Fresco Std Normal"/>
                <w:noProof/>
                <w:webHidden/>
                <w:sz w:val="22"/>
                <w:szCs w:val="22"/>
              </w:rPr>
              <w:fldChar w:fldCharType="end"/>
            </w:r>
          </w:hyperlink>
        </w:p>
        <w:p w14:paraId="57CACE40" w14:textId="085B2B71" w:rsidR="00F4767A" w:rsidRPr="00F4767A" w:rsidRDefault="00F4767A">
          <w:pPr>
            <w:pStyle w:val="Inhopg1"/>
            <w:tabs>
              <w:tab w:val="right" w:leader="dot" w:pos="10815"/>
            </w:tabs>
            <w:rPr>
              <w:rFonts w:ascii="Fresco Std Normal" w:eastAsiaTheme="minorEastAsia" w:hAnsi="Fresco Std Normal" w:cstheme="minorBidi"/>
              <w:noProof/>
              <w:kern w:val="2"/>
              <w:sz w:val="22"/>
              <w:szCs w:val="22"/>
              <w:lang w:eastAsia="nl-NL"/>
              <w14:ligatures w14:val="standardContextual"/>
            </w:rPr>
          </w:pPr>
          <w:hyperlink w:anchor="_Toc218262331" w:history="1">
            <w:r w:rsidRPr="00F4767A">
              <w:rPr>
                <w:rStyle w:val="Hyperlink"/>
                <w:rFonts w:ascii="Fresco Std Normal" w:hAnsi="Fresco Std Normal"/>
                <w:noProof/>
                <w:sz w:val="22"/>
                <w:szCs w:val="22"/>
              </w:rPr>
              <w:t>Om over na te denken</w:t>
            </w:r>
            <w:r w:rsidRPr="00F4767A">
              <w:rPr>
                <w:rFonts w:ascii="Fresco Std Normal" w:hAnsi="Fresco Std Normal"/>
                <w:noProof/>
                <w:webHidden/>
                <w:sz w:val="22"/>
                <w:szCs w:val="22"/>
              </w:rPr>
              <w:tab/>
            </w:r>
            <w:r w:rsidRPr="00F4767A">
              <w:rPr>
                <w:rFonts w:ascii="Fresco Std Normal" w:hAnsi="Fresco Std Normal"/>
                <w:noProof/>
                <w:webHidden/>
                <w:sz w:val="22"/>
                <w:szCs w:val="22"/>
              </w:rPr>
              <w:fldChar w:fldCharType="begin"/>
            </w:r>
            <w:r w:rsidRPr="00F4767A">
              <w:rPr>
                <w:rFonts w:ascii="Fresco Std Normal" w:hAnsi="Fresco Std Normal"/>
                <w:noProof/>
                <w:webHidden/>
                <w:sz w:val="22"/>
                <w:szCs w:val="22"/>
              </w:rPr>
              <w:instrText xml:space="preserve"> PAGEREF _Toc218262331 \h </w:instrText>
            </w:r>
            <w:r w:rsidRPr="00F4767A">
              <w:rPr>
                <w:rFonts w:ascii="Fresco Std Normal" w:hAnsi="Fresco Std Normal"/>
                <w:noProof/>
                <w:webHidden/>
                <w:sz w:val="22"/>
                <w:szCs w:val="22"/>
              </w:rPr>
            </w:r>
            <w:r w:rsidRPr="00F4767A">
              <w:rPr>
                <w:rFonts w:ascii="Fresco Std Normal" w:hAnsi="Fresco Std Normal"/>
                <w:noProof/>
                <w:webHidden/>
                <w:sz w:val="22"/>
                <w:szCs w:val="22"/>
              </w:rPr>
              <w:fldChar w:fldCharType="separate"/>
            </w:r>
            <w:r w:rsidRPr="00F4767A">
              <w:rPr>
                <w:rFonts w:ascii="Fresco Std Normal" w:hAnsi="Fresco Std Normal"/>
                <w:noProof/>
                <w:webHidden/>
                <w:sz w:val="22"/>
                <w:szCs w:val="22"/>
              </w:rPr>
              <w:t>7</w:t>
            </w:r>
            <w:r w:rsidRPr="00F4767A">
              <w:rPr>
                <w:rFonts w:ascii="Fresco Std Normal" w:hAnsi="Fresco Std Normal"/>
                <w:noProof/>
                <w:webHidden/>
                <w:sz w:val="22"/>
                <w:szCs w:val="22"/>
              </w:rPr>
              <w:fldChar w:fldCharType="end"/>
            </w:r>
          </w:hyperlink>
        </w:p>
        <w:p w14:paraId="1A574E49" w14:textId="4BF7643A" w:rsidR="00F4767A" w:rsidRPr="00F4767A" w:rsidRDefault="00F4767A">
          <w:pPr>
            <w:pStyle w:val="Inhopg1"/>
            <w:tabs>
              <w:tab w:val="right" w:leader="dot" w:pos="10815"/>
            </w:tabs>
            <w:rPr>
              <w:rFonts w:ascii="Fresco Std Normal" w:eastAsiaTheme="minorEastAsia" w:hAnsi="Fresco Std Normal" w:cstheme="minorBidi"/>
              <w:noProof/>
              <w:kern w:val="2"/>
              <w:sz w:val="22"/>
              <w:szCs w:val="22"/>
              <w:lang w:eastAsia="nl-NL"/>
              <w14:ligatures w14:val="standardContextual"/>
            </w:rPr>
          </w:pPr>
          <w:hyperlink w:anchor="_Toc218262332" w:history="1">
            <w:r w:rsidRPr="00F4767A">
              <w:rPr>
                <w:rStyle w:val="Hyperlink"/>
                <w:rFonts w:ascii="Fresco Std Normal" w:hAnsi="Fresco Std Normal"/>
                <w:noProof/>
                <w:sz w:val="22"/>
                <w:szCs w:val="22"/>
                <w:lang w:eastAsia="nl-NL"/>
              </w:rPr>
              <w:t>Literatuurlijst</w:t>
            </w:r>
            <w:r w:rsidRPr="00F4767A">
              <w:rPr>
                <w:rFonts w:ascii="Fresco Std Normal" w:hAnsi="Fresco Std Normal"/>
                <w:noProof/>
                <w:webHidden/>
                <w:sz w:val="22"/>
                <w:szCs w:val="22"/>
              </w:rPr>
              <w:tab/>
            </w:r>
            <w:r w:rsidRPr="00F4767A">
              <w:rPr>
                <w:rFonts w:ascii="Fresco Std Normal" w:hAnsi="Fresco Std Normal"/>
                <w:noProof/>
                <w:webHidden/>
                <w:sz w:val="22"/>
                <w:szCs w:val="22"/>
              </w:rPr>
              <w:fldChar w:fldCharType="begin"/>
            </w:r>
            <w:r w:rsidRPr="00F4767A">
              <w:rPr>
                <w:rFonts w:ascii="Fresco Std Normal" w:hAnsi="Fresco Std Normal"/>
                <w:noProof/>
                <w:webHidden/>
                <w:sz w:val="22"/>
                <w:szCs w:val="22"/>
              </w:rPr>
              <w:instrText xml:space="preserve"> PAGEREF _Toc218262332 \h </w:instrText>
            </w:r>
            <w:r w:rsidRPr="00F4767A">
              <w:rPr>
                <w:rFonts w:ascii="Fresco Std Normal" w:hAnsi="Fresco Std Normal"/>
                <w:noProof/>
                <w:webHidden/>
                <w:sz w:val="22"/>
                <w:szCs w:val="22"/>
              </w:rPr>
            </w:r>
            <w:r w:rsidRPr="00F4767A">
              <w:rPr>
                <w:rFonts w:ascii="Fresco Std Normal" w:hAnsi="Fresco Std Normal"/>
                <w:noProof/>
                <w:webHidden/>
                <w:sz w:val="22"/>
                <w:szCs w:val="22"/>
              </w:rPr>
              <w:fldChar w:fldCharType="separate"/>
            </w:r>
            <w:r w:rsidRPr="00F4767A">
              <w:rPr>
                <w:rFonts w:ascii="Fresco Std Normal" w:hAnsi="Fresco Std Normal"/>
                <w:noProof/>
                <w:webHidden/>
                <w:sz w:val="22"/>
                <w:szCs w:val="22"/>
              </w:rPr>
              <w:t>8</w:t>
            </w:r>
            <w:r w:rsidRPr="00F4767A">
              <w:rPr>
                <w:rFonts w:ascii="Fresco Std Normal" w:hAnsi="Fresco Std Normal"/>
                <w:noProof/>
                <w:webHidden/>
                <w:sz w:val="22"/>
                <w:szCs w:val="22"/>
              </w:rPr>
              <w:fldChar w:fldCharType="end"/>
            </w:r>
          </w:hyperlink>
        </w:p>
        <w:p w14:paraId="73721729" w14:textId="2263029D" w:rsidR="006918D0" w:rsidRPr="00F4767A" w:rsidRDefault="006918D0">
          <w:pPr>
            <w:rPr>
              <w:lang w:val="nl-NL"/>
            </w:rPr>
          </w:pPr>
          <w:r w:rsidRPr="00F4767A">
            <w:rPr>
              <w:rFonts w:ascii="Fresco Std Normal" w:hAnsi="Fresco Std Normal"/>
              <w:b/>
              <w:bCs/>
              <w:lang w:val="nl-NL"/>
            </w:rPr>
            <w:fldChar w:fldCharType="end"/>
          </w:r>
        </w:p>
      </w:sdtContent>
    </w:sdt>
    <w:p w14:paraId="7C9394B7" w14:textId="553BFF1C" w:rsidR="00060935" w:rsidRPr="00F4767A" w:rsidRDefault="00F4767A" w:rsidP="00060935">
      <w:pPr>
        <w:pStyle w:val="Kop1"/>
        <w:rPr>
          <w:rFonts w:ascii="Fresco Std Normal" w:hAnsi="Fresco Std Normal"/>
          <w:b w:val="0"/>
          <w:color w:val="auto"/>
          <w:sz w:val="78"/>
          <w:szCs w:val="260"/>
          <w:lang w:val="nl-NL"/>
        </w:rPr>
      </w:pPr>
      <w:bookmarkStart w:id="0" w:name="_Toc218262325"/>
      <w:r w:rsidRPr="00F4767A">
        <w:rPr>
          <w:rFonts w:ascii="Fresco Std Normal" w:hAnsi="Fresco Std Normal"/>
          <w:b w:val="0"/>
          <w:color w:val="auto"/>
          <w:sz w:val="78"/>
          <w:szCs w:val="260"/>
          <w:lang w:val="nl-NL"/>
        </w:rPr>
        <w:br w:type="column"/>
      </w:r>
      <w:r w:rsidR="00060935" w:rsidRPr="00F4767A">
        <w:rPr>
          <w:rFonts w:ascii="Fresco Std Normal" w:hAnsi="Fresco Std Normal"/>
          <w:color w:val="auto"/>
          <w:sz w:val="44"/>
          <w:szCs w:val="44"/>
          <w:lang w:val="nl-NL"/>
        </w:rPr>
        <w:t>Inleiding</w:t>
      </w:r>
      <w:bookmarkEnd w:id="0"/>
    </w:p>
    <w:p w14:paraId="44BD2A17" w14:textId="379E6CFD" w:rsidR="00060935" w:rsidRPr="00F4767A" w:rsidRDefault="00F4767A" w:rsidP="00060935">
      <w:pPr>
        <w:rPr>
          <w:rFonts w:ascii="Fresco Std Normal" w:hAnsi="Fresco Std Normal"/>
          <w:lang w:val="nl-NL"/>
        </w:rPr>
      </w:pPr>
      <w:r>
        <w:rPr>
          <w:rFonts w:ascii="Fresco Std Normal" w:hAnsi="Fresco Std Normal"/>
          <w:lang w:val="nl-NL"/>
        </w:rPr>
        <w:br/>
      </w:r>
      <w:r w:rsidR="00060935" w:rsidRPr="00F4767A">
        <w:rPr>
          <w:rFonts w:ascii="Fresco Std Normal" w:hAnsi="Fresco Std Normal"/>
          <w:noProof/>
          <w:lang w:val="nl-NL"/>
        </w:rPr>
        <w:drawing>
          <wp:anchor distT="0" distB="0" distL="114300" distR="114300" simplePos="0" relativeHeight="251658242" behindDoc="0" locked="0" layoutInCell="1" allowOverlap="1" wp14:anchorId="5BECF1D1" wp14:editId="26EB2CD0">
            <wp:simplePos x="0" y="0"/>
            <wp:positionH relativeFrom="column">
              <wp:posOffset>6156514</wp:posOffset>
            </wp:positionH>
            <wp:positionV relativeFrom="paragraph">
              <wp:posOffset>460177</wp:posOffset>
            </wp:positionV>
            <wp:extent cx="648335" cy="648335"/>
            <wp:effectExtent l="0" t="0" r="0" b="0"/>
            <wp:wrapSquare wrapText="bothSides"/>
            <wp:docPr id="1387591314" name="Afbeelding 1" descr="Afbeelding met patroon, plein, pixel, kruiswoordpuzz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591314" name="Afbeelding 1" descr="Afbeelding met patroon, plein, pixel, kruiswoordpuzzel&#10;&#10;Door AI gegenereerde inhoud is mogelijk onjui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335" cy="648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0935" w:rsidRPr="00F4767A">
        <w:rPr>
          <w:rFonts w:ascii="Fresco Std Normal" w:hAnsi="Fresco Std Normal"/>
          <w:lang w:val="nl-NL"/>
        </w:rPr>
        <w:t>In samenwerking met het Expertisepunt Burgerschap, de Nederlandse Montessori Vereniging en hogeschool Saxion is in</w:t>
      </w:r>
      <w:r w:rsidR="00060935" w:rsidRPr="00F4767A" w:rsidDel="00FC68BF">
        <w:rPr>
          <w:rFonts w:ascii="Fresco Std Normal" w:hAnsi="Fresco Std Normal"/>
          <w:lang w:val="nl-NL"/>
        </w:rPr>
        <w:t xml:space="preserve"> </w:t>
      </w:r>
      <w:r w:rsidR="00060935" w:rsidRPr="00F4767A">
        <w:rPr>
          <w:rFonts w:ascii="Fresco Std Normal" w:hAnsi="Fresco Std Normal"/>
          <w:lang w:val="nl-NL"/>
        </w:rPr>
        <w:t xml:space="preserve">2023/2024 een leernetwerk Montessori en burgerschap opgericht. Het doel van het leernetwerk was om de vertaling van theorie naar praktijk te maken, van beleid naar de klasvloer, met praktische handvatten voor het schrijven van burgerschapsbeleid en inspirerende praktijkvoorbeelden. De opbrengsten van dit leernetwerk zijn uitgewerkt in het praktijkboek </w:t>
      </w:r>
      <w:hyperlink r:id="rId14" w:history="1">
        <w:r w:rsidR="00060935" w:rsidRPr="00F4767A">
          <w:rPr>
            <w:rStyle w:val="Hyperlink"/>
            <w:rFonts w:ascii="Fresco Std Normal" w:hAnsi="Fresco Std Normal"/>
            <w:color w:val="auto"/>
            <w:lang w:val="nl-NL"/>
          </w:rPr>
          <w:t>‘</w:t>
        </w:r>
        <w:r w:rsidR="00060935" w:rsidRPr="00F4767A">
          <w:rPr>
            <w:rStyle w:val="Hyperlink"/>
            <w:rFonts w:ascii="Fresco Std Normal" w:hAnsi="Fresco Std Normal"/>
            <w:i/>
            <w:iCs/>
            <w:color w:val="auto"/>
            <w:lang w:val="nl-NL"/>
          </w:rPr>
          <w:t>Montessori en burgerschap: Van beleid naar praktijk’</w:t>
        </w:r>
      </w:hyperlink>
      <w:r w:rsidR="00060935" w:rsidRPr="00F4767A">
        <w:rPr>
          <w:rFonts w:ascii="Fresco Std Normal" w:hAnsi="Fresco Std Normal"/>
          <w:lang w:val="nl-NL"/>
        </w:rPr>
        <w:t>. Dit werkdocument is bedoeld om zelf aan de slag te gaan met de praktische handvatten.</w:t>
      </w:r>
    </w:p>
    <w:p w14:paraId="280486B4" w14:textId="77777777" w:rsidR="00060935" w:rsidRPr="00F4767A" w:rsidRDefault="00060935" w:rsidP="00060935">
      <w:pPr>
        <w:rPr>
          <w:rFonts w:ascii="Fresco Std Normal" w:hAnsi="Fresco Std Normal"/>
          <w:lang w:val="nl-NL"/>
        </w:rPr>
      </w:pPr>
      <w:r w:rsidRPr="00F4767A">
        <w:rPr>
          <w:rFonts w:ascii="Fresco Std Normal" w:hAnsi="Fresco Std Normal"/>
          <w:lang w:val="nl-NL"/>
        </w:rPr>
        <w:t>Burgerschap is geen papieren beleid, maar moet handen en voeten krijgen in de groep. Want als Montessori inderdaad burgerschapsonderwijs is, dan moeten we goed weten waarom, hoe en wat we dan precies daarmee doen. Ook degenen die buiten het montessorionderwijs werken, kunnen dit werkdocument zo aanpassen dat deze past bij hun visie.</w:t>
      </w:r>
    </w:p>
    <w:p w14:paraId="50B072C5" w14:textId="77777777" w:rsidR="00060935" w:rsidRPr="00F4767A" w:rsidRDefault="00060935" w:rsidP="00F4767A">
      <w:pPr>
        <w:pStyle w:val="Geenafstand"/>
        <w:rPr>
          <w:rFonts w:ascii="Fresco Std Normal" w:hAnsi="Fresco Std Normal"/>
          <w:b/>
          <w:bCs/>
          <w:sz w:val="26"/>
          <w:szCs w:val="26"/>
          <w:lang w:val="nl-NL"/>
        </w:rPr>
      </w:pPr>
      <w:r w:rsidRPr="00F4767A">
        <w:rPr>
          <w:rFonts w:ascii="Fresco Std Normal" w:hAnsi="Fresco Std Normal"/>
          <w:b/>
          <w:bCs/>
          <w:sz w:val="26"/>
          <w:szCs w:val="26"/>
          <w:lang w:val="nl-NL"/>
        </w:rPr>
        <w:t>Drie pijlers voor burgerschapsonderwijs: identiteit, wetgeving en populatie</w:t>
      </w:r>
    </w:p>
    <w:p w14:paraId="1C2FBF11" w14:textId="77777777" w:rsidR="00060935" w:rsidRPr="00F4767A" w:rsidRDefault="00060935" w:rsidP="00060935">
      <w:pPr>
        <w:rPr>
          <w:rFonts w:ascii="Fresco Std Normal" w:hAnsi="Fresco Std Normal"/>
          <w:lang w:val="nl-NL"/>
        </w:rPr>
      </w:pPr>
      <w:r w:rsidRPr="00F4767A">
        <w:rPr>
          <w:rFonts w:ascii="Fresco Std Normal" w:hAnsi="Fresco Std Normal"/>
          <w:lang w:val="nl-NL"/>
        </w:rPr>
        <w:t xml:space="preserve">In het praktijkboek leggen we uit dat bij het vormgeven van burgerschapsonderwijs </w:t>
      </w:r>
      <w:r w:rsidRPr="00F4767A">
        <w:rPr>
          <w:rFonts w:ascii="Fresco Std Normal" w:hAnsi="Fresco Std Normal"/>
          <w:b/>
          <w:bCs/>
          <w:lang w:val="nl-NL"/>
        </w:rPr>
        <w:t>drie pijlers</w:t>
      </w:r>
      <w:r w:rsidRPr="00F4767A">
        <w:rPr>
          <w:rFonts w:ascii="Fresco Std Normal" w:hAnsi="Fresco Std Normal"/>
          <w:lang w:val="nl-NL"/>
        </w:rPr>
        <w:t xml:space="preserve"> leidend zijn. De identiteit van de school, de wettelijke kaders en de leerlingpopulatie en context van de school.</w:t>
      </w:r>
    </w:p>
    <w:p w14:paraId="6EC1BE4C" w14:textId="77777777" w:rsidR="00060935" w:rsidRPr="00F4767A" w:rsidRDefault="00060935" w:rsidP="00060935">
      <w:pPr>
        <w:spacing w:after="0"/>
        <w:rPr>
          <w:rFonts w:ascii="Fresco Std Normal" w:hAnsi="Fresco Std Normal"/>
          <w:b/>
          <w:bCs/>
          <w:lang w:val="nl-NL"/>
        </w:rPr>
      </w:pPr>
    </w:p>
    <w:p w14:paraId="19AE629F" w14:textId="77777777" w:rsidR="00060935" w:rsidRPr="00F4767A" w:rsidRDefault="00060935" w:rsidP="00060935">
      <w:pPr>
        <w:spacing w:after="0" w:line="360" w:lineRule="auto"/>
        <w:rPr>
          <w:rFonts w:ascii="Fresco Std Normal" w:hAnsi="Fresco Std Normal"/>
          <w:b/>
          <w:bCs/>
          <w:lang w:val="nl-NL"/>
        </w:rPr>
      </w:pPr>
      <w:r w:rsidRPr="00F4767A">
        <w:rPr>
          <w:rFonts w:ascii="Fresco Std Normal" w:hAnsi="Fresco Std Normal"/>
          <w:noProof/>
          <w:lang w:val="nl-NL"/>
        </w:rPr>
        <w:drawing>
          <wp:anchor distT="0" distB="0" distL="114300" distR="114300" simplePos="0" relativeHeight="251658243" behindDoc="0" locked="0" layoutInCell="1" allowOverlap="1" wp14:anchorId="7290E8BE" wp14:editId="3C3DBCA8">
            <wp:simplePos x="0" y="0"/>
            <wp:positionH relativeFrom="column">
              <wp:posOffset>0</wp:posOffset>
            </wp:positionH>
            <wp:positionV relativeFrom="paragraph">
              <wp:posOffset>-5730</wp:posOffset>
            </wp:positionV>
            <wp:extent cx="2346325" cy="2310130"/>
            <wp:effectExtent l="0" t="0" r="0" b="0"/>
            <wp:wrapSquare wrapText="bothSides"/>
            <wp:docPr id="1507984826" name="Afbeelding 1" descr="Afbeelding met schermopname, tekst, driehoek,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984826" name="Afbeelding 1" descr="Afbeelding met schermopname, tekst, driehoek, Lettertype&#10;&#10;Door AI gegenereerde inhoud is mogelijk onjui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6325" cy="2310130"/>
                    </a:xfrm>
                    <a:prstGeom prst="rect">
                      <a:avLst/>
                    </a:prstGeom>
                    <a:noFill/>
                    <a:ln>
                      <a:noFill/>
                    </a:ln>
                  </pic:spPr>
                </pic:pic>
              </a:graphicData>
            </a:graphic>
          </wp:anchor>
        </w:drawing>
      </w:r>
      <w:r w:rsidRPr="00F4767A">
        <w:rPr>
          <w:rFonts w:ascii="Fresco Std Normal" w:hAnsi="Fresco Std Normal"/>
          <w:b/>
          <w:bCs/>
          <w:lang w:val="nl-NL"/>
        </w:rPr>
        <w:t>Figuur 1</w:t>
      </w:r>
    </w:p>
    <w:p w14:paraId="520A2EB9" w14:textId="77777777" w:rsidR="00060935" w:rsidRPr="00F4767A" w:rsidRDefault="00060935" w:rsidP="00060935">
      <w:pPr>
        <w:spacing w:after="0" w:line="240" w:lineRule="auto"/>
        <w:rPr>
          <w:rFonts w:ascii="Fresco Std Normal" w:hAnsi="Fresco Std Normal"/>
          <w:lang w:val="nl-NL"/>
        </w:rPr>
      </w:pPr>
      <w:r w:rsidRPr="00F4767A">
        <w:rPr>
          <w:rFonts w:ascii="Fresco Std Normal" w:hAnsi="Fresco Std Normal"/>
          <w:lang w:val="nl-NL"/>
        </w:rPr>
        <w:t>Houd bij het nadenken over</w:t>
      </w:r>
    </w:p>
    <w:p w14:paraId="6BAF5B8D" w14:textId="77777777" w:rsidR="00060935" w:rsidRPr="00F4767A" w:rsidRDefault="00060935" w:rsidP="00060935">
      <w:pPr>
        <w:spacing w:after="0" w:line="240" w:lineRule="auto"/>
        <w:rPr>
          <w:rFonts w:ascii="Fresco Std Normal" w:hAnsi="Fresco Std Normal"/>
          <w:lang w:val="nl-NL"/>
        </w:rPr>
      </w:pPr>
      <w:r w:rsidRPr="00F4767A">
        <w:rPr>
          <w:rFonts w:ascii="Fresco Std Normal" w:hAnsi="Fresco Std Normal"/>
          <w:lang w:val="nl-NL"/>
        </w:rPr>
        <w:t>burgerschapsonderwijs rekening met</w:t>
      </w:r>
    </w:p>
    <w:p w14:paraId="41582317" w14:textId="77777777" w:rsidR="00060935" w:rsidRPr="00F4767A" w:rsidRDefault="00060935" w:rsidP="00060935">
      <w:pPr>
        <w:spacing w:after="0" w:line="240" w:lineRule="auto"/>
        <w:rPr>
          <w:rFonts w:ascii="Fresco Std Normal" w:hAnsi="Fresco Std Normal"/>
          <w:lang w:val="nl-NL"/>
        </w:rPr>
      </w:pPr>
      <w:r w:rsidRPr="00F4767A">
        <w:rPr>
          <w:rFonts w:ascii="Fresco Std Normal" w:hAnsi="Fresco Std Normal"/>
          <w:lang w:val="nl-NL"/>
        </w:rPr>
        <w:t>schoolidentiteit, wetgeving en populatie</w:t>
      </w:r>
    </w:p>
    <w:p w14:paraId="6D46EE5D" w14:textId="77777777" w:rsidR="00060935" w:rsidRPr="00F4767A" w:rsidRDefault="00060935" w:rsidP="00060935">
      <w:pPr>
        <w:rPr>
          <w:rFonts w:ascii="Fresco Std Normal" w:hAnsi="Fresco Std Normal"/>
          <w:lang w:val="nl-NL"/>
        </w:rPr>
      </w:pPr>
    </w:p>
    <w:p w14:paraId="55334ACA" w14:textId="77777777" w:rsidR="00060935" w:rsidRPr="00F4767A" w:rsidRDefault="00060935" w:rsidP="00060935">
      <w:pPr>
        <w:rPr>
          <w:rFonts w:ascii="Fresco Std Normal" w:hAnsi="Fresco Std Normal"/>
          <w:lang w:val="nl-NL"/>
        </w:rPr>
      </w:pPr>
    </w:p>
    <w:p w14:paraId="2BC8FB87" w14:textId="77777777" w:rsidR="00060935" w:rsidRPr="00F4767A" w:rsidRDefault="00060935" w:rsidP="00060935">
      <w:pPr>
        <w:rPr>
          <w:rFonts w:ascii="Fresco Std Normal" w:hAnsi="Fresco Std Normal"/>
          <w:lang w:val="nl-NL"/>
        </w:rPr>
      </w:pPr>
    </w:p>
    <w:p w14:paraId="58664335" w14:textId="77777777" w:rsidR="00060935" w:rsidRPr="00F4767A" w:rsidRDefault="00060935" w:rsidP="00060935">
      <w:pPr>
        <w:rPr>
          <w:rFonts w:ascii="Fresco Std Normal" w:hAnsi="Fresco Std Normal"/>
          <w:lang w:val="nl-NL"/>
        </w:rPr>
      </w:pPr>
    </w:p>
    <w:p w14:paraId="662D27EF" w14:textId="77777777" w:rsidR="00060935" w:rsidRPr="00F4767A" w:rsidRDefault="00060935" w:rsidP="00060935">
      <w:pPr>
        <w:rPr>
          <w:rFonts w:ascii="Fresco Std Normal" w:hAnsi="Fresco Std Normal"/>
          <w:lang w:val="nl-NL"/>
        </w:rPr>
      </w:pPr>
    </w:p>
    <w:p w14:paraId="780E7DD5" w14:textId="77777777" w:rsidR="00903A42" w:rsidRPr="00F4767A" w:rsidRDefault="00903A42" w:rsidP="00060935">
      <w:pPr>
        <w:rPr>
          <w:rFonts w:ascii="Fresco Std Normal" w:hAnsi="Fresco Std Normal"/>
          <w:lang w:val="nl-NL"/>
        </w:rPr>
      </w:pPr>
    </w:p>
    <w:p w14:paraId="6D61FA4D" w14:textId="77777777" w:rsidR="00060935" w:rsidRPr="00F4767A" w:rsidRDefault="00060935" w:rsidP="00060935">
      <w:pPr>
        <w:rPr>
          <w:rFonts w:ascii="Fresco Std Normal" w:hAnsi="Fresco Std Normal"/>
          <w:lang w:val="nl-NL"/>
        </w:rPr>
      </w:pPr>
      <w:r w:rsidRPr="00F4767A">
        <w:rPr>
          <w:rFonts w:ascii="Fresco Std Normal" w:hAnsi="Fresco Std Normal"/>
          <w:lang w:val="nl-NL"/>
        </w:rPr>
        <w:t xml:space="preserve">De </w:t>
      </w:r>
      <w:r w:rsidRPr="00F4767A">
        <w:rPr>
          <w:rFonts w:ascii="Fresco Std Normal" w:hAnsi="Fresco Std Normal"/>
          <w:b/>
          <w:bCs/>
          <w:lang w:val="nl-NL"/>
        </w:rPr>
        <w:t>identiteit</w:t>
      </w:r>
      <w:r w:rsidRPr="00F4767A">
        <w:rPr>
          <w:rFonts w:ascii="Fresco Std Normal" w:hAnsi="Fresco Std Normal"/>
          <w:lang w:val="nl-NL"/>
        </w:rPr>
        <w:t xml:space="preserve"> van de school wordt voor een montessorischool gevormd door de visie van Maria Montessori, maar ook door de huidige tijd. In het praktijkboek komen we op basis van de visie van Maria Montessori op burgerschap (de Brouwer et al., 2022), de ideeën over burgerschap van montessori basisschooldirecteuren (de Brouwer &amp; Klaver, 2024), en de brede montessoridoelen zoals gehanteerd in het voortgezet montessorionderwijs (Klein Gunnewiek, 2024) tot </w:t>
      </w:r>
      <w:r w:rsidRPr="00F4767A">
        <w:rPr>
          <w:rFonts w:ascii="Fresco Std Normal" w:hAnsi="Fresco Std Normal"/>
          <w:b/>
          <w:bCs/>
          <w:lang w:val="nl-NL"/>
        </w:rPr>
        <w:t>drie focuspunten</w:t>
      </w:r>
      <w:r w:rsidRPr="00F4767A">
        <w:rPr>
          <w:rFonts w:ascii="Fresco Std Normal" w:hAnsi="Fresco Std Normal"/>
          <w:lang w:val="nl-NL"/>
        </w:rPr>
        <w:t xml:space="preserve"> voor burgerschap in het montessorionderwijs:</w:t>
      </w:r>
    </w:p>
    <w:p w14:paraId="62CC4D30" w14:textId="77777777" w:rsidR="00060935" w:rsidRPr="00F4767A" w:rsidRDefault="00060935" w:rsidP="00060935">
      <w:pPr>
        <w:pStyle w:val="Lijstalinea"/>
        <w:numPr>
          <w:ilvl w:val="0"/>
          <w:numId w:val="11"/>
        </w:numPr>
        <w:spacing w:after="120" w:line="360" w:lineRule="auto"/>
        <w:ind w:left="714" w:hanging="357"/>
        <w:rPr>
          <w:rFonts w:ascii="Fresco Std Normal" w:hAnsi="Fresco Std Normal"/>
          <w:b/>
          <w:bCs/>
          <w:lang w:val="nl-NL"/>
        </w:rPr>
      </w:pPr>
      <w:r w:rsidRPr="00F4767A">
        <w:rPr>
          <w:rFonts w:ascii="Fresco Std Normal" w:hAnsi="Fresco Std Normal"/>
          <w:b/>
          <w:bCs/>
          <w:lang w:val="nl-NL"/>
        </w:rPr>
        <w:t>Verbinding</w:t>
      </w:r>
    </w:p>
    <w:p w14:paraId="52BA15F5" w14:textId="77777777" w:rsidR="00060935" w:rsidRPr="00F4767A" w:rsidRDefault="00060935" w:rsidP="00060935">
      <w:pPr>
        <w:pStyle w:val="Lijstalinea"/>
        <w:numPr>
          <w:ilvl w:val="0"/>
          <w:numId w:val="11"/>
        </w:numPr>
        <w:spacing w:after="120" w:line="360" w:lineRule="auto"/>
        <w:ind w:left="714" w:hanging="357"/>
        <w:rPr>
          <w:rFonts w:ascii="Fresco Std Normal" w:hAnsi="Fresco Std Normal"/>
          <w:b/>
          <w:bCs/>
          <w:lang w:val="nl-NL"/>
        </w:rPr>
      </w:pPr>
      <w:r w:rsidRPr="00F4767A">
        <w:rPr>
          <w:rFonts w:ascii="Fresco Std Normal" w:hAnsi="Fresco Std Normal"/>
          <w:b/>
          <w:bCs/>
          <w:lang w:val="nl-NL"/>
        </w:rPr>
        <w:t>Zelfstandig denken</w:t>
      </w:r>
    </w:p>
    <w:p w14:paraId="08C2F436" w14:textId="427BB0F8" w:rsidR="00BB0FB1" w:rsidRPr="00F4767A" w:rsidRDefault="00060935" w:rsidP="00060935">
      <w:pPr>
        <w:pStyle w:val="Lijstalinea"/>
        <w:numPr>
          <w:ilvl w:val="0"/>
          <w:numId w:val="11"/>
        </w:numPr>
        <w:rPr>
          <w:lang w:val="nl-NL"/>
        </w:rPr>
      </w:pPr>
      <w:r w:rsidRPr="00F4767A">
        <w:rPr>
          <w:rFonts w:ascii="Fresco Std Normal" w:hAnsi="Fresco Std Normal"/>
          <w:b/>
          <w:bCs/>
          <w:lang w:val="nl-NL"/>
        </w:rPr>
        <w:t>Maatschappelijk verantwoordelijkheidsbesef</w:t>
      </w:r>
      <w:r w:rsidR="006019E6" w:rsidRPr="00F4767A">
        <w:rPr>
          <w:lang w:val="nl-NL"/>
        </w:rPr>
        <w:br w:type="page"/>
      </w:r>
    </w:p>
    <w:p w14:paraId="69D3EB9B" w14:textId="7DDC8AAD" w:rsidR="00BD719A" w:rsidRPr="00F4767A" w:rsidRDefault="00BD719A" w:rsidP="00467685">
      <w:pPr>
        <w:rPr>
          <w:rFonts w:ascii="Fresco Std Normal" w:hAnsi="Fresco Std Normal"/>
          <w:lang w:val="nl-NL"/>
        </w:rPr>
      </w:pPr>
      <w:r w:rsidRPr="00F4767A">
        <w:rPr>
          <w:rFonts w:ascii="Fresco Std Normal" w:hAnsi="Fresco Std Normal"/>
          <w:lang w:val="nl-NL"/>
        </w:rPr>
        <w:lastRenderedPageBreak/>
        <w:t xml:space="preserve">De </w:t>
      </w:r>
      <w:r w:rsidRPr="00F4767A">
        <w:rPr>
          <w:rFonts w:ascii="Fresco Std Normal" w:hAnsi="Fresco Std Normal"/>
          <w:b/>
          <w:bCs/>
          <w:lang w:val="nl-NL"/>
        </w:rPr>
        <w:t>wettelijke kaders</w:t>
      </w:r>
      <w:r w:rsidRPr="00F4767A">
        <w:rPr>
          <w:rFonts w:ascii="Fresco Std Normal" w:hAnsi="Fresco Std Normal"/>
          <w:lang w:val="nl-NL"/>
        </w:rPr>
        <w:t xml:space="preserve"> worden gevormd door de wet over burgerschapsonderwijs (Ministerie van Onderwijs, Cultuur en Wetenschap, 2021) en de kerndoelen (op dit moment de definitieve conceptkerndoelen voor burgerschap, SLO, 2025). </w:t>
      </w:r>
    </w:p>
    <w:p w14:paraId="020285BC" w14:textId="77777777" w:rsidR="00BD719A" w:rsidRPr="00F4767A" w:rsidRDefault="00BD719A" w:rsidP="00467685">
      <w:pPr>
        <w:rPr>
          <w:rFonts w:ascii="Fresco Std Normal" w:hAnsi="Fresco Std Normal"/>
          <w:lang w:val="nl-NL"/>
        </w:rPr>
      </w:pPr>
      <w:r w:rsidRPr="00F4767A">
        <w:rPr>
          <w:rFonts w:ascii="Fresco Std Normal" w:hAnsi="Fresco Std Normal"/>
          <w:lang w:val="nl-NL"/>
        </w:rPr>
        <w:t xml:space="preserve">Wat betreft de </w:t>
      </w:r>
      <w:r w:rsidRPr="00F4767A">
        <w:rPr>
          <w:rFonts w:ascii="Fresco Std Normal" w:hAnsi="Fresco Std Normal"/>
          <w:b/>
          <w:bCs/>
          <w:lang w:val="nl-NL"/>
        </w:rPr>
        <w:t>leerlingpopulatie</w:t>
      </w:r>
      <w:r w:rsidRPr="00F4767A">
        <w:rPr>
          <w:rFonts w:ascii="Fresco Std Normal" w:hAnsi="Fresco Std Normal"/>
          <w:lang w:val="nl-NL"/>
        </w:rPr>
        <w:t xml:space="preserve"> is het belangrijk na te denken wat relevante kenmerken zijn voor het burgerschapsonderwijs, hier goed zicht op te krijgen en vervolgens na te denken wat deze kenmerken betekenen voor het burgerschapsonderwijs</w:t>
      </w:r>
    </w:p>
    <w:p w14:paraId="35D12A68" w14:textId="77777777" w:rsidR="00BD719A" w:rsidRPr="00F4767A" w:rsidRDefault="00BD719A" w:rsidP="00467685">
      <w:pPr>
        <w:spacing w:after="0"/>
        <w:rPr>
          <w:rFonts w:ascii="Fresco Std Normal" w:hAnsi="Fresco Std Normal"/>
          <w:b/>
          <w:bCs/>
          <w:lang w:val="nl-NL"/>
        </w:rPr>
      </w:pPr>
      <w:r w:rsidRPr="00F4767A">
        <w:rPr>
          <w:rFonts w:ascii="Fresco Std Normal" w:hAnsi="Fresco Std Normal"/>
          <w:b/>
          <w:bCs/>
          <w:lang w:val="nl-NL"/>
        </w:rPr>
        <w:t xml:space="preserve">Hoe hangen de montessorifocuspunten en wettelijke kaders met elkaar samen en hoe kan je hierbij rekening houden met de leerlingpopulatie? </w:t>
      </w:r>
    </w:p>
    <w:p w14:paraId="34549899" w14:textId="71C1D7EE" w:rsidR="00BD719A" w:rsidRPr="00F4767A" w:rsidRDefault="00BD719A" w:rsidP="00467685">
      <w:pPr>
        <w:spacing w:after="0"/>
        <w:rPr>
          <w:rFonts w:ascii="Fresco Std Normal" w:hAnsi="Fresco Std Normal"/>
          <w:lang w:val="nl-NL"/>
        </w:rPr>
      </w:pPr>
      <w:r w:rsidRPr="00F4767A">
        <w:rPr>
          <w:rFonts w:ascii="Fresco Std Normal" w:hAnsi="Fresco Std Normal"/>
          <w:lang w:val="nl-NL"/>
        </w:rPr>
        <w:t>Op p</w:t>
      </w:r>
      <w:r w:rsidR="00A606A8" w:rsidRPr="00F4767A">
        <w:rPr>
          <w:rFonts w:ascii="Fresco Std Normal" w:hAnsi="Fresco Std Normal"/>
          <w:lang w:val="nl-NL"/>
        </w:rPr>
        <w:t>agina</w:t>
      </w:r>
      <w:r w:rsidRPr="00F4767A">
        <w:rPr>
          <w:rFonts w:ascii="Fresco Std Normal" w:hAnsi="Fresco Std Normal"/>
          <w:lang w:val="nl-NL"/>
        </w:rPr>
        <w:t xml:space="preserve"> </w:t>
      </w:r>
      <w:r w:rsidR="00A606A8" w:rsidRPr="00F4767A">
        <w:rPr>
          <w:rFonts w:ascii="Fresco Std Normal" w:hAnsi="Fresco Std Normal"/>
          <w:lang w:val="nl-NL"/>
        </w:rPr>
        <w:t xml:space="preserve">4 </w:t>
      </w:r>
      <w:r w:rsidRPr="00F4767A">
        <w:rPr>
          <w:rFonts w:ascii="Fresco Std Normal" w:hAnsi="Fresco Std Normal"/>
          <w:lang w:val="nl-NL"/>
        </w:rPr>
        <w:t>vatten we kort samen wat de focuspunten in montessoritermen betekenen, hoe deze samenhangen met de conceptkerndoelen en met de wetgeving. Hierbij zijn alle conceptkerndoelen en alle onderdelen uit de wet te relateren aan een of meer van de focuspunten. Om af te stemmen op de populatie kan de school voor een eigen extra focuspunt kiezen (de laatste rij) en een eigen richting geven aan de invulling van verbinding, zelfstandig denken en maatschappelijk verantwoordelijkheidsbesef (de laatste kolom). Niet-montessorischolen kunnen deze tabel gebruiken om de samenhang tussen hun zelf gedefinieerde focuspunten, de wettelijke kaders en hun leerlingpopulatie inzichtelijk te maken.</w:t>
      </w:r>
    </w:p>
    <w:p w14:paraId="4F52ACDF" w14:textId="77777777" w:rsidR="00F4767A" w:rsidRPr="00F4767A" w:rsidRDefault="00F4767A" w:rsidP="00F4767A">
      <w:pPr>
        <w:spacing w:after="0" w:line="240" w:lineRule="auto"/>
        <w:rPr>
          <w:rFonts w:ascii="Fresco Std Normal" w:hAnsi="Fresco Std Normal"/>
          <w:b/>
          <w:bCs/>
          <w:sz w:val="26"/>
          <w:szCs w:val="26"/>
          <w:lang w:val="nl-NL"/>
        </w:rPr>
      </w:pPr>
    </w:p>
    <w:p w14:paraId="2C6EF4A2" w14:textId="198646B1" w:rsidR="00BD719A" w:rsidRPr="00F4767A" w:rsidRDefault="00BD719A" w:rsidP="00F4767A">
      <w:pPr>
        <w:spacing w:after="0" w:line="240" w:lineRule="auto"/>
        <w:rPr>
          <w:rFonts w:ascii="Fresco Std Normal" w:hAnsi="Fresco Std Normal"/>
          <w:b/>
          <w:bCs/>
          <w:sz w:val="26"/>
          <w:szCs w:val="26"/>
          <w:lang w:val="nl-NL"/>
        </w:rPr>
      </w:pPr>
      <w:r w:rsidRPr="00F4767A">
        <w:rPr>
          <w:rFonts w:ascii="Fresco Std Normal" w:hAnsi="Fresco Std Normal"/>
          <w:b/>
          <w:bCs/>
          <w:sz w:val="26"/>
          <w:szCs w:val="26"/>
          <w:lang w:val="nl-NL"/>
        </w:rPr>
        <w:t>Leerdoelen en curriculum</w:t>
      </w:r>
    </w:p>
    <w:p w14:paraId="37ABB688" w14:textId="0AC63EE4" w:rsidR="00BD719A" w:rsidRPr="00F4767A" w:rsidRDefault="00BD719A" w:rsidP="00467685">
      <w:pPr>
        <w:rPr>
          <w:rFonts w:ascii="Fresco Std Normal" w:hAnsi="Fresco Std Normal"/>
          <w:lang w:val="nl-NL"/>
        </w:rPr>
      </w:pPr>
      <w:r w:rsidRPr="00F4767A">
        <w:rPr>
          <w:rFonts w:ascii="Fresco Std Normal" w:hAnsi="Fresco Std Normal"/>
          <w:lang w:val="nl-NL"/>
        </w:rPr>
        <w:t>Ter inspiratie hebben we op p</w:t>
      </w:r>
      <w:r w:rsidR="00A606A8" w:rsidRPr="00F4767A">
        <w:rPr>
          <w:rFonts w:ascii="Fresco Std Normal" w:hAnsi="Fresco Std Normal"/>
          <w:lang w:val="nl-NL"/>
        </w:rPr>
        <w:t>agina</w:t>
      </w:r>
      <w:r w:rsidRPr="00F4767A">
        <w:rPr>
          <w:rFonts w:ascii="Fresco Std Normal" w:hAnsi="Fresco Std Normal"/>
          <w:lang w:val="nl-NL"/>
        </w:rPr>
        <w:t xml:space="preserve"> </w:t>
      </w:r>
      <w:r w:rsidR="00A606A8" w:rsidRPr="00F4767A">
        <w:rPr>
          <w:rFonts w:ascii="Fresco Std Normal" w:hAnsi="Fresco Std Normal"/>
          <w:lang w:val="nl-NL"/>
        </w:rPr>
        <w:t>5</w:t>
      </w:r>
      <w:r w:rsidRPr="00F4767A">
        <w:rPr>
          <w:rFonts w:ascii="Fresco Std Normal" w:hAnsi="Fresco Std Normal"/>
          <w:color w:val="EE0000"/>
          <w:lang w:val="nl-NL"/>
        </w:rPr>
        <w:t xml:space="preserve"> </w:t>
      </w:r>
      <w:r w:rsidRPr="00F4767A">
        <w:rPr>
          <w:rFonts w:ascii="Fresco Std Normal" w:hAnsi="Fresco Std Normal"/>
          <w:lang w:val="nl-NL"/>
        </w:rPr>
        <w:t xml:space="preserve">voor de drie focuspunten </w:t>
      </w:r>
      <w:r w:rsidRPr="00F4767A">
        <w:rPr>
          <w:rFonts w:ascii="Fresco Std Normal" w:hAnsi="Fresco Std Normal"/>
          <w:b/>
          <w:bCs/>
          <w:lang w:val="nl-NL"/>
        </w:rPr>
        <w:t>doelen</w:t>
      </w:r>
      <w:r w:rsidRPr="00F4767A">
        <w:rPr>
          <w:rFonts w:ascii="Fresco Std Normal" w:hAnsi="Fresco Std Normal"/>
          <w:lang w:val="nl-NL"/>
        </w:rPr>
        <w:t xml:space="preserve"> geformuleerd. Daarbij hebben we gebruik gemaakt van de definitieve conceptkerndoelen voor burgerschapsonderwijs. Deze doelen zijn enkel bedoeld ter inspiratie en we moedigen je dan ook aan deze kritisch te beschouwen aan de hand van je schoolvisie en leerlingpopulatie. Bovendien is er ruimte voor het toevoegen van een schooleigen focuspunt, op basis van de schooleigen ervaringen, populatie en context.</w:t>
      </w:r>
    </w:p>
    <w:p w14:paraId="5186446A" w14:textId="5E54B409" w:rsidR="00BD719A" w:rsidRPr="00F4767A" w:rsidRDefault="00BD719A" w:rsidP="00467685">
      <w:pPr>
        <w:rPr>
          <w:rFonts w:ascii="Fresco Std Normal" w:hAnsi="Fresco Std Normal"/>
          <w:lang w:val="nl-NL"/>
        </w:rPr>
      </w:pPr>
      <w:r w:rsidRPr="00F4767A">
        <w:rPr>
          <w:rFonts w:ascii="Fresco Std Normal" w:hAnsi="Fresco Std Normal"/>
          <w:lang w:val="nl-NL"/>
        </w:rPr>
        <w:t>De tabel op p</w:t>
      </w:r>
      <w:r w:rsidR="00A606A8" w:rsidRPr="00F4767A">
        <w:rPr>
          <w:rFonts w:ascii="Fresco Std Normal" w:hAnsi="Fresco Std Normal"/>
          <w:lang w:val="nl-NL"/>
        </w:rPr>
        <w:t>agina</w:t>
      </w:r>
      <w:r w:rsidRPr="00F4767A">
        <w:rPr>
          <w:rFonts w:ascii="Fresco Std Normal" w:hAnsi="Fresco Std Normal"/>
          <w:lang w:val="nl-NL"/>
        </w:rPr>
        <w:t xml:space="preserve"> </w:t>
      </w:r>
      <w:r w:rsidR="00A606A8" w:rsidRPr="00F4767A">
        <w:rPr>
          <w:rFonts w:ascii="Fresco Std Normal" w:hAnsi="Fresco Std Normal"/>
          <w:lang w:val="nl-NL"/>
        </w:rPr>
        <w:t xml:space="preserve">6 </w:t>
      </w:r>
      <w:r w:rsidRPr="00F4767A">
        <w:rPr>
          <w:rFonts w:ascii="Fresco Std Normal" w:hAnsi="Fresco Std Normal"/>
          <w:lang w:val="nl-NL"/>
        </w:rPr>
        <w:t xml:space="preserve">geeft voorbeelden van een </w:t>
      </w:r>
      <w:r w:rsidRPr="00F4767A">
        <w:rPr>
          <w:rFonts w:ascii="Fresco Std Normal" w:hAnsi="Fresco Std Normal"/>
          <w:b/>
          <w:bCs/>
          <w:lang w:val="nl-NL"/>
        </w:rPr>
        <w:t>opbouw</w:t>
      </w:r>
      <w:r w:rsidRPr="00F4767A">
        <w:rPr>
          <w:rFonts w:ascii="Fresco Std Normal" w:hAnsi="Fresco Std Normal"/>
          <w:lang w:val="nl-NL"/>
        </w:rPr>
        <w:t xml:space="preserve"> voor de drie focuspunten. Deze opbouw is een suggestie. Het vraagt om verdere overdenkingen en experimenteren in de praktijk. De schoolpopulatie en context spelen namelijk een rol in de opbouw die je als school kiest. </w:t>
      </w:r>
    </w:p>
    <w:p w14:paraId="26FB7B83" w14:textId="710B5503" w:rsidR="00BD719A" w:rsidRPr="00F4767A" w:rsidRDefault="00BD719A" w:rsidP="00467685">
      <w:pPr>
        <w:rPr>
          <w:rFonts w:ascii="Fresco Std Normal" w:hAnsi="Fresco Std Normal"/>
          <w:lang w:val="nl-NL"/>
        </w:rPr>
      </w:pPr>
      <w:r w:rsidRPr="00F4767A">
        <w:rPr>
          <w:rFonts w:ascii="Fresco Std Normal" w:hAnsi="Fresco Std Normal"/>
          <w:lang w:val="nl-NL"/>
        </w:rPr>
        <w:t>In de tabel op p</w:t>
      </w:r>
      <w:r w:rsidR="00A606A8" w:rsidRPr="00F4767A">
        <w:rPr>
          <w:rFonts w:ascii="Fresco Std Normal" w:hAnsi="Fresco Std Normal"/>
          <w:lang w:val="nl-NL"/>
        </w:rPr>
        <w:t>agina</w:t>
      </w:r>
      <w:r w:rsidRPr="00F4767A">
        <w:rPr>
          <w:rFonts w:ascii="Fresco Std Normal" w:hAnsi="Fresco Std Normal"/>
          <w:lang w:val="nl-NL"/>
        </w:rPr>
        <w:t xml:space="preserve"> </w:t>
      </w:r>
      <w:r w:rsidR="00A606A8" w:rsidRPr="00F4767A">
        <w:rPr>
          <w:rFonts w:ascii="Fresco Std Normal" w:hAnsi="Fresco Std Normal"/>
          <w:lang w:val="nl-NL"/>
        </w:rPr>
        <w:t>6</w:t>
      </w:r>
      <w:r w:rsidRPr="00F4767A">
        <w:rPr>
          <w:rFonts w:ascii="Fresco Std Normal" w:hAnsi="Fresco Std Normal"/>
          <w:lang w:val="nl-NL"/>
        </w:rPr>
        <w:t xml:space="preserve"> is ook ruimte voor het uitwerken van het onderwijsaanbod. Hierbij maken we onderscheid tussen de oefenplaatsbenadering en curriculaire benadering (Nieuwelink et al., 2024).</w:t>
      </w:r>
    </w:p>
    <w:p w14:paraId="18BE24BD" w14:textId="77777777" w:rsidR="00BD719A" w:rsidRPr="00F4767A" w:rsidRDefault="00BD719A" w:rsidP="00467685">
      <w:pPr>
        <w:spacing w:before="360" w:after="0" w:line="240" w:lineRule="auto"/>
        <w:rPr>
          <w:rFonts w:ascii="Fresco Std Normal" w:hAnsi="Fresco Std Normal"/>
          <w:b/>
          <w:bCs/>
          <w:sz w:val="26"/>
          <w:szCs w:val="26"/>
          <w:lang w:val="nl-NL"/>
        </w:rPr>
      </w:pPr>
      <w:r w:rsidRPr="00F4767A">
        <w:rPr>
          <w:rFonts w:ascii="Fresco Std Normal" w:hAnsi="Fresco Std Normal"/>
          <w:b/>
          <w:bCs/>
          <w:sz w:val="26"/>
          <w:szCs w:val="26"/>
          <w:lang w:val="nl-NL"/>
        </w:rPr>
        <w:t>School- en klasklimaat</w:t>
      </w:r>
    </w:p>
    <w:p w14:paraId="6B99A24F" w14:textId="50EA3A38" w:rsidR="00755D53" w:rsidRPr="00F4767A" w:rsidRDefault="00BD719A" w:rsidP="002A6346">
      <w:pPr>
        <w:rPr>
          <w:lang w:val="nl-NL"/>
        </w:rPr>
      </w:pPr>
      <w:r w:rsidRPr="00F4767A">
        <w:rPr>
          <w:rFonts w:ascii="Fresco Std Normal" w:hAnsi="Fresco Std Normal"/>
          <w:color w:val="000000" w:themeColor="text1"/>
          <w:lang w:val="nl-NL"/>
        </w:rPr>
        <w:t>Om het school- en klasklimaat te monitoren in het kader van kwaliteitszorg is door het leernetwerk een reflectie-instrument ontwikkeld, zie p</w:t>
      </w:r>
      <w:r w:rsidR="00A606A8" w:rsidRPr="00F4767A">
        <w:rPr>
          <w:rFonts w:ascii="Fresco Std Normal" w:hAnsi="Fresco Std Normal"/>
          <w:color w:val="000000" w:themeColor="text1"/>
          <w:lang w:val="nl-NL"/>
        </w:rPr>
        <w:t>agina</w:t>
      </w:r>
      <w:r w:rsidRPr="00F4767A">
        <w:rPr>
          <w:rFonts w:ascii="Fresco Std Normal" w:hAnsi="Fresco Std Normal"/>
          <w:color w:val="000000" w:themeColor="text1"/>
          <w:lang w:val="nl-NL"/>
        </w:rPr>
        <w:t xml:space="preserve"> </w:t>
      </w:r>
      <w:r w:rsidR="00A606A8" w:rsidRPr="00F4767A">
        <w:rPr>
          <w:rFonts w:ascii="Fresco Std Normal" w:hAnsi="Fresco Std Normal"/>
          <w:color w:val="000000" w:themeColor="text1"/>
          <w:lang w:val="nl-NL"/>
        </w:rPr>
        <w:t>7</w:t>
      </w:r>
      <w:r w:rsidRPr="00F4767A">
        <w:rPr>
          <w:rFonts w:ascii="Fresco Std Normal" w:hAnsi="Fresco Std Normal"/>
          <w:color w:val="000000" w:themeColor="text1"/>
          <w:lang w:val="nl-NL"/>
        </w:rPr>
        <w:t>.</w:t>
      </w:r>
      <w:r w:rsidRPr="00F4767A">
        <w:rPr>
          <w:rFonts w:ascii="Fresco Std Normal" w:hAnsi="Fresco Std Normal"/>
          <w:color w:val="EE0000"/>
          <w:lang w:val="nl-NL"/>
        </w:rPr>
        <w:t xml:space="preserve"> </w:t>
      </w:r>
      <w:r w:rsidRPr="00F4767A">
        <w:rPr>
          <w:rFonts w:ascii="Fresco Std Normal" w:hAnsi="Fresco Std Normal"/>
          <w:color w:val="000000" w:themeColor="text1"/>
          <w:lang w:val="nl-NL"/>
        </w:rPr>
        <w:t xml:space="preserve">Dit reflectie-instrument focust met name op hoe de leraar zich gedraagt in de klas en school om een veilig en open klimaat te bewerkstelligen. Het reflectie-instrument is nadrukkelijk niet bedoeld om te beoordelen. Het vraagt om een dialoog en het uitwisselen van ideeën om gezamenlijk tot een beter inzicht te komen: wat doen wij op school al en waar kunnen we ons in verbeteren? </w:t>
      </w:r>
      <w:bookmarkStart w:id="1" w:name="_Toc214525229"/>
    </w:p>
    <w:bookmarkEnd w:id="1"/>
    <w:p w14:paraId="349053EA" w14:textId="3CC6F89A" w:rsidR="00E24A5B" w:rsidRPr="00F4767A" w:rsidRDefault="001E190A" w:rsidP="00E24A5B">
      <w:pPr>
        <w:pStyle w:val="Kop1"/>
        <w:rPr>
          <w:sz w:val="10"/>
          <w:szCs w:val="10"/>
          <w:lang w:val="nl-NL"/>
        </w:rPr>
      </w:pPr>
      <w:r w:rsidRPr="00F4767A">
        <w:rPr>
          <w:sz w:val="10"/>
          <w:szCs w:val="10"/>
          <w:lang w:val="nl-NL"/>
        </w:rPr>
        <w:br w:type="column"/>
      </w:r>
      <w:bookmarkStart w:id="2" w:name="_Toc218262326"/>
      <w:r w:rsidR="00D17C82" w:rsidRPr="00F4767A">
        <w:rPr>
          <w:rFonts w:ascii="Fresco Std Normal" w:hAnsi="Fresco Std Normal"/>
          <w:color w:val="auto"/>
          <w:sz w:val="44"/>
          <w:lang w:val="nl-NL"/>
        </w:rPr>
        <w:t>Tabellen om zelf in te werken</w:t>
      </w:r>
      <w:bookmarkEnd w:id="2"/>
    </w:p>
    <w:p w14:paraId="16D5CD08" w14:textId="77777777" w:rsidR="00680A2E" w:rsidRPr="00F4767A" w:rsidRDefault="00680A2E" w:rsidP="00680A2E">
      <w:pPr>
        <w:pStyle w:val="Geenafstand"/>
        <w:rPr>
          <w:rFonts w:ascii="Arial" w:hAnsi="Arial" w:cs="Arial"/>
          <w:b/>
          <w:bCs/>
          <w:sz w:val="20"/>
          <w:szCs w:val="20"/>
          <w:lang w:val="nl-NL"/>
        </w:rPr>
      </w:pPr>
    </w:p>
    <w:p w14:paraId="71670D90" w14:textId="7C3E4843" w:rsidR="00384DE4" w:rsidRPr="00F4767A" w:rsidRDefault="00B035BB" w:rsidP="00680A2E">
      <w:pPr>
        <w:pStyle w:val="Geenafstand"/>
        <w:rPr>
          <w:b/>
          <w:bCs/>
          <w:i/>
          <w:iCs/>
          <w:lang w:val="nl-NL"/>
        </w:rPr>
      </w:pPr>
      <w:r w:rsidRPr="00F4767A">
        <w:rPr>
          <w:rFonts w:ascii="Arial" w:hAnsi="Arial" w:cs="Arial"/>
          <w:b/>
          <w:bCs/>
          <w:sz w:val="20"/>
          <w:szCs w:val="20"/>
          <w:lang w:val="nl-NL"/>
        </w:rPr>
        <w:t>Tabel 3</w:t>
      </w:r>
      <w:r w:rsidRPr="00F4767A">
        <w:rPr>
          <w:b/>
          <w:bCs/>
          <w:i/>
          <w:iCs/>
          <w:lang w:val="nl-NL"/>
        </w:rPr>
        <w:br/>
      </w:r>
      <w:r w:rsidR="00384DE4" w:rsidRPr="00F4767A">
        <w:rPr>
          <w:rStyle w:val="Kop1Char"/>
          <w:rFonts w:ascii="Arial" w:hAnsi="Arial" w:cs="Arial"/>
          <w:b w:val="0"/>
          <w:bCs w:val="0"/>
          <w:i/>
          <w:iCs/>
          <w:color w:val="auto"/>
          <w:sz w:val="20"/>
          <w:szCs w:val="20"/>
          <w:lang w:val="nl-NL"/>
        </w:rPr>
        <w:t xml:space="preserve">Bruikbare bronnen voor data over de leerlingpopulatie en schoolomgeving </w:t>
      </w:r>
      <w:r w:rsidR="009901A3" w:rsidRPr="00F4767A">
        <w:rPr>
          <w:rStyle w:val="Kop1Char"/>
          <w:rFonts w:ascii="Arial" w:hAnsi="Arial" w:cs="Arial"/>
          <w:b w:val="0"/>
          <w:bCs w:val="0"/>
          <w:i/>
          <w:iCs/>
          <w:color w:val="auto"/>
          <w:sz w:val="20"/>
          <w:szCs w:val="20"/>
          <w:lang w:val="nl-NL"/>
        </w:rPr>
        <w:br/>
      </w:r>
    </w:p>
    <w:tbl>
      <w:tblPr>
        <w:tblStyle w:val="Tabelraster"/>
        <w:tblW w:w="0" w:type="auto"/>
        <w:tblLook w:val="04A0" w:firstRow="1" w:lastRow="0" w:firstColumn="1" w:lastColumn="0" w:noHBand="0" w:noVBand="1"/>
      </w:tblPr>
      <w:tblGrid>
        <w:gridCol w:w="3152"/>
        <w:gridCol w:w="4520"/>
        <w:gridCol w:w="2379"/>
      </w:tblGrid>
      <w:tr w:rsidR="00384DE4" w:rsidRPr="00F4767A" w14:paraId="7F7130B2" w14:textId="77777777" w:rsidTr="0025107F">
        <w:trPr>
          <w:trHeight w:val="433"/>
        </w:trPr>
        <w:tc>
          <w:tcPr>
            <w:tcW w:w="2127" w:type="dxa"/>
            <w:shd w:val="clear" w:color="auto" w:fill="487B77"/>
            <w:vAlign w:val="center"/>
          </w:tcPr>
          <w:p w14:paraId="198038B0" w14:textId="77777777" w:rsidR="00384DE4" w:rsidRPr="00F4767A" w:rsidRDefault="00384DE4" w:rsidP="0025107F">
            <w:pPr>
              <w:spacing w:line="259" w:lineRule="auto"/>
              <w:rPr>
                <w:rFonts w:ascii="Arial" w:hAnsi="Arial" w:cs="Arial"/>
                <w:b/>
                <w:bCs/>
                <w:color w:val="FFFFFF" w:themeColor="background1"/>
                <w:sz w:val="20"/>
                <w:szCs w:val="20"/>
                <w:lang w:val="nl-NL"/>
              </w:rPr>
            </w:pPr>
            <w:r w:rsidRPr="00F4767A">
              <w:rPr>
                <w:rFonts w:ascii="Arial" w:hAnsi="Arial" w:cs="Arial"/>
                <w:b/>
                <w:bCs/>
                <w:color w:val="FFFFFF" w:themeColor="background1"/>
                <w:sz w:val="20"/>
                <w:szCs w:val="20"/>
                <w:lang w:val="nl-NL"/>
              </w:rPr>
              <w:t>Bron</w:t>
            </w:r>
          </w:p>
        </w:tc>
        <w:tc>
          <w:tcPr>
            <w:tcW w:w="4520" w:type="dxa"/>
            <w:shd w:val="clear" w:color="auto" w:fill="487B77"/>
            <w:vAlign w:val="center"/>
          </w:tcPr>
          <w:p w14:paraId="670B76A7" w14:textId="77777777" w:rsidR="00384DE4" w:rsidRPr="00F4767A" w:rsidRDefault="00384DE4" w:rsidP="0025107F">
            <w:pPr>
              <w:spacing w:line="259" w:lineRule="auto"/>
              <w:rPr>
                <w:rFonts w:ascii="Arial" w:hAnsi="Arial" w:cs="Arial"/>
                <w:b/>
                <w:bCs/>
                <w:color w:val="FFFFFF" w:themeColor="background1"/>
                <w:sz w:val="20"/>
                <w:szCs w:val="20"/>
                <w:lang w:val="nl-NL"/>
              </w:rPr>
            </w:pPr>
            <w:r w:rsidRPr="00F4767A">
              <w:rPr>
                <w:rFonts w:ascii="Arial" w:hAnsi="Arial" w:cs="Arial"/>
                <w:b/>
                <w:bCs/>
                <w:color w:val="FFFFFF" w:themeColor="background1"/>
                <w:sz w:val="20"/>
                <w:szCs w:val="20"/>
                <w:lang w:val="nl-NL"/>
              </w:rPr>
              <w:t>Omschrijving</w:t>
            </w:r>
          </w:p>
        </w:tc>
        <w:tc>
          <w:tcPr>
            <w:tcW w:w="2379" w:type="dxa"/>
            <w:shd w:val="clear" w:color="auto" w:fill="487B77"/>
            <w:vAlign w:val="center"/>
          </w:tcPr>
          <w:p w14:paraId="3DD3BFC8" w14:textId="77777777" w:rsidR="00384DE4" w:rsidRPr="00F4767A" w:rsidRDefault="00384DE4" w:rsidP="0025107F">
            <w:pPr>
              <w:spacing w:line="259" w:lineRule="auto"/>
              <w:rPr>
                <w:rFonts w:ascii="Arial" w:hAnsi="Arial" w:cs="Arial"/>
                <w:b/>
                <w:bCs/>
                <w:color w:val="FFFFFF" w:themeColor="background1"/>
                <w:sz w:val="20"/>
                <w:szCs w:val="20"/>
                <w:lang w:val="nl-NL"/>
              </w:rPr>
            </w:pPr>
            <w:r w:rsidRPr="00F4767A">
              <w:rPr>
                <w:rFonts w:ascii="Arial" w:hAnsi="Arial" w:cs="Arial"/>
                <w:b/>
                <w:bCs/>
                <w:color w:val="FFFFFF" w:themeColor="background1"/>
                <w:sz w:val="20"/>
                <w:szCs w:val="20"/>
                <w:lang w:val="nl-NL"/>
              </w:rPr>
              <w:t>Inzichten</w:t>
            </w:r>
          </w:p>
        </w:tc>
      </w:tr>
      <w:tr w:rsidR="00384DE4" w:rsidRPr="00F4767A" w14:paraId="43FE108C" w14:textId="77777777" w:rsidTr="00B035BB">
        <w:tc>
          <w:tcPr>
            <w:tcW w:w="2127" w:type="dxa"/>
            <w:shd w:val="clear" w:color="auto" w:fill="DFECEB"/>
          </w:tcPr>
          <w:p w14:paraId="34662316" w14:textId="77777777" w:rsidR="00384DE4" w:rsidRPr="00F4767A" w:rsidRDefault="00384DE4" w:rsidP="000C6EA8">
            <w:pPr>
              <w:spacing w:line="259" w:lineRule="auto"/>
              <w:rPr>
                <w:rFonts w:ascii="Arial" w:hAnsi="Arial" w:cs="Arial"/>
                <w:sz w:val="20"/>
                <w:szCs w:val="20"/>
                <w:lang w:val="nl-NL"/>
              </w:rPr>
            </w:pPr>
            <w:hyperlink r:id="rId16" w:history="1">
              <w:r w:rsidRPr="00F4767A">
                <w:rPr>
                  <w:rStyle w:val="Hyperlink"/>
                  <w:rFonts w:ascii="Arial" w:hAnsi="Arial" w:cs="Arial"/>
                  <w:color w:val="auto"/>
                  <w:sz w:val="20"/>
                  <w:szCs w:val="20"/>
                  <w:lang w:val="nl-NL"/>
                </w:rPr>
                <w:t>www.allecijfers.nl</w:t>
              </w:r>
            </w:hyperlink>
          </w:p>
        </w:tc>
        <w:tc>
          <w:tcPr>
            <w:tcW w:w="4520" w:type="dxa"/>
            <w:shd w:val="clear" w:color="auto" w:fill="DFECEB"/>
          </w:tcPr>
          <w:p w14:paraId="4CBD1A24" w14:textId="77777777" w:rsidR="00384DE4" w:rsidRPr="00F4767A" w:rsidRDefault="00384DE4" w:rsidP="000C6EA8">
            <w:pPr>
              <w:spacing w:line="259" w:lineRule="auto"/>
              <w:rPr>
                <w:rFonts w:ascii="Arial" w:hAnsi="Arial" w:cs="Arial"/>
                <w:sz w:val="20"/>
                <w:szCs w:val="20"/>
                <w:lang w:val="nl-NL"/>
              </w:rPr>
            </w:pPr>
            <w:r w:rsidRPr="00F4767A">
              <w:rPr>
                <w:rFonts w:ascii="Arial" w:hAnsi="Arial" w:cs="Arial"/>
                <w:sz w:val="20"/>
                <w:szCs w:val="20"/>
                <w:lang w:val="nl-NL"/>
              </w:rPr>
              <w:t xml:space="preserve">Zoek op schoolnaam of postcode en vind zo data over bijvoorbeeld uitstroom, schoolweging en spreiding en gemiddeld inkomen in de buurt. </w:t>
            </w:r>
          </w:p>
          <w:p w14:paraId="4D5CD7BC" w14:textId="77777777" w:rsidR="00384DE4" w:rsidRPr="00F4767A" w:rsidRDefault="00384DE4" w:rsidP="000C6EA8">
            <w:pPr>
              <w:spacing w:line="259" w:lineRule="auto"/>
              <w:rPr>
                <w:rFonts w:ascii="Arial" w:hAnsi="Arial" w:cs="Arial"/>
                <w:sz w:val="20"/>
                <w:szCs w:val="20"/>
                <w:lang w:val="nl-NL"/>
              </w:rPr>
            </w:pPr>
          </w:p>
        </w:tc>
        <w:tc>
          <w:tcPr>
            <w:tcW w:w="2379" w:type="dxa"/>
            <w:shd w:val="clear" w:color="auto" w:fill="DFECEB"/>
          </w:tcPr>
          <w:p w14:paraId="7DCD31D7" w14:textId="77777777" w:rsidR="00384DE4" w:rsidRPr="00F4767A" w:rsidRDefault="00384DE4" w:rsidP="000C6EA8">
            <w:pPr>
              <w:spacing w:line="259" w:lineRule="auto"/>
              <w:rPr>
                <w:rFonts w:ascii="Arial" w:hAnsi="Arial" w:cs="Arial"/>
                <w:sz w:val="20"/>
                <w:szCs w:val="20"/>
                <w:lang w:val="nl-NL"/>
              </w:rPr>
            </w:pPr>
          </w:p>
        </w:tc>
      </w:tr>
      <w:tr w:rsidR="00384DE4" w:rsidRPr="00F4767A" w14:paraId="75C3EEBE" w14:textId="77777777" w:rsidTr="00B035BB">
        <w:tc>
          <w:tcPr>
            <w:tcW w:w="2127" w:type="dxa"/>
            <w:shd w:val="clear" w:color="auto" w:fill="DFECEB"/>
          </w:tcPr>
          <w:p w14:paraId="04CDA60D" w14:textId="77777777" w:rsidR="00384DE4" w:rsidRPr="00F4767A" w:rsidRDefault="00384DE4" w:rsidP="000C6EA8">
            <w:pPr>
              <w:spacing w:line="259" w:lineRule="auto"/>
              <w:rPr>
                <w:rFonts w:ascii="Arial" w:hAnsi="Arial" w:cs="Arial"/>
                <w:sz w:val="20"/>
                <w:szCs w:val="20"/>
                <w:lang w:val="nl-NL"/>
              </w:rPr>
            </w:pPr>
            <w:hyperlink r:id="rId17" w:history="1">
              <w:r w:rsidRPr="00F4767A">
                <w:rPr>
                  <w:rStyle w:val="Hyperlink"/>
                  <w:rFonts w:ascii="Arial" w:hAnsi="Arial" w:cs="Arial"/>
                  <w:color w:val="auto"/>
                  <w:sz w:val="20"/>
                  <w:szCs w:val="20"/>
                  <w:lang w:val="nl-NL"/>
                </w:rPr>
                <w:t>www.waarstaatjegemeente.nl</w:t>
              </w:r>
            </w:hyperlink>
            <w:r w:rsidRPr="00F4767A">
              <w:rPr>
                <w:rFonts w:ascii="Arial" w:hAnsi="Arial" w:cs="Arial"/>
                <w:sz w:val="20"/>
                <w:szCs w:val="20"/>
                <w:lang w:val="nl-NL"/>
              </w:rPr>
              <w:t xml:space="preserve"> </w:t>
            </w:r>
          </w:p>
        </w:tc>
        <w:tc>
          <w:tcPr>
            <w:tcW w:w="4520" w:type="dxa"/>
            <w:shd w:val="clear" w:color="auto" w:fill="DFECEB"/>
          </w:tcPr>
          <w:p w14:paraId="6ABB2181" w14:textId="77777777" w:rsidR="00384DE4" w:rsidRPr="00F4767A" w:rsidRDefault="00384DE4" w:rsidP="000C6EA8">
            <w:pPr>
              <w:spacing w:line="259" w:lineRule="auto"/>
              <w:rPr>
                <w:rFonts w:ascii="Arial" w:hAnsi="Arial" w:cs="Arial"/>
                <w:sz w:val="20"/>
                <w:szCs w:val="20"/>
                <w:lang w:val="nl-NL"/>
              </w:rPr>
            </w:pPr>
            <w:r w:rsidRPr="00F4767A">
              <w:rPr>
                <w:rFonts w:ascii="Arial" w:hAnsi="Arial" w:cs="Arial"/>
                <w:sz w:val="20"/>
                <w:szCs w:val="20"/>
                <w:lang w:val="nl-NL"/>
              </w:rPr>
              <w:t>Bekijk bijvoorbeeld data over het aantal kinderen in uitkeringsgezinnen, eenzaamheid, kindermishandeling, eenouder huishoudens en verzuim.</w:t>
            </w:r>
          </w:p>
          <w:p w14:paraId="6067F65F" w14:textId="77777777" w:rsidR="00384DE4" w:rsidRPr="00F4767A" w:rsidRDefault="00384DE4" w:rsidP="000C6EA8">
            <w:pPr>
              <w:spacing w:line="259" w:lineRule="auto"/>
              <w:rPr>
                <w:rFonts w:ascii="Arial" w:hAnsi="Arial" w:cs="Arial"/>
                <w:sz w:val="20"/>
                <w:szCs w:val="20"/>
                <w:lang w:val="nl-NL"/>
              </w:rPr>
            </w:pPr>
          </w:p>
        </w:tc>
        <w:tc>
          <w:tcPr>
            <w:tcW w:w="2379" w:type="dxa"/>
            <w:shd w:val="clear" w:color="auto" w:fill="DFECEB"/>
          </w:tcPr>
          <w:p w14:paraId="0F637674" w14:textId="77777777" w:rsidR="00384DE4" w:rsidRPr="00F4767A" w:rsidRDefault="00384DE4" w:rsidP="000C6EA8">
            <w:pPr>
              <w:spacing w:line="259" w:lineRule="auto"/>
              <w:rPr>
                <w:rFonts w:ascii="Arial" w:hAnsi="Arial" w:cs="Arial"/>
                <w:sz w:val="20"/>
                <w:szCs w:val="20"/>
                <w:lang w:val="nl-NL"/>
              </w:rPr>
            </w:pPr>
          </w:p>
        </w:tc>
      </w:tr>
      <w:tr w:rsidR="00384DE4" w:rsidRPr="00F4767A" w14:paraId="6E855F77" w14:textId="77777777" w:rsidTr="00B035BB">
        <w:tc>
          <w:tcPr>
            <w:tcW w:w="2127" w:type="dxa"/>
            <w:shd w:val="clear" w:color="auto" w:fill="DFECEB"/>
          </w:tcPr>
          <w:p w14:paraId="78AAEE79" w14:textId="77777777" w:rsidR="00384DE4" w:rsidRPr="00F4767A" w:rsidRDefault="00384DE4" w:rsidP="000C6EA8">
            <w:pPr>
              <w:spacing w:line="259" w:lineRule="auto"/>
              <w:rPr>
                <w:rFonts w:ascii="Arial" w:hAnsi="Arial" w:cs="Arial"/>
                <w:sz w:val="20"/>
                <w:szCs w:val="20"/>
                <w:lang w:val="nl-NL"/>
              </w:rPr>
            </w:pPr>
            <w:hyperlink r:id="rId18" w:history="1">
              <w:r w:rsidRPr="00F4767A">
                <w:rPr>
                  <w:rStyle w:val="Hyperlink"/>
                  <w:rFonts w:ascii="Arial" w:hAnsi="Arial" w:cs="Arial"/>
                  <w:color w:val="auto"/>
                  <w:sz w:val="20"/>
                  <w:szCs w:val="20"/>
                  <w:lang w:val="nl-NL"/>
                </w:rPr>
                <w:t>mijn.nationaalcohortonderzoek.nl</w:t>
              </w:r>
            </w:hyperlink>
            <w:r w:rsidRPr="00F4767A">
              <w:rPr>
                <w:rFonts w:ascii="Arial" w:hAnsi="Arial" w:cs="Arial"/>
                <w:sz w:val="20"/>
                <w:szCs w:val="20"/>
                <w:lang w:val="nl-NL"/>
              </w:rPr>
              <w:t xml:space="preserve"> </w:t>
            </w:r>
          </w:p>
        </w:tc>
        <w:tc>
          <w:tcPr>
            <w:tcW w:w="4520" w:type="dxa"/>
            <w:shd w:val="clear" w:color="auto" w:fill="DFECEB"/>
          </w:tcPr>
          <w:p w14:paraId="527A4D18" w14:textId="77777777" w:rsidR="00384DE4" w:rsidRPr="00F4767A" w:rsidRDefault="00384DE4" w:rsidP="000C6EA8">
            <w:pPr>
              <w:spacing w:line="259" w:lineRule="auto"/>
              <w:rPr>
                <w:rFonts w:ascii="Arial" w:hAnsi="Arial" w:cs="Arial"/>
                <w:sz w:val="20"/>
                <w:szCs w:val="20"/>
                <w:lang w:val="nl-NL"/>
              </w:rPr>
            </w:pPr>
            <w:r w:rsidRPr="00F4767A">
              <w:rPr>
                <w:rFonts w:ascii="Arial" w:hAnsi="Arial" w:cs="Arial"/>
                <w:sz w:val="20"/>
                <w:szCs w:val="20"/>
                <w:lang w:val="nl-NL"/>
              </w:rPr>
              <w:t>Na inloggen met je bestuursnummer en wachtwoord, kun je voor jouw school een rapportage zien over de leergroei van je leerlingen op basis van toetsresultaten uit het leerlingvolgsysteem.</w:t>
            </w:r>
          </w:p>
          <w:p w14:paraId="508B971C" w14:textId="77777777" w:rsidR="00384DE4" w:rsidRPr="00F4767A" w:rsidRDefault="00384DE4" w:rsidP="000C6EA8">
            <w:pPr>
              <w:spacing w:line="259" w:lineRule="auto"/>
              <w:rPr>
                <w:rFonts w:ascii="Arial" w:hAnsi="Arial" w:cs="Arial"/>
                <w:sz w:val="20"/>
                <w:szCs w:val="20"/>
                <w:lang w:val="nl-NL"/>
              </w:rPr>
            </w:pPr>
          </w:p>
        </w:tc>
        <w:tc>
          <w:tcPr>
            <w:tcW w:w="2379" w:type="dxa"/>
            <w:shd w:val="clear" w:color="auto" w:fill="DFECEB"/>
          </w:tcPr>
          <w:p w14:paraId="1630F074" w14:textId="77777777" w:rsidR="00384DE4" w:rsidRPr="00F4767A" w:rsidRDefault="00384DE4" w:rsidP="000C6EA8">
            <w:pPr>
              <w:spacing w:line="259" w:lineRule="auto"/>
              <w:rPr>
                <w:rFonts w:ascii="Arial" w:hAnsi="Arial" w:cs="Arial"/>
                <w:sz w:val="20"/>
                <w:szCs w:val="20"/>
                <w:lang w:val="nl-NL"/>
              </w:rPr>
            </w:pPr>
          </w:p>
        </w:tc>
      </w:tr>
      <w:tr w:rsidR="00384DE4" w:rsidRPr="00F4767A" w14:paraId="29ED5EE3" w14:textId="77777777" w:rsidTr="00B035BB">
        <w:tc>
          <w:tcPr>
            <w:tcW w:w="2127" w:type="dxa"/>
            <w:shd w:val="clear" w:color="auto" w:fill="DFECEB"/>
          </w:tcPr>
          <w:p w14:paraId="0DAC4375" w14:textId="77777777" w:rsidR="00384DE4" w:rsidRPr="00F4767A" w:rsidRDefault="00384DE4" w:rsidP="000C6EA8">
            <w:pPr>
              <w:spacing w:line="259" w:lineRule="auto"/>
              <w:rPr>
                <w:rFonts w:ascii="Arial" w:hAnsi="Arial" w:cs="Arial"/>
                <w:sz w:val="20"/>
                <w:szCs w:val="20"/>
                <w:lang w:val="nl-NL"/>
              </w:rPr>
            </w:pPr>
            <w:hyperlink r:id="rId19" w:history="1">
              <w:r w:rsidRPr="00F4767A">
                <w:rPr>
                  <w:rStyle w:val="Hyperlink"/>
                  <w:rFonts w:ascii="Arial" w:hAnsi="Arial" w:cs="Arial"/>
                  <w:color w:val="auto"/>
                  <w:sz w:val="20"/>
                  <w:szCs w:val="20"/>
                  <w:lang w:val="nl-NL"/>
                </w:rPr>
                <w:t>www.kansenkaart.nl</w:t>
              </w:r>
            </w:hyperlink>
            <w:r w:rsidRPr="00F4767A">
              <w:rPr>
                <w:rFonts w:ascii="Arial" w:hAnsi="Arial" w:cs="Arial"/>
                <w:sz w:val="20"/>
                <w:szCs w:val="20"/>
                <w:lang w:val="nl-NL"/>
              </w:rPr>
              <w:t xml:space="preserve"> en </w:t>
            </w:r>
            <w:hyperlink r:id="rId20" w:history="1">
              <w:r w:rsidRPr="00F4767A">
                <w:rPr>
                  <w:rStyle w:val="Hyperlink"/>
                  <w:rFonts w:ascii="Arial" w:hAnsi="Arial" w:cs="Arial"/>
                  <w:color w:val="auto"/>
                  <w:sz w:val="20"/>
                  <w:szCs w:val="20"/>
                  <w:lang w:val="nl-NL"/>
                </w:rPr>
                <w:t>www.kansenkloof.nl</w:t>
              </w:r>
            </w:hyperlink>
            <w:r w:rsidRPr="00F4767A">
              <w:rPr>
                <w:rFonts w:ascii="Arial" w:hAnsi="Arial" w:cs="Arial"/>
                <w:sz w:val="20"/>
                <w:szCs w:val="20"/>
                <w:lang w:val="nl-NL"/>
              </w:rPr>
              <w:t xml:space="preserve"> </w:t>
            </w:r>
          </w:p>
        </w:tc>
        <w:tc>
          <w:tcPr>
            <w:tcW w:w="4520" w:type="dxa"/>
            <w:shd w:val="clear" w:color="auto" w:fill="DFECEB"/>
          </w:tcPr>
          <w:p w14:paraId="6079E389" w14:textId="77777777" w:rsidR="00384DE4" w:rsidRPr="00F4767A" w:rsidRDefault="00384DE4" w:rsidP="000C6EA8">
            <w:pPr>
              <w:spacing w:line="259" w:lineRule="auto"/>
              <w:rPr>
                <w:rFonts w:ascii="Arial" w:hAnsi="Arial" w:cs="Arial"/>
                <w:sz w:val="20"/>
                <w:szCs w:val="20"/>
                <w:lang w:val="nl-NL"/>
              </w:rPr>
            </w:pPr>
            <w:r w:rsidRPr="00F4767A">
              <w:rPr>
                <w:rFonts w:ascii="Arial" w:hAnsi="Arial" w:cs="Arial"/>
                <w:sz w:val="20"/>
                <w:szCs w:val="20"/>
                <w:lang w:val="nl-NL"/>
              </w:rPr>
              <w:t xml:space="preserve">Vergelijk per postcodegebied bijvoorbeeld geboortegewicht, zorgkosten, eindtoetsadviezen, eindtoetsniveaus, schooladviezen, klassengrootte, geldzaken, en woonoppervlaktes.  </w:t>
            </w:r>
          </w:p>
          <w:p w14:paraId="24A49049" w14:textId="77777777" w:rsidR="00384DE4" w:rsidRPr="00F4767A" w:rsidRDefault="00384DE4" w:rsidP="000C6EA8">
            <w:pPr>
              <w:spacing w:line="259" w:lineRule="auto"/>
              <w:rPr>
                <w:rFonts w:ascii="Arial" w:hAnsi="Arial" w:cs="Arial"/>
                <w:sz w:val="20"/>
                <w:szCs w:val="20"/>
                <w:lang w:val="nl-NL"/>
              </w:rPr>
            </w:pPr>
          </w:p>
        </w:tc>
        <w:tc>
          <w:tcPr>
            <w:tcW w:w="2379" w:type="dxa"/>
            <w:shd w:val="clear" w:color="auto" w:fill="DFECEB"/>
          </w:tcPr>
          <w:p w14:paraId="583FFD83" w14:textId="77777777" w:rsidR="00384DE4" w:rsidRPr="00F4767A" w:rsidRDefault="00384DE4" w:rsidP="000C6EA8">
            <w:pPr>
              <w:spacing w:line="259" w:lineRule="auto"/>
              <w:rPr>
                <w:rFonts w:ascii="Arial" w:hAnsi="Arial" w:cs="Arial"/>
                <w:sz w:val="20"/>
                <w:szCs w:val="20"/>
                <w:lang w:val="nl-NL"/>
              </w:rPr>
            </w:pPr>
          </w:p>
        </w:tc>
      </w:tr>
    </w:tbl>
    <w:p w14:paraId="125DEB35" w14:textId="1EED7305" w:rsidR="00384DE4" w:rsidRPr="00F4767A" w:rsidRDefault="00384DE4" w:rsidP="00384DE4">
      <w:pPr>
        <w:rPr>
          <w:rFonts w:ascii="Arial" w:hAnsi="Arial" w:cs="Arial"/>
          <w:i/>
          <w:iCs/>
          <w:sz w:val="20"/>
          <w:szCs w:val="20"/>
          <w:lang w:val="nl-NL"/>
        </w:rPr>
      </w:pPr>
      <w:r w:rsidRPr="00F4767A">
        <w:rPr>
          <w:rFonts w:ascii="Arial" w:hAnsi="Arial" w:cs="Arial"/>
          <w:i/>
          <w:iCs/>
          <w:sz w:val="20"/>
          <w:szCs w:val="20"/>
          <w:lang w:val="nl-NL"/>
        </w:rPr>
        <w:t xml:space="preserve">Bron: </w:t>
      </w:r>
      <w:r w:rsidRPr="00F4767A">
        <w:rPr>
          <w:rFonts w:ascii="Arial" w:hAnsi="Arial" w:cs="Arial"/>
          <w:sz w:val="20"/>
          <w:szCs w:val="20"/>
          <w:lang w:val="nl-NL"/>
        </w:rPr>
        <w:t xml:space="preserve">Van Alem </w:t>
      </w:r>
      <w:r w:rsidR="00A606A8" w:rsidRPr="00F4767A">
        <w:rPr>
          <w:rFonts w:ascii="Arial" w:hAnsi="Arial" w:cs="Arial"/>
          <w:sz w:val="20"/>
          <w:szCs w:val="20"/>
          <w:lang w:val="nl-NL"/>
        </w:rPr>
        <w:t>en</w:t>
      </w:r>
      <w:r w:rsidRPr="00F4767A">
        <w:rPr>
          <w:rFonts w:ascii="Arial" w:hAnsi="Arial" w:cs="Arial"/>
          <w:sz w:val="20"/>
          <w:szCs w:val="20"/>
          <w:lang w:val="nl-NL"/>
        </w:rPr>
        <w:t xml:space="preserve"> Michiels (2025).</w:t>
      </w:r>
    </w:p>
    <w:p w14:paraId="148BE82E" w14:textId="77777777" w:rsidR="00902EE8" w:rsidRPr="00F4767A" w:rsidRDefault="00902EE8" w:rsidP="00902EE8">
      <w:pPr>
        <w:rPr>
          <w:rFonts w:ascii="Fresco Std Normal" w:hAnsi="Fresco Std Normal"/>
          <w:color w:val="000000" w:themeColor="text1"/>
          <w:lang w:val="nl-NL"/>
        </w:rPr>
      </w:pPr>
    </w:p>
    <w:p w14:paraId="45D3240F" w14:textId="77777777" w:rsidR="00BB0FB1" w:rsidRPr="00F4767A" w:rsidRDefault="00BB0FB1">
      <w:pPr>
        <w:rPr>
          <w:lang w:val="nl-NL"/>
        </w:rPr>
      </w:pPr>
      <w:r w:rsidRPr="00F4767A">
        <w:rPr>
          <w:lang w:val="nl-NL"/>
        </w:rPr>
        <w:br w:type="page"/>
      </w:r>
    </w:p>
    <w:p w14:paraId="78CBE05D" w14:textId="77777777" w:rsidR="00842536" w:rsidRPr="00F4767A" w:rsidRDefault="00842536">
      <w:pPr>
        <w:rPr>
          <w:lang w:val="nl-NL"/>
        </w:rPr>
        <w:sectPr w:rsidR="00842536" w:rsidRPr="00F4767A" w:rsidSect="00351331">
          <w:headerReference w:type="default" r:id="rId21"/>
          <w:footerReference w:type="even" r:id="rId22"/>
          <w:footerReference w:type="default" r:id="rId23"/>
          <w:headerReference w:type="first" r:id="rId24"/>
          <w:footerReference w:type="first" r:id="rId25"/>
          <w:type w:val="nextColumn"/>
          <w:pgSz w:w="23811" w:h="16838" w:orient="landscape" w:code="8"/>
          <w:pgMar w:top="720" w:right="720" w:bottom="425" w:left="720" w:header="720" w:footer="567" w:gutter="0"/>
          <w:cols w:num="2" w:space="720"/>
          <w:docGrid w:linePitch="360"/>
        </w:sectPr>
      </w:pPr>
    </w:p>
    <w:p w14:paraId="32D16E92" w14:textId="77777777" w:rsidR="008154D8" w:rsidRPr="00F4767A" w:rsidRDefault="008154D8" w:rsidP="00D45D12">
      <w:pPr>
        <w:spacing w:after="0" w:line="240" w:lineRule="auto"/>
        <w:rPr>
          <w:rFonts w:ascii="Arial" w:eastAsia="Century Gothic" w:hAnsi="Arial" w:cs="Arial"/>
          <w:b/>
          <w:bCs/>
          <w:kern w:val="2"/>
          <w:sz w:val="20"/>
          <w:szCs w:val="20"/>
          <w:lang w:val="nl-NL"/>
          <w14:ligatures w14:val="standardContextual"/>
        </w:rPr>
      </w:pPr>
      <w:bookmarkStart w:id="3" w:name="_Toc214525230"/>
      <w:r w:rsidRPr="00F4767A">
        <w:rPr>
          <w:rFonts w:ascii="Arial" w:eastAsia="Century Gothic" w:hAnsi="Arial" w:cs="Arial"/>
          <w:b/>
          <w:bCs/>
          <w:kern w:val="2"/>
          <w:sz w:val="20"/>
          <w:szCs w:val="20"/>
          <w:lang w:val="nl-NL"/>
          <w14:ligatures w14:val="standardContextual"/>
        </w:rPr>
        <w:lastRenderedPageBreak/>
        <w:t>Tabel 4</w:t>
      </w:r>
    </w:p>
    <w:p w14:paraId="278B9FA5" w14:textId="77777777" w:rsidR="008154D8" w:rsidRPr="00F4767A" w:rsidRDefault="008154D8" w:rsidP="00D0184A">
      <w:pPr>
        <w:pStyle w:val="Kop1"/>
        <w:spacing w:before="0" w:line="240" w:lineRule="auto"/>
        <w:rPr>
          <w:rFonts w:ascii="Arial" w:hAnsi="Arial" w:cs="Arial"/>
          <w:b w:val="0"/>
          <w:i/>
          <w:color w:val="auto"/>
          <w:sz w:val="20"/>
          <w:szCs w:val="20"/>
          <w:lang w:val="nl-NL"/>
        </w:rPr>
      </w:pPr>
      <w:bookmarkStart w:id="4" w:name="_Toc218262327"/>
      <w:r w:rsidRPr="00F4767A">
        <w:rPr>
          <w:rFonts w:ascii="Arial" w:hAnsi="Arial" w:cs="Arial"/>
          <w:b w:val="0"/>
          <w:i/>
          <w:color w:val="auto"/>
          <w:sz w:val="20"/>
          <w:szCs w:val="20"/>
          <w:lang w:val="nl-NL"/>
        </w:rPr>
        <w:t>De montessorifocuspunten in relatie tot de wettelijke kaders en overwegingen over de schoolpopulatie</w:t>
      </w:r>
      <w:bookmarkEnd w:id="3"/>
      <w:bookmarkEnd w:id="4"/>
    </w:p>
    <w:p w14:paraId="20473119" w14:textId="77777777" w:rsidR="00D45D12" w:rsidRPr="00F4767A" w:rsidRDefault="00D45D12" w:rsidP="00D45D12">
      <w:pPr>
        <w:spacing w:after="0" w:line="240" w:lineRule="auto"/>
        <w:rPr>
          <w:rFonts w:ascii="Arial" w:eastAsia="Century Gothic" w:hAnsi="Arial" w:cs="Arial"/>
          <w:i/>
          <w:iCs/>
          <w:kern w:val="2"/>
          <w:sz w:val="20"/>
          <w:szCs w:val="20"/>
          <w:lang w:val="nl-NL"/>
          <w14:ligatures w14:val="standardContextual"/>
        </w:rPr>
      </w:pPr>
    </w:p>
    <w:tbl>
      <w:tblPr>
        <w:tblStyle w:val="Tabelraster2"/>
        <w:tblW w:w="5000" w:type="pct"/>
        <w:tblLook w:val="06A0" w:firstRow="1" w:lastRow="0" w:firstColumn="1" w:lastColumn="0" w:noHBand="1" w:noVBand="1"/>
      </w:tblPr>
      <w:tblGrid>
        <w:gridCol w:w="2262"/>
        <w:gridCol w:w="3828"/>
        <w:gridCol w:w="4334"/>
        <w:gridCol w:w="7858"/>
        <w:gridCol w:w="4079"/>
      </w:tblGrid>
      <w:tr w:rsidR="008154D8" w:rsidRPr="00F4767A" w14:paraId="246E7AB2" w14:textId="77777777" w:rsidTr="00113A4B">
        <w:trPr>
          <w:trHeight w:val="300"/>
        </w:trPr>
        <w:tc>
          <w:tcPr>
            <w:tcW w:w="506" w:type="pct"/>
            <w:shd w:val="clear" w:color="auto" w:fill="487B77"/>
            <w:vAlign w:val="center"/>
          </w:tcPr>
          <w:p w14:paraId="32785728" w14:textId="77777777" w:rsidR="008154D8" w:rsidRPr="00F4767A" w:rsidRDefault="008154D8" w:rsidP="008154D8">
            <w:pPr>
              <w:spacing w:line="259" w:lineRule="auto"/>
              <w:rPr>
                <w:rFonts w:ascii="Arial" w:hAnsi="Arial" w:cs="Arial"/>
                <w:b/>
                <w:bCs/>
                <w:color w:val="FFFFFF"/>
                <w:sz w:val="20"/>
                <w:szCs w:val="20"/>
              </w:rPr>
            </w:pPr>
            <w:r w:rsidRPr="00F4767A">
              <w:rPr>
                <w:rFonts w:ascii="Arial" w:hAnsi="Arial" w:cs="Arial"/>
                <w:b/>
                <w:bCs/>
                <w:color w:val="FFFFFF"/>
                <w:sz w:val="20"/>
                <w:szCs w:val="20"/>
              </w:rPr>
              <w:t>Focuspunt</w:t>
            </w:r>
          </w:p>
        </w:tc>
        <w:tc>
          <w:tcPr>
            <w:tcW w:w="856" w:type="pct"/>
            <w:shd w:val="clear" w:color="auto" w:fill="487B77"/>
            <w:vAlign w:val="center"/>
          </w:tcPr>
          <w:p w14:paraId="4DB467AE" w14:textId="77777777" w:rsidR="008154D8" w:rsidRPr="00F4767A" w:rsidRDefault="008154D8" w:rsidP="008154D8">
            <w:pPr>
              <w:spacing w:line="259" w:lineRule="auto"/>
              <w:rPr>
                <w:rFonts w:ascii="Arial" w:hAnsi="Arial" w:cs="Arial"/>
                <w:b/>
                <w:bCs/>
                <w:color w:val="FFFFFF"/>
                <w:sz w:val="20"/>
                <w:szCs w:val="20"/>
              </w:rPr>
            </w:pPr>
            <w:r w:rsidRPr="00F4767A">
              <w:rPr>
                <w:rFonts w:ascii="Arial" w:hAnsi="Arial" w:cs="Arial"/>
                <w:b/>
                <w:bCs/>
                <w:color w:val="FFFFFF"/>
                <w:sz w:val="20"/>
                <w:szCs w:val="20"/>
              </w:rPr>
              <w:t>Montessori-invulling</w:t>
            </w:r>
          </w:p>
        </w:tc>
        <w:tc>
          <w:tcPr>
            <w:tcW w:w="969" w:type="pct"/>
            <w:shd w:val="clear" w:color="auto" w:fill="487B77"/>
            <w:vAlign w:val="center"/>
          </w:tcPr>
          <w:p w14:paraId="1CFA695C" w14:textId="77777777" w:rsidR="008154D8" w:rsidRPr="00F4767A" w:rsidRDefault="008154D8" w:rsidP="008154D8">
            <w:pPr>
              <w:spacing w:line="259" w:lineRule="auto"/>
              <w:rPr>
                <w:rFonts w:ascii="Arial" w:hAnsi="Arial" w:cs="Arial"/>
                <w:b/>
                <w:bCs/>
                <w:color w:val="FFFFFF"/>
                <w:sz w:val="20"/>
                <w:szCs w:val="20"/>
              </w:rPr>
            </w:pPr>
            <w:r w:rsidRPr="00F4767A">
              <w:rPr>
                <w:rFonts w:ascii="Arial" w:hAnsi="Arial" w:cs="Arial"/>
                <w:b/>
                <w:bCs/>
                <w:color w:val="FFFFFF"/>
                <w:sz w:val="20"/>
                <w:szCs w:val="20"/>
              </w:rPr>
              <w:t>Conceptkerndoelen</w:t>
            </w:r>
          </w:p>
        </w:tc>
        <w:tc>
          <w:tcPr>
            <w:tcW w:w="1757" w:type="pct"/>
            <w:shd w:val="clear" w:color="auto" w:fill="487B77"/>
            <w:vAlign w:val="center"/>
          </w:tcPr>
          <w:p w14:paraId="4DA8BE85" w14:textId="77777777" w:rsidR="008154D8" w:rsidRPr="00F4767A" w:rsidRDefault="008154D8" w:rsidP="008154D8">
            <w:pPr>
              <w:spacing w:line="259" w:lineRule="auto"/>
              <w:rPr>
                <w:rFonts w:ascii="Arial" w:hAnsi="Arial" w:cs="Arial"/>
                <w:b/>
                <w:bCs/>
                <w:color w:val="FFFFFF"/>
                <w:sz w:val="20"/>
                <w:szCs w:val="20"/>
              </w:rPr>
            </w:pPr>
            <w:r w:rsidRPr="00F4767A">
              <w:rPr>
                <w:rFonts w:ascii="Arial" w:hAnsi="Arial" w:cs="Arial"/>
                <w:b/>
                <w:bCs/>
                <w:color w:val="FFFFFF"/>
                <w:sz w:val="20"/>
                <w:szCs w:val="20"/>
              </w:rPr>
              <w:t>Wet</w:t>
            </w:r>
          </w:p>
        </w:tc>
        <w:tc>
          <w:tcPr>
            <w:tcW w:w="912" w:type="pct"/>
            <w:shd w:val="clear" w:color="auto" w:fill="487B77"/>
            <w:vAlign w:val="center"/>
          </w:tcPr>
          <w:p w14:paraId="5DA1D4D3" w14:textId="77777777" w:rsidR="008154D8" w:rsidRPr="00F4767A" w:rsidRDefault="008154D8" w:rsidP="008154D8">
            <w:pPr>
              <w:spacing w:line="259" w:lineRule="auto"/>
              <w:rPr>
                <w:rFonts w:ascii="Arial" w:hAnsi="Arial" w:cs="Arial"/>
                <w:b/>
                <w:bCs/>
                <w:color w:val="FFFFFF"/>
                <w:sz w:val="20"/>
                <w:szCs w:val="20"/>
              </w:rPr>
            </w:pPr>
            <w:r w:rsidRPr="00F4767A">
              <w:rPr>
                <w:rFonts w:ascii="Arial" w:hAnsi="Arial" w:cs="Arial"/>
                <w:b/>
                <w:bCs/>
                <w:color w:val="FFFFFF"/>
                <w:sz w:val="20"/>
                <w:szCs w:val="20"/>
              </w:rPr>
              <w:t>Populatie</w:t>
            </w:r>
          </w:p>
        </w:tc>
      </w:tr>
      <w:tr w:rsidR="008154D8" w:rsidRPr="00F4767A" w14:paraId="488EA506" w14:textId="77777777" w:rsidTr="009F1C67">
        <w:trPr>
          <w:trHeight w:val="3684"/>
        </w:trPr>
        <w:tc>
          <w:tcPr>
            <w:tcW w:w="506" w:type="pct"/>
            <w:shd w:val="clear" w:color="auto" w:fill="DFECEB"/>
          </w:tcPr>
          <w:p w14:paraId="3D65C28D" w14:textId="77777777" w:rsidR="008154D8" w:rsidRPr="00F4767A" w:rsidRDefault="008154D8" w:rsidP="008154D8">
            <w:pPr>
              <w:spacing w:line="259" w:lineRule="auto"/>
              <w:rPr>
                <w:rFonts w:ascii="Arial" w:hAnsi="Arial" w:cs="Arial"/>
                <w:b/>
                <w:bCs/>
                <w:sz w:val="20"/>
                <w:szCs w:val="20"/>
              </w:rPr>
            </w:pPr>
            <w:r w:rsidRPr="00F4767A">
              <w:rPr>
                <w:rFonts w:ascii="Arial" w:hAnsi="Arial" w:cs="Arial"/>
                <w:b/>
                <w:bCs/>
                <w:sz w:val="20"/>
                <w:szCs w:val="20"/>
              </w:rPr>
              <w:t>Verbinding</w:t>
            </w:r>
          </w:p>
        </w:tc>
        <w:tc>
          <w:tcPr>
            <w:tcW w:w="856" w:type="pct"/>
            <w:shd w:val="clear" w:color="auto" w:fill="DFECEB"/>
          </w:tcPr>
          <w:p w14:paraId="03E5646E" w14:textId="77777777" w:rsidR="008154D8" w:rsidRPr="00F4767A" w:rsidRDefault="008154D8" w:rsidP="008154D8">
            <w:pPr>
              <w:spacing w:line="259" w:lineRule="auto"/>
              <w:rPr>
                <w:rFonts w:ascii="Arial" w:hAnsi="Arial" w:cs="Arial"/>
                <w:sz w:val="20"/>
                <w:szCs w:val="20"/>
              </w:rPr>
            </w:pPr>
            <w:r w:rsidRPr="00F4767A">
              <w:rPr>
                <w:rFonts w:ascii="Arial" w:hAnsi="Arial" w:cs="Arial"/>
                <w:sz w:val="20"/>
                <w:szCs w:val="20"/>
              </w:rPr>
              <w:t>Verbinding is het vermogen om met anderen in respectvolle relatie te staan, gekenmerkt door behulpzaamheid, het innemen van andermans perspectief, en het streven naar vreedzame en harmonieuze relaties tussen individuen, groepen en culturen, waarbij attituden voortkomen uit kennis, vaardigheden en sociale ervaringen.</w:t>
            </w:r>
          </w:p>
        </w:tc>
        <w:tc>
          <w:tcPr>
            <w:tcW w:w="969" w:type="pct"/>
            <w:shd w:val="clear" w:color="auto" w:fill="DFECEB"/>
          </w:tcPr>
          <w:p w14:paraId="124A9533" w14:textId="77777777" w:rsidR="008154D8" w:rsidRPr="00F4767A" w:rsidRDefault="008154D8" w:rsidP="008154D8">
            <w:pPr>
              <w:spacing w:line="259" w:lineRule="auto"/>
              <w:rPr>
                <w:rFonts w:ascii="Arial" w:hAnsi="Arial" w:cs="Arial"/>
                <w:sz w:val="20"/>
                <w:szCs w:val="20"/>
              </w:rPr>
            </w:pPr>
            <w:r w:rsidRPr="00F4767A">
              <w:rPr>
                <w:rFonts w:ascii="Arial" w:hAnsi="Arial" w:cs="Arial"/>
                <w:sz w:val="20"/>
                <w:szCs w:val="20"/>
              </w:rPr>
              <w:t xml:space="preserve">De school stimuleert </w:t>
            </w:r>
            <w:r w:rsidRPr="00F4767A">
              <w:rPr>
                <w:rFonts w:ascii="Arial" w:hAnsi="Arial" w:cs="Arial"/>
                <w:b/>
                <w:bCs/>
                <w:sz w:val="20"/>
                <w:szCs w:val="20"/>
              </w:rPr>
              <w:t>sociale en maatschappelijke competenties</w:t>
            </w:r>
            <w:r w:rsidRPr="00F4767A">
              <w:rPr>
                <w:rFonts w:ascii="Arial" w:hAnsi="Arial" w:cs="Arial"/>
                <w:sz w:val="20"/>
                <w:szCs w:val="20"/>
              </w:rPr>
              <w:t xml:space="preserve"> van leerlingen.</w:t>
            </w:r>
          </w:p>
          <w:p w14:paraId="524A72B5" w14:textId="77777777" w:rsidR="008154D8" w:rsidRPr="00F4767A" w:rsidRDefault="008154D8" w:rsidP="008154D8">
            <w:pPr>
              <w:spacing w:line="259" w:lineRule="auto"/>
              <w:rPr>
                <w:rFonts w:ascii="Arial" w:hAnsi="Arial" w:cs="Arial"/>
                <w:sz w:val="20"/>
                <w:szCs w:val="20"/>
              </w:rPr>
            </w:pPr>
          </w:p>
          <w:p w14:paraId="0D1F77E7" w14:textId="77777777" w:rsidR="008154D8" w:rsidRPr="00F4767A" w:rsidRDefault="008154D8" w:rsidP="008154D8">
            <w:pPr>
              <w:spacing w:line="259" w:lineRule="auto"/>
              <w:rPr>
                <w:rFonts w:ascii="Arial" w:hAnsi="Arial" w:cs="Arial"/>
                <w:sz w:val="20"/>
                <w:szCs w:val="20"/>
              </w:rPr>
            </w:pPr>
            <w:r w:rsidRPr="00F4767A">
              <w:rPr>
                <w:rFonts w:ascii="Arial" w:hAnsi="Arial" w:cs="Arial"/>
                <w:sz w:val="20"/>
                <w:szCs w:val="20"/>
              </w:rPr>
              <w:t xml:space="preserve">De leerling redeneert over/toont inzicht in het belang van </w:t>
            </w:r>
            <w:r w:rsidRPr="00F4767A">
              <w:rPr>
                <w:rFonts w:ascii="Arial" w:hAnsi="Arial" w:cs="Arial"/>
                <w:b/>
                <w:sz w:val="20"/>
                <w:szCs w:val="20"/>
              </w:rPr>
              <w:t>basiswaarden</w:t>
            </w:r>
            <w:r w:rsidRPr="00F4767A">
              <w:rPr>
                <w:rFonts w:ascii="Arial" w:hAnsi="Arial" w:cs="Arial"/>
                <w:sz w:val="20"/>
                <w:szCs w:val="20"/>
              </w:rPr>
              <w:t xml:space="preserve"> van de democratische rechtsstaat.</w:t>
            </w:r>
          </w:p>
          <w:p w14:paraId="0B478CD9" w14:textId="77777777" w:rsidR="008154D8" w:rsidRPr="00F4767A" w:rsidRDefault="008154D8" w:rsidP="008154D8">
            <w:pPr>
              <w:spacing w:line="259" w:lineRule="auto"/>
              <w:rPr>
                <w:rFonts w:ascii="Arial" w:hAnsi="Arial" w:cs="Arial"/>
                <w:sz w:val="20"/>
                <w:szCs w:val="20"/>
              </w:rPr>
            </w:pPr>
          </w:p>
          <w:p w14:paraId="52F30F96" w14:textId="77777777" w:rsidR="008154D8" w:rsidRPr="00F4767A" w:rsidRDefault="008154D8" w:rsidP="008154D8">
            <w:pPr>
              <w:spacing w:line="259" w:lineRule="auto"/>
              <w:rPr>
                <w:rFonts w:ascii="Arial" w:hAnsi="Arial" w:cs="Arial"/>
                <w:sz w:val="20"/>
                <w:szCs w:val="20"/>
              </w:rPr>
            </w:pPr>
            <w:r w:rsidRPr="00F4767A">
              <w:rPr>
                <w:rFonts w:ascii="Arial" w:hAnsi="Arial" w:cs="Arial"/>
                <w:sz w:val="20"/>
                <w:szCs w:val="20"/>
              </w:rPr>
              <w:t xml:space="preserve">De leerling verkent (en reflecteert op) hoe die kan omgaan met </w:t>
            </w:r>
            <w:r w:rsidRPr="00F4767A">
              <w:rPr>
                <w:rFonts w:ascii="Arial" w:hAnsi="Arial" w:cs="Arial"/>
                <w:b/>
                <w:bCs/>
                <w:sz w:val="20"/>
                <w:szCs w:val="20"/>
              </w:rPr>
              <w:t>diversiteit</w:t>
            </w:r>
            <w:r w:rsidRPr="00F4767A">
              <w:rPr>
                <w:rFonts w:ascii="Arial" w:hAnsi="Arial" w:cs="Arial"/>
                <w:sz w:val="20"/>
                <w:szCs w:val="20"/>
              </w:rPr>
              <w:t xml:space="preserve"> in de samenleving.</w:t>
            </w:r>
          </w:p>
        </w:tc>
        <w:tc>
          <w:tcPr>
            <w:tcW w:w="1757" w:type="pct"/>
            <w:shd w:val="clear" w:color="auto" w:fill="DFECEB"/>
          </w:tcPr>
          <w:p w14:paraId="51A9D485" w14:textId="77777777" w:rsidR="008154D8" w:rsidRPr="00F4767A" w:rsidRDefault="008154D8" w:rsidP="008154D8">
            <w:pPr>
              <w:spacing w:line="259" w:lineRule="auto"/>
              <w:rPr>
                <w:rFonts w:ascii="Arial" w:hAnsi="Arial" w:cs="Arial"/>
                <w:sz w:val="20"/>
                <w:szCs w:val="20"/>
              </w:rPr>
            </w:pPr>
            <w:r w:rsidRPr="00F4767A">
              <w:rPr>
                <w:rFonts w:ascii="Arial" w:hAnsi="Arial" w:cs="Arial"/>
                <w:sz w:val="20"/>
                <w:szCs w:val="20"/>
              </w:rPr>
              <w:t xml:space="preserve">Het onderwijs bevordert </w:t>
            </w:r>
            <w:r w:rsidRPr="00F4767A">
              <w:rPr>
                <w:rFonts w:ascii="Arial" w:hAnsi="Arial" w:cs="Arial"/>
                <w:b/>
                <w:sz w:val="20"/>
                <w:szCs w:val="20"/>
              </w:rPr>
              <w:t>sociale cohesie</w:t>
            </w:r>
            <w:r w:rsidRPr="00F4767A">
              <w:rPr>
                <w:rFonts w:ascii="Arial" w:hAnsi="Arial" w:cs="Arial"/>
                <w:sz w:val="20"/>
                <w:szCs w:val="20"/>
              </w:rPr>
              <w:t xml:space="preserve"> … op doelgerichte en samenhangende wijze</w:t>
            </w:r>
          </w:p>
          <w:p w14:paraId="7B4AC2C9" w14:textId="77777777" w:rsidR="008154D8" w:rsidRPr="00F4767A" w:rsidRDefault="008154D8" w:rsidP="008154D8">
            <w:pPr>
              <w:spacing w:line="259" w:lineRule="auto"/>
              <w:rPr>
                <w:rFonts w:ascii="Arial" w:hAnsi="Arial" w:cs="Arial"/>
                <w:sz w:val="20"/>
                <w:szCs w:val="20"/>
              </w:rPr>
            </w:pPr>
          </w:p>
          <w:p w14:paraId="7E1F9C5E" w14:textId="77777777" w:rsidR="008154D8" w:rsidRPr="00F4767A" w:rsidRDefault="008154D8" w:rsidP="008154D8">
            <w:pPr>
              <w:spacing w:line="259" w:lineRule="auto"/>
              <w:rPr>
                <w:rFonts w:ascii="Arial" w:hAnsi="Arial" w:cs="Arial"/>
                <w:sz w:val="20"/>
                <w:szCs w:val="20"/>
              </w:rPr>
            </w:pPr>
            <w:r w:rsidRPr="00F4767A">
              <w:rPr>
                <w:rFonts w:ascii="Arial" w:hAnsi="Arial" w:cs="Arial"/>
                <w:sz w:val="20"/>
                <w:szCs w:val="20"/>
              </w:rPr>
              <w:t xml:space="preserve">… en het handelen naar deze </w:t>
            </w:r>
            <w:r w:rsidRPr="00F4767A">
              <w:rPr>
                <w:rFonts w:ascii="Arial" w:hAnsi="Arial" w:cs="Arial"/>
                <w:b/>
                <w:sz w:val="20"/>
                <w:szCs w:val="20"/>
              </w:rPr>
              <w:t>basiswaarden</w:t>
            </w:r>
            <w:r w:rsidRPr="00F4767A">
              <w:rPr>
                <w:rFonts w:ascii="Arial" w:hAnsi="Arial" w:cs="Arial"/>
                <w:sz w:val="20"/>
                <w:szCs w:val="20"/>
              </w:rPr>
              <w:t xml:space="preserve"> op school.</w:t>
            </w:r>
          </w:p>
          <w:p w14:paraId="1DBEAC06" w14:textId="77777777" w:rsidR="008154D8" w:rsidRPr="00F4767A" w:rsidRDefault="008154D8" w:rsidP="008154D8">
            <w:pPr>
              <w:spacing w:line="259" w:lineRule="auto"/>
              <w:rPr>
                <w:rFonts w:ascii="Arial" w:hAnsi="Arial" w:cs="Arial"/>
                <w:sz w:val="20"/>
                <w:szCs w:val="20"/>
              </w:rPr>
            </w:pPr>
          </w:p>
          <w:p w14:paraId="36DA2EFB" w14:textId="77777777" w:rsidR="008154D8" w:rsidRPr="00F4767A" w:rsidRDefault="008154D8" w:rsidP="008154D8">
            <w:pPr>
              <w:spacing w:line="259" w:lineRule="auto"/>
              <w:rPr>
                <w:rFonts w:ascii="Arial" w:hAnsi="Arial" w:cs="Arial"/>
                <w:sz w:val="20"/>
                <w:szCs w:val="20"/>
              </w:rPr>
            </w:pPr>
            <w:r w:rsidRPr="00F4767A">
              <w:rPr>
                <w:rFonts w:ascii="Arial" w:hAnsi="Arial" w:cs="Arial"/>
                <w:sz w:val="20"/>
                <w:szCs w:val="20"/>
              </w:rPr>
              <w:t xml:space="preserve">Het bijbrengen van kennis over en respect voor </w:t>
            </w:r>
            <w:r w:rsidRPr="00F4767A">
              <w:rPr>
                <w:rFonts w:ascii="Arial" w:hAnsi="Arial" w:cs="Arial"/>
                <w:b/>
                <w:sz w:val="20"/>
                <w:szCs w:val="20"/>
              </w:rPr>
              <w:t>verschillen</w:t>
            </w:r>
            <w:r w:rsidRPr="00F4767A">
              <w:rPr>
                <w:rFonts w:ascii="Arial" w:hAnsi="Arial" w:cs="Arial"/>
                <w:sz w:val="20"/>
                <w:szCs w:val="20"/>
              </w:rPr>
              <w:t xml:space="preserve"> in godsdienst, levensovertuiging, politieke gezindheid, afkomst, geslacht, handicap of seksuele gerichtheid </w:t>
            </w:r>
            <w:proofErr w:type="gramStart"/>
            <w:r w:rsidRPr="00F4767A">
              <w:rPr>
                <w:rFonts w:ascii="Arial" w:hAnsi="Arial" w:cs="Arial"/>
                <w:sz w:val="20"/>
                <w:szCs w:val="20"/>
              </w:rPr>
              <w:t>alsmede</w:t>
            </w:r>
            <w:proofErr w:type="gramEnd"/>
            <w:r w:rsidRPr="00F4767A">
              <w:rPr>
                <w:rFonts w:ascii="Arial" w:hAnsi="Arial" w:cs="Arial"/>
                <w:sz w:val="20"/>
                <w:szCs w:val="20"/>
              </w:rPr>
              <w:t xml:space="preserve"> de waarde dat gelijke gevallen </w:t>
            </w:r>
            <w:r w:rsidRPr="00F4767A">
              <w:rPr>
                <w:rFonts w:ascii="Arial" w:hAnsi="Arial" w:cs="Arial"/>
                <w:b/>
                <w:sz w:val="20"/>
                <w:szCs w:val="20"/>
              </w:rPr>
              <w:t>gelijk behandeld</w:t>
            </w:r>
            <w:r w:rsidRPr="00F4767A">
              <w:rPr>
                <w:rFonts w:ascii="Arial" w:hAnsi="Arial" w:cs="Arial"/>
                <w:sz w:val="20"/>
                <w:szCs w:val="20"/>
              </w:rPr>
              <w:t xml:space="preserve"> worden.</w:t>
            </w:r>
          </w:p>
          <w:p w14:paraId="6B4933FD" w14:textId="77777777" w:rsidR="008154D8" w:rsidRPr="00F4767A" w:rsidRDefault="008154D8" w:rsidP="008154D8">
            <w:pPr>
              <w:spacing w:line="259" w:lineRule="auto"/>
              <w:rPr>
                <w:rFonts w:ascii="Arial" w:hAnsi="Arial" w:cs="Arial"/>
                <w:sz w:val="20"/>
                <w:szCs w:val="20"/>
              </w:rPr>
            </w:pPr>
          </w:p>
          <w:p w14:paraId="725C64D2" w14:textId="77777777" w:rsidR="008154D8" w:rsidRPr="00F4767A" w:rsidRDefault="008154D8" w:rsidP="008154D8">
            <w:pPr>
              <w:spacing w:line="259" w:lineRule="auto"/>
              <w:rPr>
                <w:rFonts w:ascii="Arial" w:hAnsi="Arial" w:cs="Arial"/>
                <w:sz w:val="20"/>
                <w:szCs w:val="20"/>
              </w:rPr>
            </w:pPr>
            <w:r w:rsidRPr="00F4767A">
              <w:rPr>
                <w:rFonts w:ascii="Arial" w:hAnsi="Arial" w:cs="Arial"/>
                <w:sz w:val="20"/>
                <w:szCs w:val="20"/>
              </w:rPr>
              <w:t xml:space="preserve">Het bevoegd gezag draagt zorg voor een schoolcultuur die in overeenstemming is met de </w:t>
            </w:r>
            <w:r w:rsidRPr="00F4767A">
              <w:rPr>
                <w:rFonts w:ascii="Arial" w:hAnsi="Arial" w:cs="Arial"/>
                <w:b/>
                <w:sz w:val="20"/>
                <w:szCs w:val="20"/>
              </w:rPr>
              <w:t>waarden</w:t>
            </w:r>
            <w:r w:rsidRPr="00F4767A">
              <w:rPr>
                <w:rFonts w:ascii="Arial" w:hAnsi="Arial" w:cs="Arial"/>
                <w:sz w:val="20"/>
                <w:szCs w:val="20"/>
              </w:rPr>
              <w:t xml:space="preserve">, … creëert een omgeving waarin leerlingen worden gestimuleerd actief te oefenen met de omgang met en het handelen naar deze waarden en draagt voorts zorg voor een omgeving waarin leerlingen en personeel zich </w:t>
            </w:r>
            <w:r w:rsidRPr="00F4767A">
              <w:rPr>
                <w:rFonts w:ascii="Arial" w:hAnsi="Arial" w:cs="Arial"/>
                <w:b/>
                <w:sz w:val="20"/>
                <w:szCs w:val="20"/>
              </w:rPr>
              <w:t>veilig en geaccepteerd</w:t>
            </w:r>
            <w:r w:rsidRPr="00F4767A">
              <w:rPr>
                <w:rFonts w:ascii="Arial" w:hAnsi="Arial" w:cs="Arial"/>
                <w:sz w:val="20"/>
                <w:szCs w:val="20"/>
              </w:rPr>
              <w:t xml:space="preserve"> weten, ongeacht de … genoemde verschillen.</w:t>
            </w:r>
          </w:p>
        </w:tc>
        <w:tc>
          <w:tcPr>
            <w:tcW w:w="912" w:type="pct"/>
            <w:shd w:val="clear" w:color="auto" w:fill="DFECEB"/>
          </w:tcPr>
          <w:p w14:paraId="5D94CC7D" w14:textId="77777777" w:rsidR="008154D8" w:rsidRPr="00F4767A" w:rsidRDefault="008154D8" w:rsidP="008154D8">
            <w:pPr>
              <w:spacing w:line="259" w:lineRule="auto"/>
              <w:rPr>
                <w:rFonts w:ascii="Arial" w:hAnsi="Arial" w:cs="Arial"/>
                <w:sz w:val="20"/>
                <w:szCs w:val="20"/>
              </w:rPr>
            </w:pPr>
            <w:r w:rsidRPr="00F4767A">
              <w:rPr>
                <w:rFonts w:ascii="Arial" w:hAnsi="Arial" w:cs="Arial"/>
                <w:sz w:val="20"/>
                <w:szCs w:val="20"/>
              </w:rPr>
              <w:t xml:space="preserve">Met wie komen leerlingen al in verbinding? </w:t>
            </w:r>
          </w:p>
          <w:p w14:paraId="3075CF85" w14:textId="77777777" w:rsidR="008154D8" w:rsidRPr="00F4767A" w:rsidRDefault="008154D8" w:rsidP="008154D8">
            <w:pPr>
              <w:spacing w:line="259" w:lineRule="auto"/>
              <w:rPr>
                <w:rFonts w:ascii="Arial" w:hAnsi="Arial" w:cs="Arial"/>
                <w:sz w:val="20"/>
                <w:szCs w:val="20"/>
              </w:rPr>
            </w:pPr>
          </w:p>
          <w:p w14:paraId="32A701AD" w14:textId="77777777" w:rsidR="008154D8" w:rsidRPr="00F4767A" w:rsidRDefault="008154D8" w:rsidP="008154D8">
            <w:pPr>
              <w:spacing w:line="259" w:lineRule="auto"/>
              <w:rPr>
                <w:rFonts w:ascii="Arial" w:hAnsi="Arial" w:cs="Arial"/>
                <w:sz w:val="20"/>
                <w:szCs w:val="20"/>
              </w:rPr>
            </w:pPr>
            <w:r w:rsidRPr="00F4767A">
              <w:rPr>
                <w:rFonts w:ascii="Arial" w:hAnsi="Arial" w:cs="Arial"/>
                <w:sz w:val="20"/>
                <w:szCs w:val="20"/>
              </w:rPr>
              <w:t>Met wie wil de school verbinding bevorderen?</w:t>
            </w:r>
          </w:p>
          <w:p w14:paraId="4BF813F4" w14:textId="77777777" w:rsidR="008154D8" w:rsidRPr="00F4767A" w:rsidRDefault="008154D8" w:rsidP="008154D8">
            <w:pPr>
              <w:spacing w:line="259" w:lineRule="auto"/>
              <w:rPr>
                <w:rFonts w:ascii="Arial" w:hAnsi="Arial" w:cs="Arial"/>
                <w:b/>
                <w:sz w:val="20"/>
                <w:szCs w:val="20"/>
              </w:rPr>
            </w:pPr>
          </w:p>
          <w:p w14:paraId="072243C6" w14:textId="77777777" w:rsidR="008154D8" w:rsidRPr="00F4767A" w:rsidRDefault="008154D8" w:rsidP="008154D8">
            <w:pPr>
              <w:spacing w:line="259" w:lineRule="auto"/>
              <w:rPr>
                <w:rFonts w:ascii="Arial" w:hAnsi="Arial" w:cs="Arial"/>
                <w:sz w:val="20"/>
                <w:szCs w:val="20"/>
              </w:rPr>
            </w:pPr>
            <w:r w:rsidRPr="00F4767A">
              <w:rPr>
                <w:rFonts w:ascii="Arial" w:hAnsi="Arial" w:cs="Arial"/>
                <w:bCs/>
                <w:sz w:val="20"/>
                <w:szCs w:val="20"/>
              </w:rPr>
              <w:t>Wat maakt het uitdagend om bij onze leerlingen verbinding te bevorderen?</w:t>
            </w:r>
          </w:p>
        </w:tc>
      </w:tr>
      <w:tr w:rsidR="008154D8" w:rsidRPr="00F4767A" w14:paraId="5E91ED7C" w14:textId="77777777" w:rsidTr="009F1C67">
        <w:trPr>
          <w:trHeight w:val="300"/>
        </w:trPr>
        <w:tc>
          <w:tcPr>
            <w:tcW w:w="506" w:type="pct"/>
            <w:shd w:val="clear" w:color="auto" w:fill="C0DAD8"/>
          </w:tcPr>
          <w:p w14:paraId="235DA375" w14:textId="77777777" w:rsidR="008154D8" w:rsidRPr="00F4767A" w:rsidRDefault="008154D8" w:rsidP="008154D8">
            <w:pPr>
              <w:spacing w:line="259" w:lineRule="auto"/>
              <w:rPr>
                <w:rFonts w:ascii="Arial" w:hAnsi="Arial" w:cs="Arial"/>
                <w:b/>
                <w:bCs/>
                <w:sz w:val="20"/>
                <w:szCs w:val="20"/>
              </w:rPr>
            </w:pPr>
            <w:r w:rsidRPr="00F4767A">
              <w:rPr>
                <w:rFonts w:ascii="Arial" w:hAnsi="Arial" w:cs="Arial"/>
                <w:b/>
                <w:bCs/>
                <w:sz w:val="20"/>
                <w:szCs w:val="20"/>
              </w:rPr>
              <w:t>Zelfstandig denken</w:t>
            </w:r>
          </w:p>
        </w:tc>
        <w:tc>
          <w:tcPr>
            <w:tcW w:w="856" w:type="pct"/>
            <w:shd w:val="clear" w:color="auto" w:fill="C0DAD8"/>
          </w:tcPr>
          <w:p w14:paraId="5A5495E5" w14:textId="77777777" w:rsidR="008154D8" w:rsidRPr="00F4767A" w:rsidRDefault="008154D8" w:rsidP="008154D8">
            <w:pPr>
              <w:spacing w:line="259" w:lineRule="auto"/>
              <w:rPr>
                <w:rFonts w:ascii="Arial" w:hAnsi="Arial" w:cs="Arial"/>
                <w:sz w:val="20"/>
                <w:szCs w:val="20"/>
              </w:rPr>
            </w:pPr>
            <w:r w:rsidRPr="00F4767A">
              <w:rPr>
                <w:rFonts w:ascii="Arial" w:hAnsi="Arial" w:cs="Arial"/>
                <w:sz w:val="20"/>
                <w:szCs w:val="20"/>
              </w:rPr>
              <w:t xml:space="preserve">Zelfstandig denken is het vermogen van kinderen om op basis van kennis eigen afwegingen en keuzes te maken, waarbij zij moreel verantwoord en kritisch leren te handelen, leren omgaan met vrijheid en waardering voor kennis ontwikkelen. Het vraagt om een balans tussen het doelgericht toerusten en het </w:t>
            </w:r>
            <w:proofErr w:type="gramStart"/>
            <w:r w:rsidRPr="00F4767A">
              <w:rPr>
                <w:rFonts w:ascii="Arial" w:hAnsi="Arial" w:cs="Arial"/>
                <w:sz w:val="20"/>
                <w:szCs w:val="20"/>
              </w:rPr>
              <w:t>bieden  van</w:t>
            </w:r>
            <w:proofErr w:type="gramEnd"/>
            <w:r w:rsidRPr="00F4767A">
              <w:rPr>
                <w:rFonts w:ascii="Arial" w:hAnsi="Arial" w:cs="Arial"/>
                <w:sz w:val="20"/>
                <w:szCs w:val="20"/>
              </w:rPr>
              <w:t xml:space="preserve"> ruimte, zodat het kind leert een eigen stem te hebben.</w:t>
            </w:r>
          </w:p>
        </w:tc>
        <w:tc>
          <w:tcPr>
            <w:tcW w:w="969" w:type="pct"/>
            <w:shd w:val="clear" w:color="auto" w:fill="C0DAD8"/>
          </w:tcPr>
          <w:p w14:paraId="7A075C96" w14:textId="77777777" w:rsidR="008154D8" w:rsidRPr="00F4767A" w:rsidRDefault="008154D8" w:rsidP="008154D8">
            <w:pPr>
              <w:spacing w:line="259" w:lineRule="auto"/>
              <w:rPr>
                <w:rFonts w:ascii="Arial" w:hAnsi="Arial" w:cs="Arial"/>
                <w:sz w:val="20"/>
                <w:szCs w:val="20"/>
              </w:rPr>
            </w:pPr>
            <w:r w:rsidRPr="00F4767A">
              <w:rPr>
                <w:rFonts w:ascii="Arial" w:hAnsi="Arial" w:cs="Arial"/>
                <w:sz w:val="20"/>
                <w:szCs w:val="20"/>
              </w:rPr>
              <w:t xml:space="preserve">De school stimuleert </w:t>
            </w:r>
            <w:r w:rsidRPr="00F4767A">
              <w:rPr>
                <w:rFonts w:ascii="Arial" w:hAnsi="Arial" w:cs="Arial"/>
                <w:b/>
                <w:bCs/>
                <w:sz w:val="20"/>
                <w:szCs w:val="20"/>
              </w:rPr>
              <w:t>sociale en maatschappelijke competenties</w:t>
            </w:r>
            <w:r w:rsidRPr="00F4767A">
              <w:rPr>
                <w:rFonts w:ascii="Arial" w:hAnsi="Arial" w:cs="Arial"/>
                <w:sz w:val="20"/>
                <w:szCs w:val="20"/>
              </w:rPr>
              <w:t xml:space="preserve"> van leerlingen.</w:t>
            </w:r>
          </w:p>
          <w:p w14:paraId="0777E400" w14:textId="77777777" w:rsidR="008154D8" w:rsidRPr="00F4767A" w:rsidRDefault="008154D8" w:rsidP="008154D8">
            <w:pPr>
              <w:spacing w:line="259" w:lineRule="auto"/>
              <w:rPr>
                <w:rFonts w:ascii="Arial" w:hAnsi="Arial" w:cs="Arial"/>
                <w:sz w:val="20"/>
                <w:szCs w:val="20"/>
              </w:rPr>
            </w:pPr>
          </w:p>
          <w:p w14:paraId="1D729112" w14:textId="77777777" w:rsidR="008154D8" w:rsidRPr="00F4767A" w:rsidRDefault="008154D8" w:rsidP="008154D8">
            <w:pPr>
              <w:spacing w:line="259" w:lineRule="auto"/>
              <w:rPr>
                <w:rFonts w:ascii="Arial" w:hAnsi="Arial" w:cs="Arial"/>
                <w:sz w:val="20"/>
                <w:szCs w:val="20"/>
              </w:rPr>
            </w:pPr>
            <w:r w:rsidRPr="00F4767A">
              <w:rPr>
                <w:rFonts w:ascii="Arial" w:hAnsi="Arial" w:cs="Arial"/>
                <w:sz w:val="20"/>
                <w:szCs w:val="20"/>
              </w:rPr>
              <w:t xml:space="preserve">De leerling redeneert over/toont inzicht in het belang van </w:t>
            </w:r>
            <w:r w:rsidRPr="00F4767A">
              <w:rPr>
                <w:rFonts w:ascii="Arial" w:hAnsi="Arial" w:cs="Arial"/>
                <w:b/>
                <w:bCs/>
                <w:sz w:val="20"/>
                <w:szCs w:val="20"/>
              </w:rPr>
              <w:t>basiswaarden</w:t>
            </w:r>
            <w:r w:rsidRPr="00F4767A">
              <w:rPr>
                <w:rFonts w:ascii="Arial" w:hAnsi="Arial" w:cs="Arial"/>
                <w:sz w:val="20"/>
                <w:szCs w:val="20"/>
              </w:rPr>
              <w:t xml:space="preserve"> van de democratische rechtsstaat.</w:t>
            </w:r>
          </w:p>
          <w:p w14:paraId="4F341470" w14:textId="77777777" w:rsidR="008154D8" w:rsidRPr="00F4767A" w:rsidRDefault="008154D8" w:rsidP="008154D8">
            <w:pPr>
              <w:spacing w:line="259" w:lineRule="auto"/>
              <w:rPr>
                <w:rFonts w:ascii="Arial" w:hAnsi="Arial" w:cs="Arial"/>
                <w:sz w:val="20"/>
                <w:szCs w:val="20"/>
              </w:rPr>
            </w:pPr>
          </w:p>
          <w:p w14:paraId="1C00EFAC" w14:textId="77777777" w:rsidR="008154D8" w:rsidRPr="00F4767A" w:rsidRDefault="008154D8" w:rsidP="008154D8">
            <w:pPr>
              <w:spacing w:line="259" w:lineRule="auto"/>
              <w:rPr>
                <w:rFonts w:ascii="Arial" w:hAnsi="Arial" w:cs="Arial"/>
                <w:b/>
                <w:bCs/>
                <w:sz w:val="20"/>
                <w:szCs w:val="20"/>
              </w:rPr>
            </w:pPr>
            <w:r w:rsidRPr="00F4767A">
              <w:rPr>
                <w:rFonts w:ascii="Arial" w:hAnsi="Arial" w:cs="Arial"/>
                <w:sz w:val="20"/>
                <w:szCs w:val="20"/>
              </w:rPr>
              <w:t xml:space="preserve">De leerling verkent (en reflecteert op) mogelijkheden om </w:t>
            </w:r>
            <w:r w:rsidRPr="00F4767A">
              <w:rPr>
                <w:rFonts w:ascii="Arial" w:hAnsi="Arial" w:cs="Arial"/>
                <w:b/>
                <w:bCs/>
                <w:sz w:val="20"/>
                <w:szCs w:val="20"/>
              </w:rPr>
              <w:t>democratisch te handelen.</w:t>
            </w:r>
          </w:p>
          <w:p w14:paraId="6AF74AEF" w14:textId="77777777" w:rsidR="008154D8" w:rsidRPr="00F4767A" w:rsidRDefault="008154D8" w:rsidP="008154D8">
            <w:pPr>
              <w:spacing w:line="259" w:lineRule="auto"/>
              <w:rPr>
                <w:rFonts w:ascii="Arial" w:hAnsi="Arial" w:cs="Arial"/>
                <w:sz w:val="20"/>
                <w:szCs w:val="20"/>
              </w:rPr>
            </w:pPr>
          </w:p>
          <w:p w14:paraId="2C02AE88" w14:textId="77777777" w:rsidR="008154D8" w:rsidRPr="00F4767A" w:rsidRDefault="008154D8" w:rsidP="008154D8">
            <w:pPr>
              <w:spacing w:line="259" w:lineRule="auto"/>
              <w:rPr>
                <w:rFonts w:ascii="Arial" w:hAnsi="Arial" w:cs="Arial"/>
                <w:sz w:val="20"/>
                <w:szCs w:val="20"/>
              </w:rPr>
            </w:pPr>
            <w:r w:rsidRPr="00F4767A">
              <w:rPr>
                <w:rFonts w:ascii="Arial" w:hAnsi="Arial" w:cs="Arial"/>
                <w:sz w:val="20"/>
                <w:szCs w:val="20"/>
              </w:rPr>
              <w:t xml:space="preserve">De leerling verkent (en reflecteert op) mogelijkheden om </w:t>
            </w:r>
            <w:r w:rsidRPr="00F4767A">
              <w:rPr>
                <w:rFonts w:ascii="Arial" w:hAnsi="Arial" w:cs="Arial"/>
                <w:b/>
                <w:bCs/>
                <w:sz w:val="20"/>
                <w:szCs w:val="20"/>
              </w:rPr>
              <w:t>bij te dragen aan de samenleving.</w:t>
            </w:r>
          </w:p>
        </w:tc>
        <w:tc>
          <w:tcPr>
            <w:tcW w:w="1757" w:type="pct"/>
            <w:shd w:val="clear" w:color="auto" w:fill="C0DAD8"/>
          </w:tcPr>
          <w:p w14:paraId="7DEE6D0C" w14:textId="77777777" w:rsidR="008154D8" w:rsidRPr="00F4767A" w:rsidRDefault="008154D8" w:rsidP="008154D8">
            <w:pPr>
              <w:spacing w:line="259" w:lineRule="auto"/>
              <w:rPr>
                <w:rFonts w:ascii="Arial" w:hAnsi="Arial" w:cs="Arial"/>
                <w:sz w:val="20"/>
                <w:szCs w:val="20"/>
              </w:rPr>
            </w:pPr>
            <w:r w:rsidRPr="00F4767A">
              <w:rPr>
                <w:rFonts w:ascii="Arial" w:hAnsi="Arial" w:cs="Arial"/>
                <w:sz w:val="20"/>
                <w:szCs w:val="20"/>
              </w:rPr>
              <w:t xml:space="preserve">Het bijbrengen van respect voor en kennis van de </w:t>
            </w:r>
            <w:r w:rsidRPr="00F4767A">
              <w:rPr>
                <w:rFonts w:ascii="Arial" w:hAnsi="Arial" w:cs="Arial"/>
                <w:b/>
                <w:sz w:val="20"/>
                <w:szCs w:val="20"/>
              </w:rPr>
              <w:t>basiswaarden</w:t>
            </w:r>
            <w:r w:rsidRPr="00F4767A">
              <w:rPr>
                <w:rFonts w:ascii="Arial" w:hAnsi="Arial" w:cs="Arial"/>
                <w:sz w:val="20"/>
                <w:szCs w:val="20"/>
              </w:rPr>
              <w:t xml:space="preserve"> van de democratische rechtsstaat, zoals verankerd in de Grondwet, en de universeel geldende fundamentele </w:t>
            </w:r>
            <w:r w:rsidRPr="00F4767A">
              <w:rPr>
                <w:rFonts w:ascii="Arial" w:hAnsi="Arial" w:cs="Arial"/>
                <w:b/>
                <w:sz w:val="20"/>
                <w:szCs w:val="20"/>
              </w:rPr>
              <w:t>rechten en vrijheden van de mens</w:t>
            </w:r>
            <w:r w:rsidRPr="00F4767A">
              <w:rPr>
                <w:rFonts w:ascii="Arial" w:hAnsi="Arial" w:cs="Arial"/>
                <w:sz w:val="20"/>
                <w:szCs w:val="20"/>
              </w:rPr>
              <w:t>, …</w:t>
            </w:r>
          </w:p>
          <w:p w14:paraId="3EDA56CD" w14:textId="77777777" w:rsidR="008154D8" w:rsidRPr="00F4767A" w:rsidRDefault="008154D8" w:rsidP="008154D8">
            <w:pPr>
              <w:spacing w:line="259" w:lineRule="auto"/>
              <w:rPr>
                <w:rFonts w:ascii="Arial" w:hAnsi="Arial" w:cs="Arial"/>
                <w:sz w:val="20"/>
                <w:szCs w:val="20"/>
              </w:rPr>
            </w:pPr>
          </w:p>
          <w:p w14:paraId="5940D09C" w14:textId="77777777" w:rsidR="008154D8" w:rsidRPr="00F4767A" w:rsidRDefault="008154D8" w:rsidP="008154D8">
            <w:pPr>
              <w:spacing w:line="259" w:lineRule="auto"/>
              <w:rPr>
                <w:rFonts w:ascii="Arial" w:hAnsi="Arial" w:cs="Arial"/>
                <w:sz w:val="20"/>
                <w:szCs w:val="20"/>
              </w:rPr>
            </w:pPr>
            <w:r w:rsidRPr="00F4767A">
              <w:rPr>
                <w:rFonts w:ascii="Arial" w:hAnsi="Arial" w:cs="Arial"/>
                <w:sz w:val="20"/>
                <w:szCs w:val="20"/>
              </w:rPr>
              <w:t xml:space="preserve">Het ontwikkelen van de </w:t>
            </w:r>
            <w:r w:rsidRPr="00F4767A">
              <w:rPr>
                <w:rFonts w:ascii="Arial" w:hAnsi="Arial" w:cs="Arial"/>
                <w:b/>
                <w:sz w:val="20"/>
                <w:szCs w:val="20"/>
              </w:rPr>
              <w:t>sociale en maatschappelijke competenties</w:t>
            </w:r>
            <w:r w:rsidRPr="00F4767A">
              <w:rPr>
                <w:rFonts w:ascii="Arial" w:hAnsi="Arial" w:cs="Arial"/>
                <w:sz w:val="20"/>
                <w:szCs w:val="20"/>
              </w:rPr>
              <w:t xml:space="preserve"> die de leerling in staat stellen deel uit te maken van en bij te dragen aan de pluriforme, democratische Nederlandse samenleving.</w:t>
            </w:r>
          </w:p>
        </w:tc>
        <w:tc>
          <w:tcPr>
            <w:tcW w:w="912" w:type="pct"/>
            <w:shd w:val="clear" w:color="auto" w:fill="C0DAD8"/>
          </w:tcPr>
          <w:p w14:paraId="268FDE38" w14:textId="77777777" w:rsidR="008154D8" w:rsidRPr="00F4767A" w:rsidRDefault="008154D8" w:rsidP="008154D8">
            <w:pPr>
              <w:spacing w:line="259" w:lineRule="auto"/>
              <w:rPr>
                <w:rFonts w:ascii="Arial" w:hAnsi="Arial" w:cs="Arial"/>
                <w:sz w:val="20"/>
                <w:szCs w:val="20"/>
              </w:rPr>
            </w:pPr>
            <w:r w:rsidRPr="00F4767A">
              <w:rPr>
                <w:rFonts w:ascii="Arial" w:hAnsi="Arial" w:cs="Arial"/>
                <w:sz w:val="20"/>
                <w:szCs w:val="20"/>
              </w:rPr>
              <w:t>Welke kennis en taal krijgen leerlingen in hun (thuis)omgeving mee en wat moeten ze op school leren?</w:t>
            </w:r>
          </w:p>
          <w:p w14:paraId="784CD33F" w14:textId="77777777" w:rsidR="008154D8" w:rsidRPr="00F4767A" w:rsidRDefault="008154D8" w:rsidP="008154D8">
            <w:pPr>
              <w:spacing w:line="259" w:lineRule="auto"/>
              <w:rPr>
                <w:rFonts w:ascii="Arial" w:hAnsi="Arial" w:cs="Arial"/>
                <w:sz w:val="20"/>
                <w:szCs w:val="20"/>
              </w:rPr>
            </w:pPr>
          </w:p>
          <w:p w14:paraId="36510DFA" w14:textId="77777777" w:rsidR="008154D8" w:rsidRPr="00F4767A" w:rsidRDefault="008154D8" w:rsidP="008154D8">
            <w:pPr>
              <w:spacing w:line="259" w:lineRule="auto"/>
              <w:rPr>
                <w:rFonts w:ascii="Arial" w:hAnsi="Arial" w:cs="Arial"/>
                <w:sz w:val="20"/>
                <w:szCs w:val="20"/>
              </w:rPr>
            </w:pPr>
            <w:r w:rsidRPr="00F4767A">
              <w:rPr>
                <w:rFonts w:ascii="Arial" w:hAnsi="Arial" w:cs="Arial"/>
                <w:sz w:val="20"/>
                <w:szCs w:val="20"/>
              </w:rPr>
              <w:t>Wat voor vraagstukken spelen in de wereld van de leerlingen?</w:t>
            </w:r>
          </w:p>
        </w:tc>
      </w:tr>
      <w:tr w:rsidR="008154D8" w:rsidRPr="00F4767A" w14:paraId="5A4BFE78" w14:textId="77777777" w:rsidTr="009F1C67">
        <w:trPr>
          <w:trHeight w:val="3209"/>
        </w:trPr>
        <w:tc>
          <w:tcPr>
            <w:tcW w:w="506" w:type="pct"/>
            <w:shd w:val="clear" w:color="auto" w:fill="A0C7C5"/>
          </w:tcPr>
          <w:p w14:paraId="1F509AB2" w14:textId="77777777" w:rsidR="008154D8" w:rsidRPr="00F4767A" w:rsidRDefault="008154D8" w:rsidP="008154D8">
            <w:pPr>
              <w:spacing w:line="259" w:lineRule="auto"/>
              <w:rPr>
                <w:rFonts w:ascii="Arial" w:hAnsi="Arial" w:cs="Arial"/>
                <w:b/>
                <w:bCs/>
                <w:sz w:val="20"/>
                <w:szCs w:val="20"/>
              </w:rPr>
            </w:pPr>
            <w:r w:rsidRPr="00F4767A">
              <w:rPr>
                <w:rFonts w:ascii="Arial" w:hAnsi="Arial" w:cs="Arial"/>
                <w:b/>
                <w:bCs/>
                <w:sz w:val="20"/>
                <w:szCs w:val="20"/>
              </w:rPr>
              <w:t>Maatschappelijk verantwoordelijk-heidsbesef</w:t>
            </w:r>
          </w:p>
        </w:tc>
        <w:tc>
          <w:tcPr>
            <w:tcW w:w="856" w:type="pct"/>
            <w:shd w:val="clear" w:color="auto" w:fill="A0C7C5"/>
          </w:tcPr>
          <w:p w14:paraId="724B60AC" w14:textId="77777777" w:rsidR="008154D8" w:rsidRPr="00F4767A" w:rsidRDefault="008154D8" w:rsidP="008154D8">
            <w:pPr>
              <w:spacing w:line="259" w:lineRule="auto"/>
              <w:rPr>
                <w:rFonts w:ascii="Arial" w:hAnsi="Arial" w:cs="Arial"/>
                <w:sz w:val="20"/>
                <w:szCs w:val="20"/>
              </w:rPr>
            </w:pPr>
            <w:r w:rsidRPr="00F4767A">
              <w:rPr>
                <w:rFonts w:ascii="Arial" w:hAnsi="Arial" w:cs="Arial"/>
                <w:sz w:val="20"/>
                <w:szCs w:val="20"/>
              </w:rPr>
              <w:t xml:space="preserve">Maatschappelijk verantwoordelijkheidsbesef is het bewustzijn van het kind dat het deel uitmaakt van een samenleving, en de ontwikkeling van een innerlijke bereidheid om bij te dragen en zelf vorm te geven aan een vredige, harmonieuze en betere wereld. </w:t>
            </w:r>
          </w:p>
        </w:tc>
        <w:tc>
          <w:tcPr>
            <w:tcW w:w="969" w:type="pct"/>
            <w:shd w:val="clear" w:color="auto" w:fill="A0C7C5"/>
          </w:tcPr>
          <w:p w14:paraId="50C8A7A9" w14:textId="77777777" w:rsidR="008154D8" w:rsidRPr="00F4767A" w:rsidRDefault="008154D8" w:rsidP="008154D8">
            <w:pPr>
              <w:spacing w:line="259" w:lineRule="auto"/>
              <w:rPr>
                <w:rFonts w:ascii="Arial" w:hAnsi="Arial" w:cs="Arial"/>
                <w:sz w:val="20"/>
                <w:szCs w:val="20"/>
              </w:rPr>
            </w:pPr>
            <w:r w:rsidRPr="00F4767A">
              <w:rPr>
                <w:rFonts w:ascii="Arial" w:hAnsi="Arial" w:cs="Arial"/>
                <w:sz w:val="20"/>
                <w:szCs w:val="20"/>
              </w:rPr>
              <w:t xml:space="preserve">De school stimuleert </w:t>
            </w:r>
            <w:r w:rsidRPr="00F4767A">
              <w:rPr>
                <w:rFonts w:ascii="Arial" w:hAnsi="Arial" w:cs="Arial"/>
                <w:b/>
                <w:bCs/>
                <w:sz w:val="20"/>
                <w:szCs w:val="20"/>
              </w:rPr>
              <w:t>sociale en maatschappelijke competenties</w:t>
            </w:r>
            <w:r w:rsidRPr="00F4767A">
              <w:rPr>
                <w:rFonts w:ascii="Arial" w:hAnsi="Arial" w:cs="Arial"/>
                <w:sz w:val="20"/>
                <w:szCs w:val="20"/>
              </w:rPr>
              <w:t xml:space="preserve"> van leerlingen.</w:t>
            </w:r>
          </w:p>
          <w:p w14:paraId="3CD4DDEE" w14:textId="77777777" w:rsidR="008154D8" w:rsidRPr="00F4767A" w:rsidRDefault="008154D8" w:rsidP="008154D8">
            <w:pPr>
              <w:spacing w:line="259" w:lineRule="auto"/>
              <w:rPr>
                <w:rFonts w:ascii="Arial" w:hAnsi="Arial" w:cs="Arial"/>
                <w:sz w:val="20"/>
                <w:szCs w:val="20"/>
              </w:rPr>
            </w:pPr>
          </w:p>
          <w:p w14:paraId="4D52BDA4" w14:textId="77777777" w:rsidR="008154D8" w:rsidRPr="00F4767A" w:rsidRDefault="008154D8" w:rsidP="008154D8">
            <w:pPr>
              <w:spacing w:line="259" w:lineRule="auto"/>
              <w:rPr>
                <w:rFonts w:ascii="Arial" w:hAnsi="Arial" w:cs="Arial"/>
                <w:b/>
                <w:bCs/>
                <w:sz w:val="20"/>
                <w:szCs w:val="20"/>
              </w:rPr>
            </w:pPr>
            <w:r w:rsidRPr="00F4767A">
              <w:rPr>
                <w:rFonts w:ascii="Arial" w:hAnsi="Arial" w:cs="Arial"/>
                <w:sz w:val="20"/>
                <w:szCs w:val="20"/>
              </w:rPr>
              <w:t xml:space="preserve">De leerling verkent (en reflecteert op) mogelijkheden om </w:t>
            </w:r>
            <w:r w:rsidRPr="00F4767A">
              <w:rPr>
                <w:rFonts w:ascii="Arial" w:hAnsi="Arial" w:cs="Arial"/>
                <w:b/>
                <w:bCs/>
                <w:sz w:val="20"/>
                <w:szCs w:val="20"/>
              </w:rPr>
              <w:t>democratisch te handelen.</w:t>
            </w:r>
          </w:p>
          <w:p w14:paraId="7A420FAC" w14:textId="77777777" w:rsidR="008154D8" w:rsidRPr="00F4767A" w:rsidRDefault="008154D8" w:rsidP="008154D8">
            <w:pPr>
              <w:spacing w:line="259" w:lineRule="auto"/>
              <w:rPr>
                <w:rFonts w:ascii="Arial" w:hAnsi="Arial" w:cs="Arial"/>
                <w:sz w:val="20"/>
                <w:szCs w:val="20"/>
              </w:rPr>
            </w:pPr>
          </w:p>
          <w:p w14:paraId="5360242E" w14:textId="77777777" w:rsidR="008154D8" w:rsidRPr="00F4767A" w:rsidRDefault="008154D8" w:rsidP="008154D8">
            <w:pPr>
              <w:spacing w:line="259" w:lineRule="auto"/>
              <w:rPr>
                <w:rFonts w:ascii="Arial" w:hAnsi="Arial" w:cs="Arial"/>
                <w:sz w:val="20"/>
                <w:szCs w:val="20"/>
              </w:rPr>
            </w:pPr>
            <w:r w:rsidRPr="00F4767A">
              <w:rPr>
                <w:rFonts w:ascii="Arial" w:hAnsi="Arial" w:cs="Arial"/>
                <w:sz w:val="20"/>
                <w:szCs w:val="20"/>
              </w:rPr>
              <w:t xml:space="preserve">De leerling verkent (en reflecteert op) mogelijkheden om </w:t>
            </w:r>
            <w:r w:rsidRPr="00F4767A">
              <w:rPr>
                <w:rFonts w:ascii="Arial" w:hAnsi="Arial" w:cs="Arial"/>
                <w:b/>
                <w:sz w:val="20"/>
                <w:szCs w:val="20"/>
              </w:rPr>
              <w:t>bij te dragen aan de samenleving.</w:t>
            </w:r>
          </w:p>
        </w:tc>
        <w:tc>
          <w:tcPr>
            <w:tcW w:w="1757" w:type="pct"/>
            <w:shd w:val="clear" w:color="auto" w:fill="A0C7C5"/>
          </w:tcPr>
          <w:p w14:paraId="2A58EBBA" w14:textId="77777777" w:rsidR="008154D8" w:rsidRPr="00F4767A" w:rsidRDefault="008154D8" w:rsidP="008154D8">
            <w:pPr>
              <w:spacing w:line="259" w:lineRule="auto"/>
              <w:rPr>
                <w:rFonts w:ascii="Arial" w:hAnsi="Arial" w:cs="Arial"/>
                <w:sz w:val="20"/>
                <w:szCs w:val="20"/>
              </w:rPr>
            </w:pPr>
            <w:r w:rsidRPr="00F4767A">
              <w:rPr>
                <w:rFonts w:ascii="Arial" w:hAnsi="Arial" w:cs="Arial"/>
                <w:sz w:val="20"/>
                <w:szCs w:val="20"/>
              </w:rPr>
              <w:t xml:space="preserve">Het onderwijs bevordert </w:t>
            </w:r>
            <w:r w:rsidRPr="00F4767A">
              <w:rPr>
                <w:rFonts w:ascii="Arial" w:hAnsi="Arial" w:cs="Arial"/>
                <w:b/>
                <w:sz w:val="20"/>
                <w:szCs w:val="20"/>
              </w:rPr>
              <w:t>actief burgerschap</w:t>
            </w:r>
            <w:r w:rsidRPr="00F4767A">
              <w:rPr>
                <w:rFonts w:ascii="Arial" w:hAnsi="Arial" w:cs="Arial"/>
                <w:sz w:val="20"/>
                <w:szCs w:val="20"/>
              </w:rPr>
              <w:t xml:space="preserve"> … op doelgerichte en samenhangende wijze</w:t>
            </w:r>
          </w:p>
          <w:p w14:paraId="30581171" w14:textId="77777777" w:rsidR="008154D8" w:rsidRPr="00F4767A" w:rsidRDefault="008154D8" w:rsidP="008154D8">
            <w:pPr>
              <w:spacing w:line="259" w:lineRule="auto"/>
              <w:rPr>
                <w:rFonts w:ascii="Arial" w:hAnsi="Arial" w:cs="Arial"/>
                <w:sz w:val="20"/>
                <w:szCs w:val="20"/>
              </w:rPr>
            </w:pPr>
          </w:p>
          <w:p w14:paraId="3DA1F1D8" w14:textId="77777777" w:rsidR="008154D8" w:rsidRPr="00F4767A" w:rsidRDefault="008154D8" w:rsidP="008154D8">
            <w:pPr>
              <w:spacing w:line="259" w:lineRule="auto"/>
              <w:rPr>
                <w:rFonts w:ascii="Arial" w:hAnsi="Arial" w:cs="Arial"/>
                <w:sz w:val="20"/>
                <w:szCs w:val="20"/>
              </w:rPr>
            </w:pPr>
            <w:r w:rsidRPr="00F4767A">
              <w:rPr>
                <w:rFonts w:ascii="Arial" w:hAnsi="Arial" w:cs="Arial"/>
                <w:sz w:val="20"/>
                <w:szCs w:val="20"/>
              </w:rPr>
              <w:t xml:space="preserve">… en het </w:t>
            </w:r>
            <w:r w:rsidRPr="00F4767A">
              <w:rPr>
                <w:rFonts w:ascii="Arial" w:hAnsi="Arial" w:cs="Arial"/>
                <w:b/>
                <w:sz w:val="20"/>
                <w:szCs w:val="20"/>
              </w:rPr>
              <w:t>handelen</w:t>
            </w:r>
            <w:r w:rsidRPr="00F4767A">
              <w:rPr>
                <w:rFonts w:ascii="Arial" w:hAnsi="Arial" w:cs="Arial"/>
                <w:sz w:val="20"/>
                <w:szCs w:val="20"/>
              </w:rPr>
              <w:t xml:space="preserve"> naar deze basiswaarden op school.</w:t>
            </w:r>
          </w:p>
          <w:p w14:paraId="08C7C47D" w14:textId="77777777" w:rsidR="008154D8" w:rsidRPr="00F4767A" w:rsidRDefault="008154D8" w:rsidP="008154D8">
            <w:pPr>
              <w:spacing w:line="259" w:lineRule="auto"/>
              <w:rPr>
                <w:rFonts w:ascii="Arial" w:hAnsi="Arial" w:cs="Arial"/>
                <w:sz w:val="20"/>
                <w:szCs w:val="20"/>
              </w:rPr>
            </w:pPr>
          </w:p>
          <w:p w14:paraId="72C99ACA" w14:textId="77777777" w:rsidR="008154D8" w:rsidRPr="00F4767A" w:rsidRDefault="008154D8" w:rsidP="008154D8">
            <w:pPr>
              <w:spacing w:line="259" w:lineRule="auto"/>
              <w:rPr>
                <w:rFonts w:ascii="Arial" w:hAnsi="Arial" w:cs="Arial"/>
                <w:sz w:val="20"/>
                <w:szCs w:val="20"/>
              </w:rPr>
            </w:pPr>
            <w:r w:rsidRPr="00F4767A">
              <w:rPr>
                <w:rFonts w:ascii="Arial" w:hAnsi="Arial" w:cs="Arial"/>
                <w:sz w:val="20"/>
                <w:szCs w:val="20"/>
              </w:rPr>
              <w:t xml:space="preserve">Het bevoegd gezag draagt zorg voor een schoolcultuur die in overeenstemming is met de </w:t>
            </w:r>
            <w:r w:rsidRPr="00F4767A">
              <w:rPr>
                <w:rFonts w:ascii="Arial" w:hAnsi="Arial" w:cs="Arial"/>
                <w:b/>
                <w:sz w:val="20"/>
                <w:szCs w:val="20"/>
              </w:rPr>
              <w:t>waarden</w:t>
            </w:r>
            <w:r w:rsidRPr="00F4767A">
              <w:rPr>
                <w:rFonts w:ascii="Arial" w:hAnsi="Arial" w:cs="Arial"/>
                <w:sz w:val="20"/>
                <w:szCs w:val="20"/>
              </w:rPr>
              <w:t xml:space="preserve">, … creëert een omgeving waarin leerlingen worden gestimuleerd </w:t>
            </w:r>
            <w:r w:rsidRPr="00F4767A">
              <w:rPr>
                <w:rFonts w:ascii="Arial" w:hAnsi="Arial" w:cs="Arial"/>
                <w:b/>
                <w:sz w:val="20"/>
                <w:szCs w:val="20"/>
              </w:rPr>
              <w:t>actief te oefenen</w:t>
            </w:r>
            <w:r w:rsidRPr="00F4767A">
              <w:rPr>
                <w:rFonts w:ascii="Arial" w:hAnsi="Arial" w:cs="Arial"/>
                <w:sz w:val="20"/>
                <w:szCs w:val="20"/>
              </w:rPr>
              <w:t xml:space="preserve"> met de omgang met en het handelen naar deze waarden</w:t>
            </w:r>
            <w:proofErr w:type="gramStart"/>
            <w:r w:rsidRPr="00F4767A">
              <w:rPr>
                <w:rFonts w:ascii="Arial" w:hAnsi="Arial" w:cs="Arial"/>
                <w:sz w:val="20"/>
                <w:szCs w:val="20"/>
              </w:rPr>
              <w:t xml:space="preserve"> ….</w:t>
            </w:r>
            <w:proofErr w:type="gramEnd"/>
          </w:p>
        </w:tc>
        <w:tc>
          <w:tcPr>
            <w:tcW w:w="912" w:type="pct"/>
            <w:shd w:val="clear" w:color="auto" w:fill="A0C7C5"/>
          </w:tcPr>
          <w:p w14:paraId="3B443E1B" w14:textId="77777777" w:rsidR="008154D8" w:rsidRPr="00F4767A" w:rsidRDefault="008154D8" w:rsidP="008154D8">
            <w:pPr>
              <w:spacing w:line="259" w:lineRule="auto"/>
              <w:rPr>
                <w:rFonts w:ascii="Arial" w:hAnsi="Arial" w:cs="Arial"/>
                <w:sz w:val="20"/>
                <w:szCs w:val="20"/>
              </w:rPr>
            </w:pPr>
            <w:r w:rsidRPr="00F4767A">
              <w:rPr>
                <w:rFonts w:ascii="Arial" w:hAnsi="Arial" w:cs="Arial"/>
                <w:sz w:val="20"/>
                <w:szCs w:val="20"/>
              </w:rPr>
              <w:t xml:space="preserve">Welke houdingen hebben leerlingen ten opzichte van zelf bijdragen aan de maatschappij? </w:t>
            </w:r>
          </w:p>
          <w:p w14:paraId="440F5C10" w14:textId="77777777" w:rsidR="008154D8" w:rsidRPr="00F4767A" w:rsidRDefault="008154D8" w:rsidP="008154D8">
            <w:pPr>
              <w:spacing w:line="259" w:lineRule="auto"/>
              <w:rPr>
                <w:rFonts w:ascii="Arial" w:hAnsi="Arial" w:cs="Arial"/>
                <w:sz w:val="20"/>
                <w:szCs w:val="20"/>
              </w:rPr>
            </w:pPr>
          </w:p>
          <w:p w14:paraId="1C4BABE1" w14:textId="77777777" w:rsidR="008154D8" w:rsidRPr="00F4767A" w:rsidRDefault="008154D8" w:rsidP="008154D8">
            <w:pPr>
              <w:spacing w:line="259" w:lineRule="auto"/>
              <w:rPr>
                <w:rFonts w:ascii="Arial" w:hAnsi="Arial" w:cs="Arial"/>
                <w:sz w:val="20"/>
                <w:szCs w:val="20"/>
              </w:rPr>
            </w:pPr>
            <w:r w:rsidRPr="00F4767A">
              <w:rPr>
                <w:rFonts w:ascii="Arial" w:hAnsi="Arial" w:cs="Arial"/>
                <w:sz w:val="20"/>
                <w:szCs w:val="20"/>
              </w:rPr>
              <w:t>Hoe dragen leerlingen al bij aan het vormen van de maatschappij?</w:t>
            </w:r>
          </w:p>
          <w:p w14:paraId="1E0D96F4" w14:textId="77777777" w:rsidR="008154D8" w:rsidRPr="00F4767A" w:rsidRDefault="008154D8" w:rsidP="008154D8">
            <w:pPr>
              <w:spacing w:line="259" w:lineRule="auto"/>
              <w:rPr>
                <w:rFonts w:ascii="Arial" w:hAnsi="Arial" w:cs="Arial"/>
                <w:sz w:val="20"/>
                <w:szCs w:val="20"/>
              </w:rPr>
            </w:pPr>
          </w:p>
          <w:p w14:paraId="0A64DBAC" w14:textId="77777777" w:rsidR="008154D8" w:rsidRPr="00F4767A" w:rsidRDefault="008154D8" w:rsidP="008154D8">
            <w:pPr>
              <w:spacing w:line="259" w:lineRule="auto"/>
              <w:rPr>
                <w:rFonts w:ascii="Arial" w:hAnsi="Arial" w:cs="Arial"/>
                <w:sz w:val="20"/>
                <w:szCs w:val="20"/>
              </w:rPr>
            </w:pPr>
            <w:r w:rsidRPr="00F4767A">
              <w:rPr>
                <w:rFonts w:ascii="Arial" w:hAnsi="Arial" w:cs="Arial"/>
                <w:sz w:val="20"/>
                <w:szCs w:val="20"/>
              </w:rPr>
              <w:t>Welke kansen zijn er voor leerlingen om zelf vorm te geven en bij te dragen aan hun eigen omgeving?</w:t>
            </w:r>
          </w:p>
        </w:tc>
      </w:tr>
      <w:tr w:rsidR="008154D8" w:rsidRPr="00F4767A" w14:paraId="24FCB2CC" w14:textId="77777777" w:rsidTr="009F1C67">
        <w:trPr>
          <w:trHeight w:val="381"/>
        </w:trPr>
        <w:tc>
          <w:tcPr>
            <w:tcW w:w="506" w:type="pct"/>
            <w:shd w:val="clear" w:color="auto" w:fill="487B77"/>
          </w:tcPr>
          <w:p w14:paraId="306E2925" w14:textId="77777777" w:rsidR="008154D8" w:rsidRPr="00F4767A" w:rsidRDefault="008154D8" w:rsidP="008154D8">
            <w:pPr>
              <w:spacing w:line="259" w:lineRule="auto"/>
              <w:rPr>
                <w:rFonts w:ascii="Arial" w:hAnsi="Arial" w:cs="Arial"/>
                <w:b/>
                <w:bCs/>
                <w:color w:val="000000"/>
                <w:sz w:val="20"/>
                <w:szCs w:val="20"/>
              </w:rPr>
            </w:pPr>
            <w:r w:rsidRPr="00F4767A">
              <w:rPr>
                <w:rFonts w:ascii="Arial" w:hAnsi="Arial" w:cs="Arial"/>
                <w:b/>
                <w:bCs/>
                <w:color w:val="000000"/>
                <w:sz w:val="20"/>
                <w:szCs w:val="20"/>
              </w:rPr>
              <w:t>Schooleigen focuspunt</w:t>
            </w:r>
          </w:p>
        </w:tc>
        <w:tc>
          <w:tcPr>
            <w:tcW w:w="856" w:type="pct"/>
            <w:shd w:val="clear" w:color="auto" w:fill="487B77"/>
          </w:tcPr>
          <w:p w14:paraId="0D2D4B55" w14:textId="77777777" w:rsidR="008154D8" w:rsidRPr="00F4767A" w:rsidRDefault="008154D8" w:rsidP="008154D8">
            <w:pPr>
              <w:spacing w:line="259" w:lineRule="auto"/>
              <w:rPr>
                <w:rFonts w:ascii="Arial" w:hAnsi="Arial" w:cs="Arial"/>
                <w:color w:val="000000"/>
                <w:sz w:val="20"/>
                <w:szCs w:val="20"/>
              </w:rPr>
            </w:pPr>
          </w:p>
        </w:tc>
        <w:tc>
          <w:tcPr>
            <w:tcW w:w="969" w:type="pct"/>
            <w:shd w:val="clear" w:color="auto" w:fill="487B77"/>
          </w:tcPr>
          <w:p w14:paraId="1DAFBC05" w14:textId="77777777" w:rsidR="008154D8" w:rsidRPr="00F4767A" w:rsidRDefault="008154D8" w:rsidP="008154D8">
            <w:pPr>
              <w:spacing w:line="259" w:lineRule="auto"/>
              <w:rPr>
                <w:rFonts w:ascii="Arial" w:hAnsi="Arial" w:cs="Arial"/>
                <w:color w:val="000000"/>
                <w:sz w:val="20"/>
                <w:szCs w:val="20"/>
              </w:rPr>
            </w:pPr>
          </w:p>
        </w:tc>
        <w:tc>
          <w:tcPr>
            <w:tcW w:w="1757" w:type="pct"/>
            <w:shd w:val="clear" w:color="auto" w:fill="487B77"/>
          </w:tcPr>
          <w:p w14:paraId="79CCD1DF" w14:textId="77777777" w:rsidR="008154D8" w:rsidRPr="00F4767A" w:rsidRDefault="008154D8" w:rsidP="008154D8">
            <w:pPr>
              <w:spacing w:line="259" w:lineRule="auto"/>
              <w:rPr>
                <w:rFonts w:ascii="Arial" w:hAnsi="Arial" w:cs="Arial"/>
                <w:color w:val="000000"/>
                <w:sz w:val="20"/>
                <w:szCs w:val="20"/>
              </w:rPr>
            </w:pPr>
          </w:p>
        </w:tc>
        <w:tc>
          <w:tcPr>
            <w:tcW w:w="912" w:type="pct"/>
            <w:shd w:val="clear" w:color="auto" w:fill="487B77"/>
          </w:tcPr>
          <w:p w14:paraId="419C51D8" w14:textId="77777777" w:rsidR="008154D8" w:rsidRPr="00F4767A" w:rsidRDefault="008154D8" w:rsidP="008154D8">
            <w:pPr>
              <w:spacing w:line="259" w:lineRule="auto"/>
              <w:rPr>
                <w:rFonts w:ascii="Arial" w:hAnsi="Arial" w:cs="Arial"/>
                <w:color w:val="000000"/>
                <w:sz w:val="20"/>
                <w:szCs w:val="20"/>
              </w:rPr>
            </w:pPr>
          </w:p>
        </w:tc>
      </w:tr>
    </w:tbl>
    <w:p w14:paraId="0D640219" w14:textId="77777777" w:rsidR="008154D8" w:rsidRPr="00F4767A" w:rsidRDefault="008154D8" w:rsidP="00F4767A">
      <w:pPr>
        <w:pStyle w:val="Geenafstand"/>
        <w:rPr>
          <w:lang w:val="nl-NL"/>
        </w:rPr>
      </w:pPr>
    </w:p>
    <w:p w14:paraId="36A0F43B" w14:textId="1889E659" w:rsidR="001D7513" w:rsidRPr="00F4767A" w:rsidRDefault="001D7513" w:rsidP="00F4767A">
      <w:pPr>
        <w:pStyle w:val="Geenafstand"/>
        <w:rPr>
          <w:rFonts w:ascii="Fresco Std Normal" w:hAnsi="Fresco Std Normal"/>
          <w:lang w:val="nl-NL"/>
        </w:rPr>
      </w:pPr>
    </w:p>
    <w:p w14:paraId="58FFF52B" w14:textId="34D9BEC2" w:rsidR="004E02FA" w:rsidRPr="00F4767A" w:rsidRDefault="004E02FA" w:rsidP="00F4767A">
      <w:pPr>
        <w:pStyle w:val="Geenafstand"/>
        <w:rPr>
          <w:rFonts w:ascii="Fresco Std Normal" w:hAnsi="Fresco Std Normal"/>
          <w:noProof/>
          <w:lang w:val="nl-NL"/>
        </w:rPr>
      </w:pPr>
    </w:p>
    <w:p w14:paraId="30B26BFA" w14:textId="77777777" w:rsidR="007536A9" w:rsidRPr="00F4767A" w:rsidRDefault="007536A9">
      <w:pPr>
        <w:rPr>
          <w:rFonts w:ascii="Fresco Std Normal" w:hAnsi="Fresco Std Normal"/>
          <w:noProof/>
          <w:lang w:val="nl-NL"/>
        </w:rPr>
      </w:pPr>
    </w:p>
    <w:p w14:paraId="1C113576" w14:textId="77777777" w:rsidR="007536A9" w:rsidRPr="00F4767A" w:rsidRDefault="007536A9">
      <w:pPr>
        <w:rPr>
          <w:rFonts w:ascii="Fresco Std Normal" w:hAnsi="Fresco Std Normal"/>
          <w:noProof/>
          <w:lang w:val="nl-NL"/>
        </w:rPr>
      </w:pPr>
    </w:p>
    <w:p w14:paraId="55A440BA" w14:textId="77777777" w:rsidR="00751347" w:rsidRPr="00F4767A" w:rsidRDefault="00751347">
      <w:pPr>
        <w:rPr>
          <w:rFonts w:ascii="Arial" w:eastAsia="Century Gothic" w:hAnsi="Arial" w:cs="Arial"/>
          <w:b/>
          <w:bCs/>
          <w:kern w:val="2"/>
          <w:sz w:val="20"/>
          <w:szCs w:val="20"/>
          <w:lang w:val="nl-NL"/>
          <w14:ligatures w14:val="standardContextual"/>
        </w:rPr>
      </w:pPr>
      <w:r w:rsidRPr="00F4767A">
        <w:rPr>
          <w:rFonts w:ascii="Arial" w:eastAsia="Century Gothic" w:hAnsi="Arial" w:cs="Arial"/>
          <w:b/>
          <w:bCs/>
          <w:kern w:val="2"/>
          <w:sz w:val="20"/>
          <w:szCs w:val="20"/>
          <w:lang w:val="nl-NL"/>
          <w14:ligatures w14:val="standardContextual"/>
        </w:rPr>
        <w:br w:type="page"/>
      </w:r>
    </w:p>
    <w:p w14:paraId="551D68DF" w14:textId="10A99ACC" w:rsidR="007536A9" w:rsidRPr="00F4767A" w:rsidRDefault="007536A9" w:rsidP="00D45D12">
      <w:pPr>
        <w:spacing w:after="0" w:line="240" w:lineRule="auto"/>
        <w:rPr>
          <w:rFonts w:ascii="Arial" w:eastAsia="Century Gothic" w:hAnsi="Arial" w:cs="Arial"/>
          <w:b/>
          <w:bCs/>
          <w:kern w:val="2"/>
          <w:sz w:val="20"/>
          <w:szCs w:val="20"/>
          <w:lang w:val="nl-NL"/>
          <w14:ligatures w14:val="standardContextual"/>
        </w:rPr>
      </w:pPr>
      <w:r w:rsidRPr="00F4767A">
        <w:rPr>
          <w:rFonts w:ascii="Arial" w:eastAsia="Century Gothic" w:hAnsi="Arial" w:cs="Arial"/>
          <w:b/>
          <w:bCs/>
          <w:kern w:val="2"/>
          <w:sz w:val="20"/>
          <w:szCs w:val="20"/>
          <w:lang w:val="nl-NL"/>
          <w14:ligatures w14:val="standardContextual"/>
        </w:rPr>
        <w:lastRenderedPageBreak/>
        <w:t>Tabel 5</w:t>
      </w:r>
    </w:p>
    <w:p w14:paraId="644D05E1" w14:textId="77777777" w:rsidR="007536A9" w:rsidRPr="00F4767A" w:rsidRDefault="007536A9" w:rsidP="00D0184A">
      <w:pPr>
        <w:pStyle w:val="Kop1"/>
        <w:spacing w:before="0" w:line="240" w:lineRule="auto"/>
        <w:rPr>
          <w:rFonts w:ascii="Arial" w:hAnsi="Arial" w:cs="Arial"/>
          <w:b w:val="0"/>
          <w:i/>
          <w:color w:val="auto"/>
          <w:sz w:val="20"/>
          <w:szCs w:val="20"/>
          <w:lang w:val="nl-NL"/>
        </w:rPr>
      </w:pPr>
      <w:bookmarkStart w:id="5" w:name="_Toc214525231"/>
      <w:bookmarkStart w:id="6" w:name="_Toc218262328"/>
      <w:r w:rsidRPr="00F4767A">
        <w:rPr>
          <w:rFonts w:ascii="Arial" w:hAnsi="Arial" w:cs="Arial"/>
          <w:b w:val="0"/>
          <w:i/>
          <w:color w:val="auto"/>
          <w:sz w:val="20"/>
          <w:szCs w:val="20"/>
          <w:lang w:val="nl-NL"/>
        </w:rPr>
        <w:t>Doelen per montessorifocuspunt naar kennis, vaardigheden en houdingen</w:t>
      </w:r>
      <w:bookmarkEnd w:id="5"/>
      <w:bookmarkEnd w:id="6"/>
    </w:p>
    <w:p w14:paraId="7CBDE162" w14:textId="77777777" w:rsidR="00D45D12" w:rsidRPr="00F4767A" w:rsidRDefault="00D45D12" w:rsidP="00F4767A">
      <w:pPr>
        <w:pStyle w:val="Geenafstand"/>
        <w:rPr>
          <w:lang w:val="nl-NL"/>
        </w:rPr>
      </w:pPr>
    </w:p>
    <w:tbl>
      <w:tblPr>
        <w:tblStyle w:val="Tabelraster3"/>
        <w:tblW w:w="5000" w:type="pct"/>
        <w:tblLayout w:type="fixed"/>
        <w:tblLook w:val="04A0" w:firstRow="1" w:lastRow="0" w:firstColumn="1" w:lastColumn="0" w:noHBand="0" w:noVBand="1"/>
      </w:tblPr>
      <w:tblGrid>
        <w:gridCol w:w="1959"/>
        <w:gridCol w:w="7871"/>
        <w:gridCol w:w="7035"/>
        <w:gridCol w:w="5496"/>
      </w:tblGrid>
      <w:tr w:rsidR="007536A9" w:rsidRPr="00F4767A" w14:paraId="1726A487" w14:textId="77777777" w:rsidTr="0025107F">
        <w:trPr>
          <w:trHeight w:val="354"/>
        </w:trPr>
        <w:tc>
          <w:tcPr>
            <w:tcW w:w="438" w:type="pct"/>
            <w:shd w:val="clear" w:color="auto" w:fill="487B77"/>
            <w:vAlign w:val="center"/>
          </w:tcPr>
          <w:p w14:paraId="79E784E4" w14:textId="77777777" w:rsidR="007536A9" w:rsidRPr="00F4767A" w:rsidRDefault="007536A9" w:rsidP="0025107F">
            <w:pPr>
              <w:rPr>
                <w:rFonts w:ascii="Arial" w:hAnsi="Arial" w:cs="Arial"/>
                <w:b/>
                <w:bCs/>
                <w:color w:val="FFFFFF"/>
                <w:sz w:val="20"/>
                <w:szCs w:val="20"/>
              </w:rPr>
            </w:pPr>
            <w:r w:rsidRPr="00F4767A">
              <w:rPr>
                <w:rFonts w:ascii="Arial" w:hAnsi="Arial" w:cs="Arial"/>
                <w:b/>
                <w:bCs/>
                <w:color w:val="FFFFFF"/>
                <w:sz w:val="20"/>
                <w:szCs w:val="20"/>
              </w:rPr>
              <w:t>Focuspunt</w:t>
            </w:r>
          </w:p>
        </w:tc>
        <w:tc>
          <w:tcPr>
            <w:tcW w:w="1760" w:type="pct"/>
            <w:shd w:val="clear" w:color="auto" w:fill="487B77"/>
            <w:vAlign w:val="center"/>
          </w:tcPr>
          <w:p w14:paraId="41E21E35" w14:textId="77777777" w:rsidR="007536A9" w:rsidRPr="00F4767A" w:rsidRDefault="007536A9" w:rsidP="0025107F">
            <w:pPr>
              <w:rPr>
                <w:rFonts w:ascii="Arial" w:hAnsi="Arial" w:cs="Arial"/>
                <w:b/>
                <w:bCs/>
                <w:color w:val="FFFFFF"/>
                <w:sz w:val="20"/>
                <w:szCs w:val="20"/>
              </w:rPr>
            </w:pPr>
            <w:r w:rsidRPr="00F4767A">
              <w:rPr>
                <w:rFonts w:ascii="Arial" w:hAnsi="Arial" w:cs="Arial"/>
                <w:b/>
                <w:bCs/>
                <w:color w:val="FFFFFF"/>
                <w:sz w:val="20"/>
                <w:szCs w:val="20"/>
              </w:rPr>
              <w:t>Kennis</w:t>
            </w:r>
          </w:p>
        </w:tc>
        <w:tc>
          <w:tcPr>
            <w:tcW w:w="1573" w:type="pct"/>
            <w:shd w:val="clear" w:color="auto" w:fill="487B77"/>
            <w:vAlign w:val="center"/>
          </w:tcPr>
          <w:p w14:paraId="1AADA901" w14:textId="77777777" w:rsidR="007536A9" w:rsidRPr="00F4767A" w:rsidRDefault="007536A9" w:rsidP="0025107F">
            <w:pPr>
              <w:rPr>
                <w:rFonts w:ascii="Arial" w:hAnsi="Arial" w:cs="Arial"/>
                <w:b/>
                <w:bCs/>
                <w:color w:val="FFFFFF"/>
                <w:sz w:val="20"/>
                <w:szCs w:val="20"/>
              </w:rPr>
            </w:pPr>
            <w:r w:rsidRPr="00F4767A">
              <w:rPr>
                <w:rFonts w:ascii="Arial" w:hAnsi="Arial" w:cs="Arial"/>
                <w:b/>
                <w:bCs/>
                <w:color w:val="FFFFFF"/>
                <w:sz w:val="20"/>
                <w:szCs w:val="20"/>
              </w:rPr>
              <w:t>Vaardigheden</w:t>
            </w:r>
          </w:p>
        </w:tc>
        <w:tc>
          <w:tcPr>
            <w:tcW w:w="1229" w:type="pct"/>
            <w:shd w:val="clear" w:color="auto" w:fill="487B77"/>
            <w:vAlign w:val="center"/>
          </w:tcPr>
          <w:p w14:paraId="1339455C" w14:textId="77777777" w:rsidR="007536A9" w:rsidRPr="00F4767A" w:rsidRDefault="007536A9" w:rsidP="0025107F">
            <w:pPr>
              <w:rPr>
                <w:rFonts w:ascii="Arial" w:hAnsi="Arial" w:cs="Arial"/>
                <w:b/>
                <w:bCs/>
                <w:color w:val="FFFFFF"/>
                <w:sz w:val="20"/>
                <w:szCs w:val="20"/>
              </w:rPr>
            </w:pPr>
            <w:r w:rsidRPr="00F4767A">
              <w:rPr>
                <w:rFonts w:ascii="Arial" w:hAnsi="Arial" w:cs="Arial"/>
                <w:b/>
                <w:bCs/>
                <w:color w:val="FFFFFF"/>
                <w:sz w:val="20"/>
                <w:szCs w:val="20"/>
              </w:rPr>
              <w:t>Houdingen</w:t>
            </w:r>
          </w:p>
        </w:tc>
      </w:tr>
      <w:tr w:rsidR="007536A9" w:rsidRPr="00F4767A" w14:paraId="6D3A66FD" w14:textId="77777777" w:rsidTr="009F1C67">
        <w:tc>
          <w:tcPr>
            <w:tcW w:w="438" w:type="pct"/>
            <w:shd w:val="clear" w:color="auto" w:fill="DFECEB"/>
          </w:tcPr>
          <w:p w14:paraId="40829B2C" w14:textId="77777777" w:rsidR="007536A9" w:rsidRPr="00F4767A" w:rsidRDefault="007536A9" w:rsidP="007536A9">
            <w:pPr>
              <w:rPr>
                <w:rFonts w:ascii="Arial" w:hAnsi="Arial" w:cs="Arial"/>
                <w:sz w:val="20"/>
                <w:szCs w:val="20"/>
              </w:rPr>
            </w:pPr>
            <w:r w:rsidRPr="00F4767A">
              <w:rPr>
                <w:rFonts w:ascii="Arial" w:hAnsi="Arial" w:cs="Arial"/>
                <w:sz w:val="20"/>
                <w:szCs w:val="20"/>
              </w:rPr>
              <w:t>Verbinding</w:t>
            </w:r>
          </w:p>
          <w:p w14:paraId="6D87AF70" w14:textId="77777777" w:rsidR="007536A9" w:rsidRPr="00F4767A" w:rsidRDefault="007536A9" w:rsidP="007536A9">
            <w:pPr>
              <w:rPr>
                <w:rFonts w:ascii="Arial" w:hAnsi="Arial" w:cs="Arial"/>
                <w:sz w:val="20"/>
                <w:szCs w:val="20"/>
              </w:rPr>
            </w:pPr>
          </w:p>
        </w:tc>
        <w:tc>
          <w:tcPr>
            <w:tcW w:w="1760" w:type="pct"/>
            <w:shd w:val="clear" w:color="auto" w:fill="DFECEB"/>
          </w:tcPr>
          <w:p w14:paraId="09624E55" w14:textId="77777777" w:rsidR="007536A9" w:rsidRPr="00F4767A" w:rsidRDefault="007536A9" w:rsidP="007536A9">
            <w:pPr>
              <w:rPr>
                <w:rFonts w:ascii="Arial" w:hAnsi="Arial" w:cs="Arial"/>
                <w:sz w:val="20"/>
                <w:szCs w:val="20"/>
              </w:rPr>
            </w:pPr>
            <w:r w:rsidRPr="00F4767A">
              <w:rPr>
                <w:rFonts w:ascii="Arial" w:hAnsi="Arial" w:cs="Arial"/>
                <w:sz w:val="20"/>
                <w:szCs w:val="20"/>
              </w:rPr>
              <w:t>De kinderen leren over de diverse samenleving. Ze leren over diversiteit in godsdienst, levensovertuiging, politieke gezindheid, afkomst, geslacht, handicap en seksuele gerichtheid.</w:t>
            </w:r>
          </w:p>
          <w:p w14:paraId="1B63C30F" w14:textId="77777777" w:rsidR="007536A9" w:rsidRPr="00F4767A" w:rsidRDefault="007536A9" w:rsidP="007536A9">
            <w:pPr>
              <w:rPr>
                <w:rFonts w:ascii="Arial" w:hAnsi="Arial" w:cs="Arial"/>
                <w:sz w:val="20"/>
                <w:szCs w:val="20"/>
              </w:rPr>
            </w:pPr>
          </w:p>
          <w:p w14:paraId="5D3EE86B" w14:textId="77777777" w:rsidR="007536A9" w:rsidRPr="00F4767A" w:rsidRDefault="007536A9" w:rsidP="007536A9">
            <w:pPr>
              <w:rPr>
                <w:rFonts w:ascii="Arial" w:hAnsi="Arial" w:cs="Arial"/>
                <w:sz w:val="20"/>
                <w:szCs w:val="20"/>
              </w:rPr>
            </w:pPr>
            <w:r w:rsidRPr="00F4767A">
              <w:rPr>
                <w:rFonts w:ascii="Arial" w:hAnsi="Arial" w:cs="Arial"/>
                <w:sz w:val="20"/>
                <w:szCs w:val="20"/>
              </w:rPr>
              <w:t>De kinderen leren over de ontwikkeling en de betekenis van basiswaarden van de democratische rechtstaat: vrijheid, gelijkwaardigheid en solidariteit.</w:t>
            </w:r>
          </w:p>
          <w:p w14:paraId="51674622" w14:textId="77777777" w:rsidR="007536A9" w:rsidRPr="00F4767A" w:rsidRDefault="007536A9" w:rsidP="007536A9">
            <w:pPr>
              <w:rPr>
                <w:rFonts w:ascii="Arial" w:hAnsi="Arial" w:cs="Arial"/>
                <w:sz w:val="20"/>
                <w:szCs w:val="20"/>
              </w:rPr>
            </w:pPr>
          </w:p>
          <w:p w14:paraId="01FA6A76" w14:textId="77777777" w:rsidR="007536A9" w:rsidRPr="00F4767A" w:rsidRDefault="007536A9" w:rsidP="007536A9">
            <w:pPr>
              <w:rPr>
                <w:rFonts w:ascii="Arial" w:hAnsi="Arial" w:cs="Arial"/>
                <w:sz w:val="20"/>
                <w:szCs w:val="20"/>
              </w:rPr>
            </w:pPr>
            <w:r w:rsidRPr="00F4767A">
              <w:rPr>
                <w:rFonts w:ascii="Arial" w:hAnsi="Arial" w:cs="Arial"/>
                <w:sz w:val="20"/>
                <w:szCs w:val="20"/>
              </w:rPr>
              <w:t>De kinderen leren hoe basiswaarden van de democratische rechtsstaat een rol spelen in de samenleving en het eigen leven.</w:t>
            </w:r>
          </w:p>
          <w:p w14:paraId="7ED2D7C0" w14:textId="77777777" w:rsidR="007536A9" w:rsidRPr="00F4767A" w:rsidRDefault="007536A9" w:rsidP="007536A9">
            <w:pPr>
              <w:rPr>
                <w:rFonts w:ascii="Arial" w:hAnsi="Arial" w:cs="Arial"/>
                <w:sz w:val="20"/>
                <w:szCs w:val="20"/>
              </w:rPr>
            </w:pPr>
          </w:p>
        </w:tc>
        <w:tc>
          <w:tcPr>
            <w:tcW w:w="1573" w:type="pct"/>
            <w:shd w:val="clear" w:color="auto" w:fill="DFECEB"/>
          </w:tcPr>
          <w:p w14:paraId="79ABEB5E" w14:textId="77777777" w:rsidR="007536A9" w:rsidRPr="00F4767A" w:rsidRDefault="007536A9" w:rsidP="007536A9">
            <w:pPr>
              <w:rPr>
                <w:rFonts w:ascii="Arial" w:hAnsi="Arial" w:cs="Arial"/>
                <w:sz w:val="20"/>
                <w:szCs w:val="20"/>
              </w:rPr>
            </w:pPr>
            <w:r w:rsidRPr="00F4767A">
              <w:rPr>
                <w:rFonts w:ascii="Arial" w:hAnsi="Arial" w:cs="Arial"/>
                <w:sz w:val="20"/>
                <w:szCs w:val="20"/>
              </w:rPr>
              <w:t>Kinderen kunnen rekening houden met de ervaringen en perspectieven van henzelf en anderen.</w:t>
            </w:r>
          </w:p>
          <w:p w14:paraId="5371676A" w14:textId="77777777" w:rsidR="007536A9" w:rsidRPr="00F4767A" w:rsidRDefault="007536A9" w:rsidP="007536A9">
            <w:pPr>
              <w:rPr>
                <w:rFonts w:ascii="Arial" w:hAnsi="Arial" w:cs="Arial"/>
                <w:sz w:val="20"/>
                <w:szCs w:val="20"/>
              </w:rPr>
            </w:pPr>
          </w:p>
          <w:p w14:paraId="4099277F" w14:textId="77777777" w:rsidR="007536A9" w:rsidRPr="00F4767A" w:rsidRDefault="007536A9" w:rsidP="007536A9">
            <w:pPr>
              <w:rPr>
                <w:rFonts w:ascii="Arial" w:hAnsi="Arial" w:cs="Arial"/>
                <w:sz w:val="20"/>
                <w:szCs w:val="20"/>
              </w:rPr>
            </w:pPr>
            <w:r w:rsidRPr="00F4767A">
              <w:rPr>
                <w:rFonts w:ascii="Arial" w:hAnsi="Arial" w:cs="Arial"/>
                <w:sz w:val="20"/>
                <w:szCs w:val="20"/>
              </w:rPr>
              <w:t>Kinderen kunnen verbinding zoeken met andere (groepen) mensen, met aandacht voor dialogen, omgaan met conflicten en gelijkwaardige behandeling.</w:t>
            </w:r>
          </w:p>
          <w:p w14:paraId="4E8D12BF" w14:textId="77777777" w:rsidR="007536A9" w:rsidRPr="00F4767A" w:rsidRDefault="007536A9" w:rsidP="007536A9">
            <w:pPr>
              <w:rPr>
                <w:rFonts w:ascii="Arial" w:hAnsi="Arial" w:cs="Arial"/>
                <w:sz w:val="20"/>
                <w:szCs w:val="20"/>
              </w:rPr>
            </w:pPr>
          </w:p>
          <w:p w14:paraId="1514FA89" w14:textId="77777777" w:rsidR="007536A9" w:rsidRPr="00F4767A" w:rsidRDefault="007536A9" w:rsidP="007536A9">
            <w:pPr>
              <w:rPr>
                <w:rFonts w:ascii="Arial" w:hAnsi="Arial" w:cs="Arial"/>
                <w:sz w:val="20"/>
                <w:szCs w:val="20"/>
              </w:rPr>
            </w:pPr>
            <w:r w:rsidRPr="00F4767A">
              <w:rPr>
                <w:rFonts w:ascii="Arial" w:hAnsi="Arial" w:cs="Arial"/>
                <w:sz w:val="20"/>
                <w:szCs w:val="20"/>
              </w:rPr>
              <w:t>Kinderen kunnen stereotypering, discriminatie en uitsluiting herkennen en benoemen.</w:t>
            </w:r>
          </w:p>
        </w:tc>
        <w:tc>
          <w:tcPr>
            <w:tcW w:w="1229" w:type="pct"/>
            <w:shd w:val="clear" w:color="auto" w:fill="DFECEB"/>
          </w:tcPr>
          <w:p w14:paraId="60DC28BE" w14:textId="77777777" w:rsidR="007536A9" w:rsidRPr="00F4767A" w:rsidRDefault="007536A9" w:rsidP="007536A9">
            <w:pPr>
              <w:rPr>
                <w:rFonts w:ascii="Arial" w:hAnsi="Arial" w:cs="Arial"/>
                <w:sz w:val="20"/>
                <w:szCs w:val="20"/>
              </w:rPr>
            </w:pPr>
            <w:r w:rsidRPr="00F4767A">
              <w:rPr>
                <w:rFonts w:ascii="Arial" w:hAnsi="Arial" w:cs="Arial"/>
                <w:sz w:val="20"/>
                <w:szCs w:val="20"/>
              </w:rPr>
              <w:t>Kinderen respecteren andere mensen (offline en online).</w:t>
            </w:r>
          </w:p>
          <w:p w14:paraId="7913EC18" w14:textId="77777777" w:rsidR="007536A9" w:rsidRPr="00F4767A" w:rsidRDefault="007536A9" w:rsidP="007536A9">
            <w:pPr>
              <w:rPr>
                <w:rFonts w:ascii="Arial" w:hAnsi="Arial" w:cs="Arial"/>
                <w:sz w:val="20"/>
                <w:szCs w:val="20"/>
              </w:rPr>
            </w:pPr>
          </w:p>
          <w:p w14:paraId="0C554437" w14:textId="77777777" w:rsidR="007536A9" w:rsidRPr="00F4767A" w:rsidRDefault="007536A9" w:rsidP="007536A9">
            <w:pPr>
              <w:rPr>
                <w:rFonts w:ascii="Arial" w:hAnsi="Arial" w:cs="Arial"/>
                <w:sz w:val="20"/>
                <w:szCs w:val="20"/>
              </w:rPr>
            </w:pPr>
            <w:r w:rsidRPr="00F4767A">
              <w:rPr>
                <w:rFonts w:ascii="Arial" w:hAnsi="Arial" w:cs="Arial"/>
                <w:sz w:val="20"/>
                <w:szCs w:val="20"/>
              </w:rPr>
              <w:t xml:space="preserve">Kinderen vinden het belangrijk anderen te helpen. </w:t>
            </w:r>
          </w:p>
          <w:p w14:paraId="3E26B03F" w14:textId="77777777" w:rsidR="007536A9" w:rsidRPr="00F4767A" w:rsidRDefault="007536A9" w:rsidP="007536A9">
            <w:pPr>
              <w:rPr>
                <w:rFonts w:ascii="Arial" w:hAnsi="Arial" w:cs="Arial"/>
                <w:sz w:val="20"/>
                <w:szCs w:val="20"/>
              </w:rPr>
            </w:pPr>
          </w:p>
          <w:p w14:paraId="6D44388D" w14:textId="77777777" w:rsidR="007536A9" w:rsidRPr="00F4767A" w:rsidRDefault="007536A9" w:rsidP="007536A9">
            <w:pPr>
              <w:rPr>
                <w:rFonts w:ascii="Arial" w:hAnsi="Arial" w:cs="Arial"/>
                <w:sz w:val="20"/>
                <w:szCs w:val="20"/>
              </w:rPr>
            </w:pPr>
          </w:p>
        </w:tc>
      </w:tr>
      <w:tr w:rsidR="007536A9" w:rsidRPr="00F4767A" w14:paraId="7853FB48" w14:textId="77777777" w:rsidTr="009F1C67">
        <w:trPr>
          <w:trHeight w:val="3750"/>
        </w:trPr>
        <w:tc>
          <w:tcPr>
            <w:tcW w:w="438" w:type="pct"/>
            <w:shd w:val="clear" w:color="auto" w:fill="C0DAD8"/>
          </w:tcPr>
          <w:p w14:paraId="748DFC28" w14:textId="77777777" w:rsidR="007536A9" w:rsidRPr="00F4767A" w:rsidRDefault="007536A9" w:rsidP="007536A9">
            <w:pPr>
              <w:rPr>
                <w:rFonts w:ascii="Arial" w:hAnsi="Arial" w:cs="Arial"/>
                <w:sz w:val="20"/>
                <w:szCs w:val="20"/>
              </w:rPr>
            </w:pPr>
            <w:r w:rsidRPr="00F4767A">
              <w:rPr>
                <w:rFonts w:ascii="Arial" w:hAnsi="Arial" w:cs="Arial"/>
                <w:sz w:val="20"/>
                <w:szCs w:val="20"/>
              </w:rPr>
              <w:t>Zelfstandig denken</w:t>
            </w:r>
          </w:p>
        </w:tc>
        <w:tc>
          <w:tcPr>
            <w:tcW w:w="1760" w:type="pct"/>
            <w:shd w:val="clear" w:color="auto" w:fill="C0DAD8"/>
          </w:tcPr>
          <w:p w14:paraId="060F7B4D" w14:textId="77777777" w:rsidR="007536A9" w:rsidRPr="00F4767A" w:rsidRDefault="007536A9" w:rsidP="007536A9">
            <w:pPr>
              <w:rPr>
                <w:rFonts w:ascii="Arial" w:hAnsi="Arial" w:cs="Arial"/>
                <w:sz w:val="20"/>
                <w:szCs w:val="20"/>
              </w:rPr>
            </w:pPr>
            <w:r w:rsidRPr="00F4767A">
              <w:rPr>
                <w:rFonts w:ascii="Arial" w:hAnsi="Arial" w:cs="Arial"/>
                <w:sz w:val="20"/>
                <w:szCs w:val="20"/>
              </w:rPr>
              <w:t>Kinderen leren over hoe de Grondwet, kinder- en mensenrechten en internationale verdragen basiswaarden van de democratische rechtsstaat mogelijk maken en beschermen.</w:t>
            </w:r>
          </w:p>
          <w:p w14:paraId="1AF9FAB0" w14:textId="77777777" w:rsidR="007536A9" w:rsidRPr="00F4767A" w:rsidRDefault="007536A9" w:rsidP="007536A9">
            <w:pPr>
              <w:rPr>
                <w:rFonts w:ascii="Arial" w:hAnsi="Arial" w:cs="Arial"/>
                <w:sz w:val="20"/>
                <w:szCs w:val="20"/>
              </w:rPr>
            </w:pPr>
          </w:p>
          <w:p w14:paraId="0312F0E2" w14:textId="77777777" w:rsidR="007536A9" w:rsidRPr="00F4767A" w:rsidRDefault="007536A9" w:rsidP="007536A9">
            <w:pPr>
              <w:rPr>
                <w:rFonts w:ascii="Arial" w:hAnsi="Arial" w:cs="Arial"/>
                <w:sz w:val="20"/>
                <w:szCs w:val="20"/>
              </w:rPr>
            </w:pPr>
            <w:r w:rsidRPr="00F4767A">
              <w:rPr>
                <w:rFonts w:ascii="Arial" w:hAnsi="Arial" w:cs="Arial"/>
                <w:sz w:val="20"/>
                <w:szCs w:val="20"/>
              </w:rPr>
              <w:t>Kinderen leren hoe in een democratie macht en invloed worden uitgeoefend en wat dit betekent voor je eigen denken en handelen.</w:t>
            </w:r>
          </w:p>
          <w:p w14:paraId="08AFB166" w14:textId="77777777" w:rsidR="007536A9" w:rsidRPr="00F4767A" w:rsidRDefault="007536A9" w:rsidP="007536A9">
            <w:pPr>
              <w:rPr>
                <w:rFonts w:ascii="Arial" w:hAnsi="Arial" w:cs="Arial"/>
                <w:sz w:val="20"/>
                <w:szCs w:val="20"/>
              </w:rPr>
            </w:pPr>
          </w:p>
          <w:p w14:paraId="57353860" w14:textId="77777777" w:rsidR="007536A9" w:rsidRPr="00F4767A" w:rsidRDefault="007536A9" w:rsidP="007536A9">
            <w:pPr>
              <w:rPr>
                <w:rFonts w:ascii="Arial" w:hAnsi="Arial" w:cs="Arial"/>
                <w:sz w:val="20"/>
                <w:szCs w:val="20"/>
              </w:rPr>
            </w:pPr>
            <w:r w:rsidRPr="00F4767A">
              <w:rPr>
                <w:rFonts w:ascii="Arial" w:hAnsi="Arial" w:cs="Arial"/>
                <w:sz w:val="20"/>
                <w:szCs w:val="20"/>
              </w:rPr>
              <w:t xml:space="preserve">Kinderen leren hoe je door middel van inspraak, verkiezingen en vertegenwoordiging invloed kunt uitoefenen. </w:t>
            </w:r>
          </w:p>
        </w:tc>
        <w:tc>
          <w:tcPr>
            <w:tcW w:w="1573" w:type="pct"/>
            <w:shd w:val="clear" w:color="auto" w:fill="C0DAD8"/>
          </w:tcPr>
          <w:p w14:paraId="2FC08CB0" w14:textId="77777777" w:rsidR="007536A9" w:rsidRPr="00F4767A" w:rsidRDefault="007536A9" w:rsidP="007536A9">
            <w:pPr>
              <w:rPr>
                <w:rFonts w:ascii="Arial" w:hAnsi="Arial" w:cs="Arial"/>
                <w:sz w:val="20"/>
                <w:szCs w:val="20"/>
              </w:rPr>
            </w:pPr>
            <w:r w:rsidRPr="00F4767A">
              <w:rPr>
                <w:rFonts w:ascii="Arial" w:hAnsi="Arial" w:cs="Arial"/>
                <w:sz w:val="20"/>
                <w:szCs w:val="20"/>
              </w:rPr>
              <w:t>Kinderen kunnen redeneren over hoe vrijheid, gelijkwaardigheid en solidariteit met elkaar op gespannen voet kunnen staan.</w:t>
            </w:r>
          </w:p>
          <w:p w14:paraId="08E213FB" w14:textId="77777777" w:rsidR="007536A9" w:rsidRPr="00F4767A" w:rsidRDefault="007536A9" w:rsidP="007536A9">
            <w:pPr>
              <w:rPr>
                <w:rFonts w:ascii="Arial" w:hAnsi="Arial" w:cs="Arial"/>
                <w:sz w:val="20"/>
                <w:szCs w:val="20"/>
              </w:rPr>
            </w:pPr>
          </w:p>
          <w:p w14:paraId="64254811" w14:textId="77777777" w:rsidR="007536A9" w:rsidRPr="00F4767A" w:rsidRDefault="007536A9" w:rsidP="007536A9">
            <w:pPr>
              <w:rPr>
                <w:rFonts w:ascii="Arial" w:hAnsi="Arial" w:cs="Arial"/>
                <w:sz w:val="20"/>
                <w:szCs w:val="20"/>
              </w:rPr>
            </w:pPr>
            <w:r w:rsidRPr="00F4767A">
              <w:rPr>
                <w:rFonts w:ascii="Arial" w:hAnsi="Arial" w:cs="Arial"/>
                <w:sz w:val="20"/>
                <w:szCs w:val="20"/>
              </w:rPr>
              <w:t>Kinderen kunnen hun persoonlijke idealen en standpunten uitdrukken, luisteren naar argumenten van anderen, compromissen sluiten en omgaan met de uitkomsten van besluitvormingsprocessen.</w:t>
            </w:r>
          </w:p>
          <w:p w14:paraId="054AA3BF" w14:textId="77777777" w:rsidR="007536A9" w:rsidRPr="00F4767A" w:rsidRDefault="007536A9" w:rsidP="007536A9">
            <w:pPr>
              <w:rPr>
                <w:rFonts w:ascii="Arial" w:hAnsi="Arial" w:cs="Arial"/>
                <w:sz w:val="20"/>
                <w:szCs w:val="20"/>
              </w:rPr>
            </w:pPr>
          </w:p>
          <w:p w14:paraId="1B789B9F" w14:textId="77777777" w:rsidR="007536A9" w:rsidRPr="00F4767A" w:rsidRDefault="007536A9" w:rsidP="007536A9">
            <w:pPr>
              <w:rPr>
                <w:rFonts w:ascii="Arial" w:hAnsi="Arial" w:cs="Arial"/>
                <w:sz w:val="20"/>
                <w:szCs w:val="20"/>
              </w:rPr>
            </w:pPr>
            <w:r w:rsidRPr="00F4767A">
              <w:rPr>
                <w:rFonts w:ascii="Arial" w:hAnsi="Arial" w:cs="Arial"/>
                <w:sz w:val="20"/>
                <w:szCs w:val="20"/>
              </w:rPr>
              <w:t>Kinderen kunnen inspraak hebben in besluitvorming en kunnen reflecteren op het proces en de uitkomsten van besluitvorming.</w:t>
            </w:r>
          </w:p>
          <w:p w14:paraId="7CF6F64E" w14:textId="77777777" w:rsidR="007536A9" w:rsidRPr="00F4767A" w:rsidRDefault="007536A9" w:rsidP="007536A9">
            <w:pPr>
              <w:rPr>
                <w:rFonts w:ascii="Arial" w:hAnsi="Arial" w:cs="Arial"/>
                <w:sz w:val="20"/>
                <w:szCs w:val="20"/>
              </w:rPr>
            </w:pPr>
          </w:p>
          <w:p w14:paraId="2953FC7B" w14:textId="77777777" w:rsidR="007536A9" w:rsidRPr="00F4767A" w:rsidRDefault="007536A9" w:rsidP="007536A9">
            <w:pPr>
              <w:rPr>
                <w:rFonts w:ascii="Arial" w:hAnsi="Arial" w:cs="Arial"/>
                <w:sz w:val="20"/>
                <w:szCs w:val="20"/>
              </w:rPr>
            </w:pPr>
            <w:r w:rsidRPr="00F4767A">
              <w:rPr>
                <w:rFonts w:ascii="Arial" w:hAnsi="Arial" w:cs="Arial"/>
                <w:sz w:val="20"/>
                <w:szCs w:val="20"/>
              </w:rPr>
              <w:t xml:space="preserve">Kinderen kunnen morele afwegingen maken en kunnen reflecteren op de rol van hun eigen identiteit en waarden hierin. </w:t>
            </w:r>
          </w:p>
          <w:p w14:paraId="1609D520" w14:textId="77777777" w:rsidR="007536A9" w:rsidRPr="00F4767A" w:rsidRDefault="007536A9" w:rsidP="007536A9">
            <w:pPr>
              <w:rPr>
                <w:rFonts w:ascii="Arial" w:hAnsi="Arial" w:cs="Arial"/>
                <w:sz w:val="20"/>
                <w:szCs w:val="20"/>
              </w:rPr>
            </w:pPr>
          </w:p>
          <w:p w14:paraId="1241E952" w14:textId="77777777" w:rsidR="007536A9" w:rsidRPr="00F4767A" w:rsidRDefault="007536A9" w:rsidP="007536A9">
            <w:pPr>
              <w:rPr>
                <w:rFonts w:ascii="Arial" w:hAnsi="Arial" w:cs="Arial"/>
                <w:sz w:val="20"/>
                <w:szCs w:val="20"/>
              </w:rPr>
            </w:pPr>
            <w:r w:rsidRPr="00F4767A">
              <w:rPr>
                <w:rFonts w:ascii="Arial" w:hAnsi="Arial" w:cs="Arial"/>
                <w:sz w:val="20"/>
                <w:szCs w:val="20"/>
              </w:rPr>
              <w:t>Kinderen kunnen vanuit kennis en waarden rekening houden met henzelf, anderen en de wereld.</w:t>
            </w:r>
          </w:p>
        </w:tc>
        <w:tc>
          <w:tcPr>
            <w:tcW w:w="1229" w:type="pct"/>
            <w:shd w:val="clear" w:color="auto" w:fill="C0DAD8"/>
          </w:tcPr>
          <w:p w14:paraId="05A0A737" w14:textId="77777777" w:rsidR="007536A9" w:rsidRPr="00F4767A" w:rsidRDefault="007536A9" w:rsidP="007536A9">
            <w:pPr>
              <w:rPr>
                <w:rFonts w:ascii="Arial" w:hAnsi="Arial" w:cs="Arial"/>
                <w:sz w:val="20"/>
                <w:szCs w:val="20"/>
              </w:rPr>
            </w:pPr>
            <w:r w:rsidRPr="00F4767A">
              <w:rPr>
                <w:rFonts w:ascii="Arial" w:hAnsi="Arial" w:cs="Arial"/>
                <w:sz w:val="20"/>
                <w:szCs w:val="20"/>
              </w:rPr>
              <w:t xml:space="preserve">Kinderen hechten waarde aan kennis en begrip, voor morele afwegingen, inspraak en besluitvorming. </w:t>
            </w:r>
          </w:p>
          <w:p w14:paraId="7F3B93D6" w14:textId="77777777" w:rsidR="007536A9" w:rsidRPr="00F4767A" w:rsidRDefault="007536A9" w:rsidP="007536A9">
            <w:pPr>
              <w:rPr>
                <w:rFonts w:ascii="Arial" w:hAnsi="Arial" w:cs="Arial"/>
                <w:sz w:val="20"/>
                <w:szCs w:val="20"/>
              </w:rPr>
            </w:pPr>
          </w:p>
          <w:p w14:paraId="2BA3750D" w14:textId="77777777" w:rsidR="007536A9" w:rsidRPr="00F4767A" w:rsidRDefault="007536A9" w:rsidP="007536A9">
            <w:pPr>
              <w:rPr>
                <w:rFonts w:ascii="Arial" w:hAnsi="Arial" w:cs="Arial"/>
                <w:sz w:val="20"/>
                <w:szCs w:val="20"/>
              </w:rPr>
            </w:pPr>
            <w:r w:rsidRPr="00F4767A">
              <w:rPr>
                <w:rFonts w:ascii="Arial" w:hAnsi="Arial" w:cs="Arial"/>
                <w:sz w:val="20"/>
                <w:szCs w:val="20"/>
              </w:rPr>
              <w:t>Kinderen zijn zich bewust van hun eigen identiteit, waarden en idealen.</w:t>
            </w:r>
          </w:p>
          <w:p w14:paraId="38CE3463" w14:textId="77777777" w:rsidR="007536A9" w:rsidRPr="00F4767A" w:rsidRDefault="007536A9" w:rsidP="007536A9">
            <w:pPr>
              <w:rPr>
                <w:rFonts w:ascii="Arial" w:hAnsi="Arial" w:cs="Arial"/>
                <w:sz w:val="20"/>
                <w:szCs w:val="20"/>
              </w:rPr>
            </w:pPr>
          </w:p>
          <w:p w14:paraId="59BC8A70" w14:textId="77777777" w:rsidR="007536A9" w:rsidRPr="00F4767A" w:rsidRDefault="007536A9" w:rsidP="007536A9">
            <w:pPr>
              <w:rPr>
                <w:rFonts w:ascii="Arial" w:hAnsi="Arial" w:cs="Arial"/>
                <w:sz w:val="20"/>
                <w:szCs w:val="20"/>
              </w:rPr>
            </w:pPr>
            <w:r w:rsidRPr="00F4767A">
              <w:rPr>
                <w:rFonts w:ascii="Arial" w:hAnsi="Arial" w:cs="Arial"/>
                <w:sz w:val="20"/>
                <w:szCs w:val="20"/>
              </w:rPr>
              <w:t>Kinderen zijn zich bewust welke bijdrage zij zelf leveren aan democratisch handelen.</w:t>
            </w:r>
          </w:p>
          <w:p w14:paraId="3117C7AD" w14:textId="77777777" w:rsidR="007536A9" w:rsidRPr="00F4767A" w:rsidRDefault="007536A9" w:rsidP="007536A9">
            <w:pPr>
              <w:rPr>
                <w:rFonts w:ascii="Arial" w:hAnsi="Arial" w:cs="Arial"/>
                <w:sz w:val="20"/>
                <w:szCs w:val="20"/>
              </w:rPr>
            </w:pPr>
            <w:r w:rsidRPr="00F4767A">
              <w:rPr>
                <w:rFonts w:ascii="Arial" w:hAnsi="Arial" w:cs="Arial"/>
                <w:sz w:val="20"/>
                <w:szCs w:val="20"/>
              </w:rPr>
              <w:t xml:space="preserve"> </w:t>
            </w:r>
          </w:p>
        </w:tc>
      </w:tr>
      <w:tr w:rsidR="007536A9" w:rsidRPr="00F4767A" w14:paraId="3CE40F38" w14:textId="77777777" w:rsidTr="009F1C67">
        <w:tc>
          <w:tcPr>
            <w:tcW w:w="438" w:type="pct"/>
            <w:shd w:val="clear" w:color="auto" w:fill="A0C7C5"/>
          </w:tcPr>
          <w:p w14:paraId="48DBE547" w14:textId="77777777" w:rsidR="007536A9" w:rsidRPr="00F4767A" w:rsidRDefault="007536A9" w:rsidP="007536A9">
            <w:pPr>
              <w:rPr>
                <w:rFonts w:ascii="Arial" w:hAnsi="Arial" w:cs="Arial"/>
                <w:b/>
                <w:bCs/>
                <w:sz w:val="20"/>
                <w:szCs w:val="20"/>
              </w:rPr>
            </w:pPr>
            <w:r w:rsidRPr="00F4767A">
              <w:rPr>
                <w:rFonts w:ascii="Arial" w:hAnsi="Arial" w:cs="Arial"/>
                <w:b/>
                <w:bCs/>
                <w:sz w:val="20"/>
                <w:szCs w:val="20"/>
              </w:rPr>
              <w:t>Maatschappelijk verantwoordelijk-heidsbesef</w:t>
            </w:r>
          </w:p>
          <w:p w14:paraId="36F7B2D4" w14:textId="77777777" w:rsidR="007536A9" w:rsidRPr="00F4767A" w:rsidRDefault="007536A9" w:rsidP="007536A9">
            <w:pPr>
              <w:rPr>
                <w:rFonts w:ascii="Arial" w:hAnsi="Arial" w:cs="Arial"/>
                <w:sz w:val="20"/>
                <w:szCs w:val="20"/>
              </w:rPr>
            </w:pPr>
          </w:p>
        </w:tc>
        <w:tc>
          <w:tcPr>
            <w:tcW w:w="1760" w:type="pct"/>
            <w:shd w:val="clear" w:color="auto" w:fill="A0C7C5"/>
          </w:tcPr>
          <w:p w14:paraId="57944748" w14:textId="77777777" w:rsidR="007536A9" w:rsidRPr="00F4767A" w:rsidRDefault="007536A9" w:rsidP="007536A9">
            <w:pPr>
              <w:rPr>
                <w:rFonts w:ascii="Arial" w:hAnsi="Arial" w:cs="Arial"/>
                <w:sz w:val="20"/>
                <w:szCs w:val="20"/>
              </w:rPr>
            </w:pPr>
            <w:r w:rsidRPr="00F4767A">
              <w:rPr>
                <w:rFonts w:ascii="Arial" w:hAnsi="Arial" w:cs="Arial"/>
                <w:sz w:val="20"/>
                <w:szCs w:val="20"/>
              </w:rPr>
              <w:t xml:space="preserve">Kinderen leren welke belangen en perspectieven een rol spelen binnen actuele, maatschappelijke en duurzaamheidsvraagstukken. </w:t>
            </w:r>
          </w:p>
          <w:p w14:paraId="6E7F6DF2" w14:textId="77777777" w:rsidR="007536A9" w:rsidRPr="00F4767A" w:rsidRDefault="007536A9" w:rsidP="007536A9">
            <w:pPr>
              <w:rPr>
                <w:rFonts w:ascii="Arial" w:hAnsi="Arial" w:cs="Arial"/>
                <w:sz w:val="20"/>
                <w:szCs w:val="20"/>
              </w:rPr>
            </w:pPr>
          </w:p>
          <w:p w14:paraId="29A9C01F" w14:textId="77777777" w:rsidR="007536A9" w:rsidRPr="00F4767A" w:rsidRDefault="007536A9" w:rsidP="007536A9">
            <w:pPr>
              <w:rPr>
                <w:rFonts w:ascii="Arial" w:hAnsi="Arial" w:cs="Arial"/>
                <w:sz w:val="20"/>
                <w:szCs w:val="20"/>
              </w:rPr>
            </w:pPr>
            <w:r w:rsidRPr="00F4767A">
              <w:rPr>
                <w:rFonts w:ascii="Arial" w:hAnsi="Arial" w:cs="Arial"/>
                <w:sz w:val="20"/>
                <w:szCs w:val="20"/>
              </w:rPr>
              <w:t>Kinderen leren over maatschappelijke initiatieven, bewegingen en organisaties en de middelen die zij aanwenden om bij te dragen aan de samenleving of veranderingen in de samenleving teweeg te brengen.</w:t>
            </w:r>
          </w:p>
          <w:p w14:paraId="703C2B9E" w14:textId="77777777" w:rsidR="007536A9" w:rsidRPr="00F4767A" w:rsidRDefault="007536A9" w:rsidP="007536A9">
            <w:pPr>
              <w:rPr>
                <w:rFonts w:ascii="Arial" w:hAnsi="Arial" w:cs="Arial"/>
                <w:sz w:val="20"/>
                <w:szCs w:val="20"/>
              </w:rPr>
            </w:pPr>
          </w:p>
          <w:p w14:paraId="4F623BBE" w14:textId="77777777" w:rsidR="007536A9" w:rsidRPr="00F4767A" w:rsidRDefault="007536A9" w:rsidP="007536A9">
            <w:pPr>
              <w:rPr>
                <w:rFonts w:ascii="Arial" w:hAnsi="Arial" w:cs="Arial"/>
                <w:sz w:val="20"/>
                <w:szCs w:val="20"/>
              </w:rPr>
            </w:pPr>
            <w:r w:rsidRPr="00F4767A">
              <w:rPr>
                <w:rFonts w:ascii="Arial" w:hAnsi="Arial" w:cs="Arial"/>
                <w:sz w:val="20"/>
                <w:szCs w:val="20"/>
              </w:rPr>
              <w:t>Kinderen leren over taken, rollen, rechten en plichten van henzelf en anderen in de samenleving.</w:t>
            </w:r>
          </w:p>
          <w:p w14:paraId="069ABEDF" w14:textId="77777777" w:rsidR="007536A9" w:rsidRPr="00F4767A" w:rsidRDefault="007536A9" w:rsidP="007536A9">
            <w:pPr>
              <w:rPr>
                <w:rFonts w:ascii="Arial" w:hAnsi="Arial" w:cs="Arial"/>
                <w:sz w:val="20"/>
                <w:szCs w:val="20"/>
              </w:rPr>
            </w:pPr>
          </w:p>
          <w:p w14:paraId="79991220" w14:textId="77777777" w:rsidR="007536A9" w:rsidRPr="00F4767A" w:rsidRDefault="007536A9" w:rsidP="007536A9">
            <w:pPr>
              <w:rPr>
                <w:rFonts w:ascii="Arial" w:hAnsi="Arial" w:cs="Arial"/>
                <w:sz w:val="20"/>
                <w:szCs w:val="20"/>
              </w:rPr>
            </w:pPr>
            <w:r w:rsidRPr="00F4767A">
              <w:rPr>
                <w:rFonts w:ascii="Arial" w:hAnsi="Arial" w:cs="Arial"/>
                <w:sz w:val="20"/>
                <w:szCs w:val="20"/>
              </w:rPr>
              <w:t>Kinderen leren over individuele en collectieve bijdragen aan een harmonieuze, vredige, betere wereld.</w:t>
            </w:r>
          </w:p>
          <w:p w14:paraId="005960C5" w14:textId="77777777" w:rsidR="007536A9" w:rsidRPr="00F4767A" w:rsidRDefault="007536A9" w:rsidP="007536A9">
            <w:pPr>
              <w:rPr>
                <w:rFonts w:ascii="Arial" w:hAnsi="Arial" w:cs="Arial"/>
                <w:sz w:val="20"/>
                <w:szCs w:val="20"/>
              </w:rPr>
            </w:pPr>
          </w:p>
        </w:tc>
        <w:tc>
          <w:tcPr>
            <w:tcW w:w="1573" w:type="pct"/>
            <w:shd w:val="clear" w:color="auto" w:fill="A0C7C5"/>
          </w:tcPr>
          <w:p w14:paraId="7FE224E1" w14:textId="77777777" w:rsidR="007536A9" w:rsidRPr="00F4767A" w:rsidRDefault="007536A9" w:rsidP="007536A9">
            <w:pPr>
              <w:rPr>
                <w:rFonts w:ascii="Arial" w:hAnsi="Arial" w:cs="Arial"/>
                <w:sz w:val="20"/>
                <w:szCs w:val="20"/>
              </w:rPr>
            </w:pPr>
            <w:r w:rsidRPr="00F4767A">
              <w:rPr>
                <w:rFonts w:ascii="Arial" w:hAnsi="Arial" w:cs="Arial"/>
                <w:sz w:val="20"/>
                <w:szCs w:val="20"/>
              </w:rPr>
              <w:t xml:space="preserve">Kinderen kunnen op basis van morele en ethische perspectieven, hun handelen rechtvaardig en verantwoordelijk vormgeven. </w:t>
            </w:r>
          </w:p>
          <w:p w14:paraId="21ADB83D" w14:textId="77777777" w:rsidR="007536A9" w:rsidRPr="00F4767A" w:rsidRDefault="007536A9" w:rsidP="007536A9">
            <w:pPr>
              <w:rPr>
                <w:rFonts w:ascii="Arial" w:hAnsi="Arial" w:cs="Arial"/>
                <w:sz w:val="20"/>
                <w:szCs w:val="20"/>
              </w:rPr>
            </w:pPr>
          </w:p>
          <w:p w14:paraId="2081BEA0" w14:textId="77777777" w:rsidR="007536A9" w:rsidRPr="00F4767A" w:rsidRDefault="007536A9" w:rsidP="007536A9">
            <w:pPr>
              <w:rPr>
                <w:rFonts w:ascii="Arial" w:hAnsi="Arial" w:cs="Arial"/>
                <w:sz w:val="20"/>
                <w:szCs w:val="20"/>
              </w:rPr>
            </w:pPr>
            <w:r w:rsidRPr="00F4767A">
              <w:rPr>
                <w:rFonts w:ascii="Arial" w:hAnsi="Arial" w:cs="Arial"/>
                <w:sz w:val="20"/>
                <w:szCs w:val="20"/>
              </w:rPr>
              <w:t xml:space="preserve">Kinderen kunnen binnen hun eigen mogelijkheden bijdragen en zelf vormgeven aan de samenleving.  </w:t>
            </w:r>
          </w:p>
          <w:p w14:paraId="2C7AB806" w14:textId="77777777" w:rsidR="007536A9" w:rsidRPr="00F4767A" w:rsidRDefault="007536A9" w:rsidP="007536A9">
            <w:pPr>
              <w:rPr>
                <w:rFonts w:ascii="Arial" w:hAnsi="Arial" w:cs="Arial"/>
                <w:sz w:val="20"/>
                <w:szCs w:val="20"/>
              </w:rPr>
            </w:pPr>
          </w:p>
          <w:p w14:paraId="7AF284FC" w14:textId="77777777" w:rsidR="007536A9" w:rsidRPr="00F4767A" w:rsidRDefault="007536A9" w:rsidP="007536A9">
            <w:pPr>
              <w:rPr>
                <w:rFonts w:ascii="Arial" w:hAnsi="Arial" w:cs="Arial"/>
                <w:sz w:val="20"/>
                <w:szCs w:val="20"/>
              </w:rPr>
            </w:pPr>
            <w:r w:rsidRPr="00F4767A">
              <w:rPr>
                <w:rFonts w:ascii="Arial" w:hAnsi="Arial" w:cs="Arial"/>
                <w:sz w:val="20"/>
                <w:szCs w:val="20"/>
              </w:rPr>
              <w:t>Kinderen kunnen zorgdragen voor hun omgeving.</w:t>
            </w:r>
          </w:p>
          <w:p w14:paraId="44E4AA56" w14:textId="77777777" w:rsidR="007536A9" w:rsidRPr="00F4767A" w:rsidRDefault="007536A9" w:rsidP="007536A9">
            <w:pPr>
              <w:rPr>
                <w:rFonts w:ascii="Arial" w:hAnsi="Arial" w:cs="Arial"/>
                <w:sz w:val="20"/>
                <w:szCs w:val="20"/>
              </w:rPr>
            </w:pPr>
          </w:p>
        </w:tc>
        <w:tc>
          <w:tcPr>
            <w:tcW w:w="1229" w:type="pct"/>
            <w:shd w:val="clear" w:color="auto" w:fill="A0C7C5"/>
          </w:tcPr>
          <w:p w14:paraId="13678993" w14:textId="77777777" w:rsidR="007536A9" w:rsidRPr="00F4767A" w:rsidRDefault="007536A9" w:rsidP="007536A9">
            <w:pPr>
              <w:rPr>
                <w:rFonts w:ascii="Arial" w:hAnsi="Arial" w:cs="Arial"/>
                <w:sz w:val="20"/>
                <w:szCs w:val="20"/>
              </w:rPr>
            </w:pPr>
            <w:r w:rsidRPr="00F4767A">
              <w:rPr>
                <w:rFonts w:ascii="Arial" w:hAnsi="Arial" w:cs="Arial"/>
                <w:sz w:val="20"/>
                <w:szCs w:val="20"/>
              </w:rPr>
              <w:t>Kinderen respecteren de wereld om hen heen.</w:t>
            </w:r>
          </w:p>
          <w:p w14:paraId="06158833" w14:textId="77777777" w:rsidR="007536A9" w:rsidRPr="00F4767A" w:rsidRDefault="007536A9" w:rsidP="007536A9">
            <w:pPr>
              <w:rPr>
                <w:rFonts w:ascii="Arial" w:hAnsi="Arial" w:cs="Arial"/>
                <w:sz w:val="20"/>
                <w:szCs w:val="20"/>
              </w:rPr>
            </w:pPr>
          </w:p>
          <w:p w14:paraId="0316BE0F" w14:textId="77777777" w:rsidR="007536A9" w:rsidRPr="00F4767A" w:rsidRDefault="007536A9" w:rsidP="007536A9">
            <w:pPr>
              <w:rPr>
                <w:rFonts w:ascii="Arial" w:hAnsi="Arial" w:cs="Arial"/>
                <w:sz w:val="20"/>
                <w:szCs w:val="20"/>
              </w:rPr>
            </w:pPr>
            <w:r w:rsidRPr="00F4767A">
              <w:rPr>
                <w:rFonts w:ascii="Arial" w:hAnsi="Arial" w:cs="Arial"/>
                <w:sz w:val="20"/>
                <w:szCs w:val="20"/>
              </w:rPr>
              <w:t xml:space="preserve">Kinderen zijn zich bewust van het belang van hun betrokkenheid bij de wereld om hen heen. </w:t>
            </w:r>
          </w:p>
          <w:p w14:paraId="1A85FB66" w14:textId="77777777" w:rsidR="007536A9" w:rsidRPr="00F4767A" w:rsidRDefault="007536A9" w:rsidP="007536A9">
            <w:pPr>
              <w:rPr>
                <w:rFonts w:ascii="Arial" w:hAnsi="Arial" w:cs="Arial"/>
                <w:sz w:val="20"/>
                <w:szCs w:val="20"/>
              </w:rPr>
            </w:pPr>
            <w:r w:rsidRPr="00F4767A">
              <w:rPr>
                <w:rFonts w:ascii="Arial" w:hAnsi="Arial" w:cs="Arial"/>
                <w:sz w:val="20"/>
                <w:szCs w:val="20"/>
              </w:rPr>
              <w:t>Kinderen zijn zich bewust van hun eigen (toekomstige) mogelijkheden in het vormen van een harmonieuze, vredige, betere wereld.</w:t>
            </w:r>
          </w:p>
          <w:p w14:paraId="210A4982" w14:textId="77777777" w:rsidR="007536A9" w:rsidRPr="00F4767A" w:rsidRDefault="007536A9" w:rsidP="007536A9">
            <w:pPr>
              <w:rPr>
                <w:rFonts w:ascii="Arial" w:hAnsi="Arial" w:cs="Arial"/>
                <w:sz w:val="20"/>
                <w:szCs w:val="20"/>
              </w:rPr>
            </w:pPr>
          </w:p>
          <w:p w14:paraId="22B2B55A" w14:textId="77777777" w:rsidR="007536A9" w:rsidRPr="00F4767A" w:rsidRDefault="007536A9" w:rsidP="007536A9">
            <w:pPr>
              <w:rPr>
                <w:rFonts w:ascii="Arial" w:hAnsi="Arial" w:cs="Arial"/>
                <w:sz w:val="20"/>
                <w:szCs w:val="20"/>
              </w:rPr>
            </w:pPr>
            <w:r w:rsidRPr="00F4767A">
              <w:rPr>
                <w:rFonts w:ascii="Arial" w:hAnsi="Arial" w:cs="Arial"/>
                <w:sz w:val="20"/>
                <w:szCs w:val="20"/>
              </w:rPr>
              <w:t xml:space="preserve">Kinderen hebben vertrouwen in een harmonieuze, vredige, betere wereld. </w:t>
            </w:r>
          </w:p>
        </w:tc>
      </w:tr>
      <w:tr w:rsidR="007536A9" w:rsidRPr="00F4767A" w14:paraId="21983818" w14:textId="77777777" w:rsidTr="00D45D12">
        <w:trPr>
          <w:trHeight w:val="560"/>
        </w:trPr>
        <w:tc>
          <w:tcPr>
            <w:tcW w:w="438" w:type="pct"/>
            <w:shd w:val="clear" w:color="auto" w:fill="487B77"/>
          </w:tcPr>
          <w:p w14:paraId="1428A2CD" w14:textId="77777777" w:rsidR="007536A9" w:rsidRPr="00F4767A" w:rsidRDefault="007536A9" w:rsidP="007536A9">
            <w:pPr>
              <w:rPr>
                <w:rFonts w:ascii="Arial" w:hAnsi="Arial" w:cs="Arial"/>
                <w:b/>
                <w:bCs/>
                <w:sz w:val="20"/>
                <w:szCs w:val="20"/>
              </w:rPr>
            </w:pPr>
            <w:r w:rsidRPr="00F4767A">
              <w:rPr>
                <w:rFonts w:ascii="Arial" w:hAnsi="Arial" w:cs="Arial"/>
                <w:b/>
                <w:bCs/>
                <w:sz w:val="20"/>
                <w:szCs w:val="20"/>
              </w:rPr>
              <w:t>Schooleigen focuspunt</w:t>
            </w:r>
          </w:p>
        </w:tc>
        <w:tc>
          <w:tcPr>
            <w:tcW w:w="1760" w:type="pct"/>
            <w:shd w:val="clear" w:color="auto" w:fill="487B77"/>
          </w:tcPr>
          <w:p w14:paraId="75FA4293" w14:textId="77777777" w:rsidR="007536A9" w:rsidRPr="00F4767A" w:rsidRDefault="007536A9" w:rsidP="007536A9">
            <w:pPr>
              <w:rPr>
                <w:rFonts w:ascii="Arial" w:hAnsi="Arial" w:cs="Arial"/>
                <w:sz w:val="20"/>
                <w:szCs w:val="20"/>
              </w:rPr>
            </w:pPr>
          </w:p>
        </w:tc>
        <w:tc>
          <w:tcPr>
            <w:tcW w:w="1573" w:type="pct"/>
            <w:shd w:val="clear" w:color="auto" w:fill="487B77"/>
          </w:tcPr>
          <w:p w14:paraId="1CD8F2C5" w14:textId="77777777" w:rsidR="007536A9" w:rsidRPr="00F4767A" w:rsidRDefault="007536A9" w:rsidP="007536A9">
            <w:pPr>
              <w:rPr>
                <w:rFonts w:ascii="Arial" w:hAnsi="Arial" w:cs="Arial"/>
                <w:sz w:val="20"/>
                <w:szCs w:val="20"/>
              </w:rPr>
            </w:pPr>
          </w:p>
        </w:tc>
        <w:tc>
          <w:tcPr>
            <w:tcW w:w="1229" w:type="pct"/>
            <w:shd w:val="clear" w:color="auto" w:fill="487B77"/>
          </w:tcPr>
          <w:p w14:paraId="49E642A9" w14:textId="77777777" w:rsidR="007536A9" w:rsidRPr="00F4767A" w:rsidRDefault="007536A9" w:rsidP="007536A9">
            <w:pPr>
              <w:rPr>
                <w:rFonts w:ascii="Arial" w:hAnsi="Arial" w:cs="Arial"/>
                <w:sz w:val="20"/>
                <w:szCs w:val="20"/>
              </w:rPr>
            </w:pPr>
          </w:p>
        </w:tc>
      </w:tr>
    </w:tbl>
    <w:p w14:paraId="67ACBD5E" w14:textId="1947B5E5" w:rsidR="007536A9" w:rsidRPr="00F4767A" w:rsidRDefault="00D45D12" w:rsidP="007536A9">
      <w:pPr>
        <w:spacing w:after="160" w:line="259" w:lineRule="auto"/>
        <w:rPr>
          <w:rFonts w:ascii="Arial" w:eastAsia="Century Gothic" w:hAnsi="Arial" w:cs="Arial"/>
          <w:i/>
          <w:iCs/>
          <w:kern w:val="2"/>
          <w:sz w:val="20"/>
          <w:szCs w:val="20"/>
          <w:lang w:val="nl-NL"/>
          <w14:ligatures w14:val="standardContextual"/>
        </w:rPr>
      </w:pPr>
      <w:r w:rsidRPr="00F4767A">
        <w:rPr>
          <w:rFonts w:ascii="Arial" w:eastAsia="Century Gothic" w:hAnsi="Arial" w:cs="Arial"/>
          <w:i/>
          <w:iCs/>
          <w:kern w:val="2"/>
          <w:sz w:val="20"/>
          <w:szCs w:val="20"/>
          <w:lang w:val="nl-NL"/>
          <w14:ligatures w14:val="standardContextual"/>
        </w:rPr>
        <w:t xml:space="preserve">Noot: Deze doelen zijn ontwikkeld met behulp van de definitieve conceptkerndoelen voor </w:t>
      </w:r>
      <w:proofErr w:type="gramStart"/>
      <w:r w:rsidRPr="00F4767A">
        <w:rPr>
          <w:rFonts w:ascii="Arial" w:eastAsia="Century Gothic" w:hAnsi="Arial" w:cs="Arial"/>
          <w:i/>
          <w:iCs/>
          <w:kern w:val="2"/>
          <w:sz w:val="20"/>
          <w:szCs w:val="20"/>
          <w:lang w:val="nl-NL"/>
          <w14:ligatures w14:val="standardContextual"/>
        </w:rPr>
        <w:t>het po</w:t>
      </w:r>
      <w:proofErr w:type="gramEnd"/>
      <w:r w:rsidRPr="00F4767A">
        <w:rPr>
          <w:rFonts w:ascii="Arial" w:eastAsia="Century Gothic" w:hAnsi="Arial" w:cs="Arial"/>
          <w:i/>
          <w:iCs/>
          <w:kern w:val="2"/>
          <w:sz w:val="20"/>
          <w:szCs w:val="20"/>
          <w:lang w:val="nl-NL"/>
          <w14:ligatures w14:val="standardContextual"/>
        </w:rPr>
        <w:t xml:space="preserve"> (SLO, 2025a) en enkel bedoeld ter inspiratie.</w:t>
      </w:r>
    </w:p>
    <w:p w14:paraId="0744A036" w14:textId="77777777" w:rsidR="007536A9" w:rsidRPr="00F4767A" w:rsidRDefault="007536A9">
      <w:pPr>
        <w:rPr>
          <w:rFonts w:ascii="Fresco Std Normal" w:hAnsi="Fresco Std Normal"/>
          <w:noProof/>
          <w:lang w:val="nl-NL"/>
        </w:rPr>
      </w:pPr>
    </w:p>
    <w:p w14:paraId="48F80FEA" w14:textId="77777777" w:rsidR="007536A9" w:rsidRPr="00F4767A" w:rsidRDefault="007536A9">
      <w:pPr>
        <w:rPr>
          <w:rFonts w:ascii="Fresco Std Normal" w:hAnsi="Fresco Std Normal"/>
          <w:lang w:val="nl-NL"/>
        </w:rPr>
      </w:pPr>
    </w:p>
    <w:p w14:paraId="5FFB5ACC" w14:textId="77777777" w:rsidR="008419D5" w:rsidRPr="00F4767A" w:rsidRDefault="008419D5" w:rsidP="001D7513">
      <w:pPr>
        <w:rPr>
          <w:rFonts w:ascii="Fresco Std Normal" w:hAnsi="Fresco Std Normal"/>
          <w:noProof/>
          <w:lang w:val="nl-NL"/>
        </w:rPr>
      </w:pPr>
    </w:p>
    <w:p w14:paraId="01767001" w14:textId="77777777" w:rsidR="008419D5" w:rsidRPr="00F4767A" w:rsidRDefault="008419D5" w:rsidP="001D7513">
      <w:pPr>
        <w:rPr>
          <w:rFonts w:ascii="Fresco Std Normal" w:hAnsi="Fresco Std Normal"/>
          <w:noProof/>
          <w:lang w:val="nl-NL"/>
        </w:rPr>
      </w:pPr>
    </w:p>
    <w:p w14:paraId="67A3F3BE" w14:textId="77777777" w:rsidR="00751347" w:rsidRPr="00F4767A" w:rsidRDefault="00751347">
      <w:pPr>
        <w:rPr>
          <w:rFonts w:ascii="Arial" w:hAnsi="Arial" w:cs="Arial"/>
          <w:b/>
          <w:bCs/>
          <w:sz w:val="20"/>
          <w:szCs w:val="20"/>
          <w:lang w:val="nl-NL"/>
        </w:rPr>
      </w:pPr>
      <w:bookmarkStart w:id="7" w:name="_Toc214525232"/>
      <w:r w:rsidRPr="00F4767A">
        <w:rPr>
          <w:rFonts w:ascii="Arial" w:hAnsi="Arial" w:cs="Arial"/>
          <w:b/>
          <w:bCs/>
          <w:sz w:val="20"/>
          <w:szCs w:val="20"/>
          <w:lang w:val="nl-NL"/>
        </w:rPr>
        <w:br w:type="page"/>
      </w:r>
    </w:p>
    <w:p w14:paraId="61501BE4" w14:textId="36E76F41" w:rsidR="008419D5" w:rsidRPr="00F4767A" w:rsidRDefault="008419D5" w:rsidP="009901A3">
      <w:pPr>
        <w:pStyle w:val="Geenafstand"/>
        <w:rPr>
          <w:rFonts w:ascii="Arial" w:hAnsi="Arial" w:cs="Arial"/>
          <w:b/>
          <w:bCs/>
          <w:sz w:val="20"/>
          <w:szCs w:val="20"/>
          <w:lang w:val="nl-NL"/>
        </w:rPr>
      </w:pPr>
      <w:r w:rsidRPr="00F4767A">
        <w:rPr>
          <w:rFonts w:ascii="Arial" w:hAnsi="Arial" w:cs="Arial"/>
          <w:b/>
          <w:bCs/>
          <w:sz w:val="20"/>
          <w:szCs w:val="20"/>
          <w:lang w:val="nl-NL"/>
        </w:rPr>
        <w:lastRenderedPageBreak/>
        <w:t>Tabel 7</w:t>
      </w:r>
    </w:p>
    <w:p w14:paraId="594AF72F" w14:textId="0C83C9F5" w:rsidR="008419D5" w:rsidRPr="00F4767A" w:rsidRDefault="009F1C67" w:rsidP="00D0184A">
      <w:pPr>
        <w:pStyle w:val="Kop1"/>
        <w:spacing w:before="0" w:line="240" w:lineRule="auto"/>
        <w:rPr>
          <w:rFonts w:ascii="Arial" w:hAnsi="Arial" w:cs="Arial"/>
          <w:b w:val="0"/>
          <w:i/>
          <w:color w:val="auto"/>
          <w:sz w:val="20"/>
          <w:szCs w:val="20"/>
          <w:lang w:val="nl-NL"/>
        </w:rPr>
      </w:pPr>
      <w:bookmarkStart w:id="8" w:name="_Toc218262329"/>
      <w:bookmarkEnd w:id="7"/>
      <w:r w:rsidRPr="00F4767A">
        <w:rPr>
          <w:rFonts w:ascii="Arial" w:hAnsi="Arial" w:cs="Arial"/>
          <w:b w:val="0"/>
          <w:i/>
          <w:color w:val="auto"/>
          <w:sz w:val="20"/>
          <w:szCs w:val="20"/>
          <w:lang w:val="nl-NL"/>
        </w:rPr>
        <w:t>Suggestie voor het opbouwen van het burgerschapsonderwijs over verschillende bouwen met ruimte</w:t>
      </w:r>
      <w:r w:rsidR="00751347" w:rsidRPr="00F4767A">
        <w:rPr>
          <w:rFonts w:ascii="Arial" w:hAnsi="Arial" w:cs="Arial"/>
          <w:b w:val="0"/>
          <w:i/>
          <w:color w:val="auto"/>
          <w:sz w:val="20"/>
          <w:szCs w:val="20"/>
          <w:lang w:val="nl-NL"/>
        </w:rPr>
        <w:t xml:space="preserve"> </w:t>
      </w:r>
      <w:r w:rsidRPr="00F4767A">
        <w:rPr>
          <w:rFonts w:ascii="Arial" w:hAnsi="Arial" w:cs="Arial"/>
          <w:b w:val="0"/>
          <w:i/>
          <w:color w:val="auto"/>
          <w:sz w:val="20"/>
          <w:szCs w:val="20"/>
          <w:lang w:val="nl-NL"/>
        </w:rPr>
        <w:t>voor het invullen van aanbod passend bij een oefenplaats- en curriculaire benadering.</w:t>
      </w:r>
      <w:bookmarkEnd w:id="8"/>
    </w:p>
    <w:p w14:paraId="0E70FED4" w14:textId="77777777" w:rsidR="002B4A49" w:rsidRPr="00F4767A" w:rsidRDefault="002B4A49" w:rsidP="00F4767A">
      <w:pPr>
        <w:pStyle w:val="Geenafstand"/>
        <w:rPr>
          <w:lang w:val="nl-NL"/>
        </w:rPr>
      </w:pPr>
    </w:p>
    <w:tbl>
      <w:tblPr>
        <w:tblStyle w:val="Tabelraster4"/>
        <w:tblW w:w="5000" w:type="pct"/>
        <w:tblLook w:val="04A0" w:firstRow="1" w:lastRow="0" w:firstColumn="1" w:lastColumn="0" w:noHBand="0" w:noVBand="1"/>
      </w:tblPr>
      <w:tblGrid>
        <w:gridCol w:w="1364"/>
        <w:gridCol w:w="10671"/>
        <w:gridCol w:w="5165"/>
        <w:gridCol w:w="5161"/>
      </w:tblGrid>
      <w:tr w:rsidR="008419D5" w:rsidRPr="00F4767A" w14:paraId="51A55FF7" w14:textId="77777777" w:rsidTr="009F1C67">
        <w:trPr>
          <w:trHeight w:val="354"/>
        </w:trPr>
        <w:tc>
          <w:tcPr>
            <w:tcW w:w="305" w:type="pct"/>
            <w:shd w:val="clear" w:color="auto" w:fill="487B77"/>
            <w:vAlign w:val="center"/>
          </w:tcPr>
          <w:p w14:paraId="2BF99B7E" w14:textId="77777777" w:rsidR="008419D5" w:rsidRPr="00F4767A" w:rsidRDefault="008419D5" w:rsidP="008419D5">
            <w:pPr>
              <w:rPr>
                <w:rFonts w:ascii="Arial" w:hAnsi="Arial" w:cs="Arial"/>
                <w:b/>
                <w:bCs/>
                <w:color w:val="FFFFFF"/>
                <w:sz w:val="20"/>
                <w:szCs w:val="20"/>
              </w:rPr>
            </w:pPr>
            <w:r w:rsidRPr="00F4767A">
              <w:rPr>
                <w:rFonts w:ascii="Arial" w:hAnsi="Arial" w:cs="Arial"/>
                <w:b/>
                <w:bCs/>
                <w:color w:val="FFFFFF"/>
                <w:sz w:val="20"/>
                <w:szCs w:val="20"/>
              </w:rPr>
              <w:t>Bouw</w:t>
            </w:r>
          </w:p>
        </w:tc>
        <w:tc>
          <w:tcPr>
            <w:tcW w:w="2386" w:type="pct"/>
            <w:shd w:val="clear" w:color="auto" w:fill="487B77"/>
            <w:vAlign w:val="center"/>
          </w:tcPr>
          <w:p w14:paraId="21CF0D50" w14:textId="77777777" w:rsidR="008419D5" w:rsidRPr="00F4767A" w:rsidRDefault="008419D5" w:rsidP="008419D5">
            <w:pPr>
              <w:rPr>
                <w:rFonts w:ascii="Arial" w:hAnsi="Arial" w:cs="Arial"/>
                <w:b/>
                <w:bCs/>
                <w:color w:val="FFFFFF"/>
                <w:sz w:val="20"/>
                <w:szCs w:val="20"/>
              </w:rPr>
            </w:pPr>
            <w:r w:rsidRPr="00F4767A">
              <w:rPr>
                <w:rFonts w:ascii="Arial" w:hAnsi="Arial" w:cs="Arial"/>
                <w:b/>
                <w:bCs/>
                <w:color w:val="FFFFFF"/>
                <w:sz w:val="20"/>
                <w:szCs w:val="20"/>
              </w:rPr>
              <w:t>Opbouw</w:t>
            </w:r>
          </w:p>
        </w:tc>
        <w:tc>
          <w:tcPr>
            <w:tcW w:w="1155" w:type="pct"/>
            <w:shd w:val="clear" w:color="auto" w:fill="487B77"/>
            <w:vAlign w:val="center"/>
          </w:tcPr>
          <w:p w14:paraId="1F3E760E" w14:textId="77777777" w:rsidR="008419D5" w:rsidRPr="00F4767A" w:rsidRDefault="008419D5" w:rsidP="008419D5">
            <w:pPr>
              <w:rPr>
                <w:rFonts w:ascii="Arial" w:hAnsi="Arial" w:cs="Arial"/>
                <w:b/>
                <w:bCs/>
                <w:color w:val="FFFFFF"/>
                <w:sz w:val="20"/>
                <w:szCs w:val="20"/>
              </w:rPr>
            </w:pPr>
            <w:r w:rsidRPr="00F4767A">
              <w:rPr>
                <w:rFonts w:ascii="Arial" w:hAnsi="Arial" w:cs="Arial"/>
                <w:b/>
                <w:bCs/>
                <w:color w:val="FFFFFF"/>
                <w:sz w:val="20"/>
                <w:szCs w:val="20"/>
              </w:rPr>
              <w:t>Oefenplaatsbenadering</w:t>
            </w:r>
          </w:p>
        </w:tc>
        <w:tc>
          <w:tcPr>
            <w:tcW w:w="1155" w:type="pct"/>
            <w:shd w:val="clear" w:color="auto" w:fill="487B77"/>
            <w:vAlign w:val="center"/>
          </w:tcPr>
          <w:p w14:paraId="3A43AF35" w14:textId="77777777" w:rsidR="008419D5" w:rsidRPr="00F4767A" w:rsidRDefault="008419D5" w:rsidP="008419D5">
            <w:pPr>
              <w:rPr>
                <w:rFonts w:ascii="Arial" w:hAnsi="Arial" w:cs="Arial"/>
                <w:b/>
                <w:bCs/>
                <w:color w:val="FFFFFF"/>
                <w:sz w:val="20"/>
                <w:szCs w:val="20"/>
              </w:rPr>
            </w:pPr>
            <w:r w:rsidRPr="00F4767A">
              <w:rPr>
                <w:rFonts w:ascii="Arial" w:hAnsi="Arial" w:cs="Arial"/>
                <w:b/>
                <w:bCs/>
                <w:color w:val="FFFFFF"/>
                <w:sz w:val="20"/>
                <w:szCs w:val="20"/>
              </w:rPr>
              <w:t>Curriculaire benadering</w:t>
            </w:r>
          </w:p>
        </w:tc>
      </w:tr>
      <w:tr w:rsidR="008419D5" w:rsidRPr="00F4767A" w14:paraId="02DD19C2" w14:textId="77777777" w:rsidTr="008419D5">
        <w:trPr>
          <w:trHeight w:val="567"/>
        </w:trPr>
        <w:tc>
          <w:tcPr>
            <w:tcW w:w="305" w:type="pct"/>
            <w:shd w:val="clear" w:color="auto" w:fill="C0DAD8"/>
          </w:tcPr>
          <w:p w14:paraId="505F6D28" w14:textId="77777777" w:rsidR="008419D5" w:rsidRPr="00F4767A" w:rsidRDefault="008419D5" w:rsidP="008419D5">
            <w:pPr>
              <w:rPr>
                <w:rFonts w:ascii="Arial" w:hAnsi="Arial" w:cs="Arial"/>
                <w:sz w:val="20"/>
                <w:szCs w:val="20"/>
              </w:rPr>
            </w:pPr>
            <w:proofErr w:type="gramStart"/>
            <w:r w:rsidRPr="00F4767A">
              <w:rPr>
                <w:rFonts w:ascii="Arial" w:hAnsi="Arial" w:cs="Arial"/>
                <w:sz w:val="20"/>
                <w:szCs w:val="20"/>
              </w:rPr>
              <w:t>po</w:t>
            </w:r>
            <w:proofErr w:type="gramEnd"/>
            <w:r w:rsidRPr="00F4767A">
              <w:rPr>
                <w:rFonts w:ascii="Arial" w:hAnsi="Arial" w:cs="Arial"/>
                <w:sz w:val="20"/>
                <w:szCs w:val="20"/>
              </w:rPr>
              <w:t xml:space="preserve"> OB</w:t>
            </w:r>
          </w:p>
        </w:tc>
        <w:tc>
          <w:tcPr>
            <w:tcW w:w="2386" w:type="pct"/>
            <w:shd w:val="clear" w:color="auto" w:fill="C0DAD8"/>
          </w:tcPr>
          <w:p w14:paraId="77EB7CFB" w14:textId="77777777" w:rsidR="008419D5" w:rsidRPr="00F4767A" w:rsidRDefault="008419D5" w:rsidP="008419D5">
            <w:pPr>
              <w:rPr>
                <w:rFonts w:ascii="Arial" w:hAnsi="Arial" w:cs="Arial"/>
                <w:sz w:val="20"/>
                <w:szCs w:val="20"/>
              </w:rPr>
            </w:pPr>
            <w:r w:rsidRPr="00F4767A">
              <w:rPr>
                <w:rFonts w:ascii="Arial" w:hAnsi="Arial" w:cs="Arial"/>
                <w:b/>
                <w:bCs/>
                <w:sz w:val="20"/>
                <w:szCs w:val="20"/>
              </w:rPr>
              <w:t>Verbinding</w:t>
            </w:r>
            <w:r w:rsidRPr="00F4767A">
              <w:rPr>
                <w:rFonts w:ascii="Arial" w:hAnsi="Arial" w:cs="Arial"/>
                <w:sz w:val="20"/>
                <w:szCs w:val="20"/>
              </w:rPr>
              <w:t xml:space="preserve"> met anderen in de eigen omgeving</w:t>
            </w:r>
          </w:p>
        </w:tc>
        <w:tc>
          <w:tcPr>
            <w:tcW w:w="1155" w:type="pct"/>
            <w:shd w:val="clear" w:color="auto" w:fill="C0DAD8"/>
          </w:tcPr>
          <w:p w14:paraId="2026A724" w14:textId="77777777" w:rsidR="008419D5" w:rsidRPr="00F4767A" w:rsidRDefault="008419D5" w:rsidP="008419D5">
            <w:pPr>
              <w:rPr>
                <w:rFonts w:ascii="Arial" w:hAnsi="Arial" w:cs="Arial"/>
                <w:sz w:val="20"/>
                <w:szCs w:val="20"/>
              </w:rPr>
            </w:pPr>
          </w:p>
        </w:tc>
        <w:tc>
          <w:tcPr>
            <w:tcW w:w="1155" w:type="pct"/>
            <w:shd w:val="clear" w:color="auto" w:fill="C0DAD8"/>
          </w:tcPr>
          <w:p w14:paraId="05E6D098" w14:textId="77777777" w:rsidR="008419D5" w:rsidRPr="00F4767A" w:rsidRDefault="008419D5" w:rsidP="008419D5">
            <w:pPr>
              <w:rPr>
                <w:rFonts w:ascii="Arial" w:hAnsi="Arial" w:cs="Arial"/>
                <w:sz w:val="20"/>
                <w:szCs w:val="20"/>
              </w:rPr>
            </w:pPr>
          </w:p>
        </w:tc>
      </w:tr>
      <w:tr w:rsidR="008419D5" w:rsidRPr="00F4767A" w14:paraId="53D78250" w14:textId="77777777" w:rsidTr="008419D5">
        <w:trPr>
          <w:trHeight w:val="567"/>
        </w:trPr>
        <w:tc>
          <w:tcPr>
            <w:tcW w:w="305" w:type="pct"/>
            <w:shd w:val="clear" w:color="auto" w:fill="C0DAD8"/>
          </w:tcPr>
          <w:p w14:paraId="7731E657" w14:textId="77777777" w:rsidR="008419D5" w:rsidRPr="00F4767A" w:rsidRDefault="008419D5" w:rsidP="008419D5">
            <w:pPr>
              <w:rPr>
                <w:rFonts w:ascii="Arial" w:hAnsi="Arial" w:cs="Arial"/>
                <w:sz w:val="20"/>
                <w:szCs w:val="20"/>
              </w:rPr>
            </w:pPr>
            <w:proofErr w:type="gramStart"/>
            <w:r w:rsidRPr="00F4767A">
              <w:rPr>
                <w:rFonts w:ascii="Arial" w:hAnsi="Arial" w:cs="Arial"/>
                <w:sz w:val="20"/>
                <w:szCs w:val="20"/>
              </w:rPr>
              <w:t>po</w:t>
            </w:r>
            <w:proofErr w:type="gramEnd"/>
            <w:r w:rsidRPr="00F4767A">
              <w:rPr>
                <w:rFonts w:ascii="Arial" w:hAnsi="Arial" w:cs="Arial"/>
                <w:sz w:val="20"/>
                <w:szCs w:val="20"/>
              </w:rPr>
              <w:t xml:space="preserve"> MB</w:t>
            </w:r>
          </w:p>
        </w:tc>
        <w:tc>
          <w:tcPr>
            <w:tcW w:w="2386" w:type="pct"/>
            <w:shd w:val="clear" w:color="auto" w:fill="C0DAD8"/>
          </w:tcPr>
          <w:p w14:paraId="505E80A8" w14:textId="77777777" w:rsidR="008419D5" w:rsidRPr="00F4767A" w:rsidRDefault="008419D5" w:rsidP="008419D5">
            <w:pPr>
              <w:rPr>
                <w:rFonts w:ascii="Arial" w:hAnsi="Arial" w:cs="Arial"/>
                <w:sz w:val="20"/>
                <w:szCs w:val="20"/>
              </w:rPr>
            </w:pPr>
            <w:r w:rsidRPr="00F4767A">
              <w:rPr>
                <w:rFonts w:ascii="Arial" w:hAnsi="Arial" w:cs="Arial"/>
                <w:sz w:val="20"/>
                <w:szCs w:val="20"/>
              </w:rPr>
              <w:t>+ in de eigen wijk</w:t>
            </w:r>
          </w:p>
        </w:tc>
        <w:tc>
          <w:tcPr>
            <w:tcW w:w="1155" w:type="pct"/>
            <w:shd w:val="clear" w:color="auto" w:fill="C0DAD8"/>
          </w:tcPr>
          <w:p w14:paraId="547A90E9" w14:textId="77777777" w:rsidR="008419D5" w:rsidRPr="00F4767A" w:rsidRDefault="008419D5" w:rsidP="008419D5">
            <w:pPr>
              <w:rPr>
                <w:rFonts w:ascii="Arial" w:hAnsi="Arial" w:cs="Arial"/>
                <w:sz w:val="20"/>
                <w:szCs w:val="20"/>
              </w:rPr>
            </w:pPr>
          </w:p>
        </w:tc>
        <w:tc>
          <w:tcPr>
            <w:tcW w:w="1155" w:type="pct"/>
            <w:shd w:val="clear" w:color="auto" w:fill="C0DAD8"/>
          </w:tcPr>
          <w:p w14:paraId="7D16195A" w14:textId="77777777" w:rsidR="008419D5" w:rsidRPr="00F4767A" w:rsidRDefault="008419D5" w:rsidP="008419D5">
            <w:pPr>
              <w:rPr>
                <w:rFonts w:ascii="Arial" w:hAnsi="Arial" w:cs="Arial"/>
                <w:sz w:val="20"/>
                <w:szCs w:val="20"/>
              </w:rPr>
            </w:pPr>
          </w:p>
        </w:tc>
      </w:tr>
      <w:tr w:rsidR="008419D5" w:rsidRPr="00F4767A" w14:paraId="0EF169C4" w14:textId="77777777" w:rsidTr="008419D5">
        <w:trPr>
          <w:trHeight w:val="567"/>
        </w:trPr>
        <w:tc>
          <w:tcPr>
            <w:tcW w:w="305" w:type="pct"/>
            <w:shd w:val="clear" w:color="auto" w:fill="C0DAD8"/>
          </w:tcPr>
          <w:p w14:paraId="0DAF1134" w14:textId="77777777" w:rsidR="008419D5" w:rsidRPr="00F4767A" w:rsidRDefault="008419D5" w:rsidP="008419D5">
            <w:pPr>
              <w:rPr>
                <w:rFonts w:ascii="Arial" w:hAnsi="Arial" w:cs="Arial"/>
                <w:sz w:val="20"/>
                <w:szCs w:val="20"/>
              </w:rPr>
            </w:pPr>
            <w:proofErr w:type="gramStart"/>
            <w:r w:rsidRPr="00F4767A">
              <w:rPr>
                <w:rFonts w:ascii="Arial" w:hAnsi="Arial" w:cs="Arial"/>
                <w:sz w:val="20"/>
                <w:szCs w:val="20"/>
              </w:rPr>
              <w:t>po</w:t>
            </w:r>
            <w:proofErr w:type="gramEnd"/>
            <w:r w:rsidRPr="00F4767A">
              <w:rPr>
                <w:rFonts w:ascii="Arial" w:hAnsi="Arial" w:cs="Arial"/>
                <w:sz w:val="20"/>
                <w:szCs w:val="20"/>
              </w:rPr>
              <w:t xml:space="preserve"> BB</w:t>
            </w:r>
          </w:p>
        </w:tc>
        <w:tc>
          <w:tcPr>
            <w:tcW w:w="2386" w:type="pct"/>
            <w:shd w:val="clear" w:color="auto" w:fill="C0DAD8"/>
          </w:tcPr>
          <w:p w14:paraId="1033BF13" w14:textId="77777777" w:rsidR="008419D5" w:rsidRPr="00F4767A" w:rsidRDefault="008419D5" w:rsidP="008419D5">
            <w:pPr>
              <w:rPr>
                <w:rFonts w:ascii="Arial" w:hAnsi="Arial" w:cs="Arial"/>
                <w:sz w:val="20"/>
                <w:szCs w:val="20"/>
              </w:rPr>
            </w:pPr>
            <w:r w:rsidRPr="00F4767A">
              <w:rPr>
                <w:rFonts w:ascii="Arial" w:hAnsi="Arial" w:cs="Arial"/>
                <w:sz w:val="20"/>
                <w:szCs w:val="20"/>
              </w:rPr>
              <w:t>+ in de wereld</w:t>
            </w:r>
          </w:p>
        </w:tc>
        <w:tc>
          <w:tcPr>
            <w:tcW w:w="1155" w:type="pct"/>
            <w:shd w:val="clear" w:color="auto" w:fill="C0DAD8"/>
          </w:tcPr>
          <w:p w14:paraId="2C3604CF" w14:textId="77777777" w:rsidR="008419D5" w:rsidRPr="00F4767A" w:rsidRDefault="008419D5" w:rsidP="008419D5">
            <w:pPr>
              <w:rPr>
                <w:rFonts w:ascii="Arial" w:hAnsi="Arial" w:cs="Arial"/>
                <w:sz w:val="20"/>
                <w:szCs w:val="20"/>
              </w:rPr>
            </w:pPr>
          </w:p>
        </w:tc>
        <w:tc>
          <w:tcPr>
            <w:tcW w:w="1155" w:type="pct"/>
            <w:shd w:val="clear" w:color="auto" w:fill="C0DAD8"/>
          </w:tcPr>
          <w:p w14:paraId="2F6348ED" w14:textId="77777777" w:rsidR="008419D5" w:rsidRPr="00F4767A" w:rsidRDefault="008419D5" w:rsidP="008419D5">
            <w:pPr>
              <w:rPr>
                <w:rFonts w:ascii="Arial" w:hAnsi="Arial" w:cs="Arial"/>
                <w:sz w:val="20"/>
                <w:szCs w:val="20"/>
              </w:rPr>
            </w:pPr>
          </w:p>
        </w:tc>
      </w:tr>
      <w:tr w:rsidR="008419D5" w:rsidRPr="00F4767A" w14:paraId="343EEF5F" w14:textId="77777777" w:rsidTr="008419D5">
        <w:trPr>
          <w:trHeight w:val="567"/>
        </w:trPr>
        <w:tc>
          <w:tcPr>
            <w:tcW w:w="305" w:type="pct"/>
            <w:shd w:val="clear" w:color="auto" w:fill="C0DAD8"/>
          </w:tcPr>
          <w:p w14:paraId="5E734A7C" w14:textId="77777777" w:rsidR="008419D5" w:rsidRPr="00F4767A" w:rsidRDefault="008419D5" w:rsidP="008419D5">
            <w:pPr>
              <w:rPr>
                <w:rFonts w:ascii="Arial" w:hAnsi="Arial" w:cs="Arial"/>
                <w:sz w:val="20"/>
                <w:szCs w:val="20"/>
              </w:rPr>
            </w:pPr>
            <w:proofErr w:type="gramStart"/>
            <w:r w:rsidRPr="00F4767A">
              <w:rPr>
                <w:rFonts w:ascii="Arial" w:hAnsi="Arial" w:cs="Arial"/>
                <w:sz w:val="20"/>
                <w:szCs w:val="20"/>
              </w:rPr>
              <w:t>vo</w:t>
            </w:r>
            <w:proofErr w:type="gramEnd"/>
            <w:r w:rsidRPr="00F4767A">
              <w:rPr>
                <w:rFonts w:ascii="Arial" w:hAnsi="Arial" w:cs="Arial"/>
                <w:sz w:val="20"/>
                <w:szCs w:val="20"/>
              </w:rPr>
              <w:t xml:space="preserve"> OB </w:t>
            </w:r>
          </w:p>
        </w:tc>
        <w:tc>
          <w:tcPr>
            <w:tcW w:w="2386" w:type="pct"/>
            <w:shd w:val="clear" w:color="auto" w:fill="C0DAD8"/>
          </w:tcPr>
          <w:p w14:paraId="07FD5F6D" w14:textId="77777777" w:rsidR="008419D5" w:rsidRPr="00F4767A" w:rsidRDefault="008419D5" w:rsidP="008419D5">
            <w:pPr>
              <w:rPr>
                <w:rFonts w:ascii="Arial" w:hAnsi="Arial" w:cs="Arial"/>
                <w:sz w:val="20"/>
                <w:szCs w:val="20"/>
              </w:rPr>
            </w:pPr>
            <w:r w:rsidRPr="00F4767A">
              <w:rPr>
                <w:rFonts w:ascii="Arial" w:hAnsi="Arial" w:cs="Arial"/>
                <w:sz w:val="20"/>
                <w:szCs w:val="20"/>
              </w:rPr>
              <w:t xml:space="preserve">Verbinding met anderen in de eigen, nieuwe en groter geworden omgeving, ook als dit schuurt </w:t>
            </w:r>
          </w:p>
        </w:tc>
        <w:tc>
          <w:tcPr>
            <w:tcW w:w="1155" w:type="pct"/>
            <w:shd w:val="clear" w:color="auto" w:fill="C0DAD8"/>
          </w:tcPr>
          <w:p w14:paraId="1E428D0D" w14:textId="77777777" w:rsidR="008419D5" w:rsidRPr="00F4767A" w:rsidRDefault="008419D5" w:rsidP="008419D5">
            <w:pPr>
              <w:rPr>
                <w:rFonts w:ascii="Arial" w:hAnsi="Arial" w:cs="Arial"/>
                <w:sz w:val="20"/>
                <w:szCs w:val="20"/>
              </w:rPr>
            </w:pPr>
          </w:p>
        </w:tc>
        <w:tc>
          <w:tcPr>
            <w:tcW w:w="1155" w:type="pct"/>
            <w:shd w:val="clear" w:color="auto" w:fill="C0DAD8"/>
          </w:tcPr>
          <w:p w14:paraId="7A29E4E4" w14:textId="77777777" w:rsidR="008419D5" w:rsidRPr="00F4767A" w:rsidRDefault="008419D5" w:rsidP="008419D5">
            <w:pPr>
              <w:rPr>
                <w:rFonts w:ascii="Arial" w:hAnsi="Arial" w:cs="Arial"/>
                <w:sz w:val="20"/>
                <w:szCs w:val="20"/>
              </w:rPr>
            </w:pPr>
          </w:p>
        </w:tc>
      </w:tr>
      <w:tr w:rsidR="008419D5" w:rsidRPr="00F4767A" w14:paraId="2CB9D27C" w14:textId="77777777" w:rsidTr="008419D5">
        <w:trPr>
          <w:trHeight w:val="567"/>
        </w:trPr>
        <w:tc>
          <w:tcPr>
            <w:tcW w:w="305" w:type="pct"/>
            <w:shd w:val="clear" w:color="auto" w:fill="C0DAD8"/>
          </w:tcPr>
          <w:p w14:paraId="6D71E2C1" w14:textId="77777777" w:rsidR="008419D5" w:rsidRPr="00F4767A" w:rsidRDefault="008419D5" w:rsidP="008419D5">
            <w:pPr>
              <w:rPr>
                <w:rFonts w:ascii="Arial" w:hAnsi="Arial" w:cs="Arial"/>
                <w:sz w:val="20"/>
                <w:szCs w:val="20"/>
              </w:rPr>
            </w:pPr>
            <w:proofErr w:type="gramStart"/>
            <w:r w:rsidRPr="00F4767A">
              <w:rPr>
                <w:rFonts w:ascii="Arial" w:hAnsi="Arial" w:cs="Arial"/>
                <w:sz w:val="20"/>
                <w:szCs w:val="20"/>
              </w:rPr>
              <w:t>vo</w:t>
            </w:r>
            <w:proofErr w:type="gramEnd"/>
            <w:r w:rsidRPr="00F4767A">
              <w:rPr>
                <w:rFonts w:ascii="Arial" w:hAnsi="Arial" w:cs="Arial"/>
                <w:sz w:val="20"/>
                <w:szCs w:val="20"/>
              </w:rPr>
              <w:t xml:space="preserve"> BB</w:t>
            </w:r>
          </w:p>
        </w:tc>
        <w:tc>
          <w:tcPr>
            <w:tcW w:w="2386" w:type="pct"/>
            <w:shd w:val="clear" w:color="auto" w:fill="C0DAD8"/>
          </w:tcPr>
          <w:p w14:paraId="4514FEBF" w14:textId="77777777" w:rsidR="008419D5" w:rsidRPr="00F4767A" w:rsidRDefault="008419D5" w:rsidP="008419D5">
            <w:pPr>
              <w:rPr>
                <w:rFonts w:ascii="Arial" w:hAnsi="Arial" w:cs="Arial"/>
                <w:sz w:val="20"/>
                <w:szCs w:val="20"/>
              </w:rPr>
            </w:pPr>
            <w:r w:rsidRPr="00F4767A">
              <w:rPr>
                <w:rFonts w:ascii="Arial" w:hAnsi="Arial" w:cs="Arial"/>
                <w:sz w:val="20"/>
                <w:szCs w:val="20"/>
              </w:rPr>
              <w:t>+ in de wereld</w:t>
            </w:r>
          </w:p>
        </w:tc>
        <w:tc>
          <w:tcPr>
            <w:tcW w:w="1155" w:type="pct"/>
            <w:shd w:val="clear" w:color="auto" w:fill="C0DAD8"/>
          </w:tcPr>
          <w:p w14:paraId="517DD04F" w14:textId="77777777" w:rsidR="008419D5" w:rsidRPr="00F4767A" w:rsidRDefault="008419D5" w:rsidP="008419D5">
            <w:pPr>
              <w:rPr>
                <w:rFonts w:ascii="Arial" w:hAnsi="Arial" w:cs="Arial"/>
                <w:sz w:val="20"/>
                <w:szCs w:val="20"/>
              </w:rPr>
            </w:pPr>
          </w:p>
        </w:tc>
        <w:tc>
          <w:tcPr>
            <w:tcW w:w="1155" w:type="pct"/>
            <w:shd w:val="clear" w:color="auto" w:fill="C0DAD8"/>
          </w:tcPr>
          <w:p w14:paraId="62AD4841" w14:textId="77777777" w:rsidR="008419D5" w:rsidRPr="00F4767A" w:rsidRDefault="008419D5" w:rsidP="008419D5">
            <w:pPr>
              <w:rPr>
                <w:rFonts w:ascii="Arial" w:hAnsi="Arial" w:cs="Arial"/>
                <w:sz w:val="20"/>
                <w:szCs w:val="20"/>
              </w:rPr>
            </w:pPr>
          </w:p>
        </w:tc>
      </w:tr>
      <w:tr w:rsidR="008419D5" w:rsidRPr="00F4767A" w14:paraId="06802F87" w14:textId="77777777" w:rsidTr="008419D5">
        <w:trPr>
          <w:trHeight w:val="567"/>
        </w:trPr>
        <w:tc>
          <w:tcPr>
            <w:tcW w:w="305" w:type="pct"/>
            <w:shd w:val="clear" w:color="auto" w:fill="A0C7C5"/>
          </w:tcPr>
          <w:p w14:paraId="6FCCB5F6" w14:textId="77777777" w:rsidR="008419D5" w:rsidRPr="00F4767A" w:rsidRDefault="008419D5" w:rsidP="008419D5">
            <w:pPr>
              <w:rPr>
                <w:rFonts w:ascii="Arial" w:hAnsi="Arial" w:cs="Arial"/>
                <w:sz w:val="20"/>
                <w:szCs w:val="20"/>
              </w:rPr>
            </w:pPr>
            <w:proofErr w:type="gramStart"/>
            <w:r w:rsidRPr="00F4767A">
              <w:rPr>
                <w:rFonts w:ascii="Arial" w:hAnsi="Arial" w:cs="Arial"/>
                <w:sz w:val="20"/>
                <w:szCs w:val="20"/>
              </w:rPr>
              <w:t>po</w:t>
            </w:r>
            <w:proofErr w:type="gramEnd"/>
            <w:r w:rsidRPr="00F4767A">
              <w:rPr>
                <w:rFonts w:ascii="Arial" w:hAnsi="Arial" w:cs="Arial"/>
                <w:sz w:val="20"/>
                <w:szCs w:val="20"/>
              </w:rPr>
              <w:t xml:space="preserve"> OB</w:t>
            </w:r>
          </w:p>
        </w:tc>
        <w:tc>
          <w:tcPr>
            <w:tcW w:w="2386" w:type="pct"/>
            <w:shd w:val="clear" w:color="auto" w:fill="A0C7C5"/>
          </w:tcPr>
          <w:p w14:paraId="1B6D932F" w14:textId="77777777" w:rsidR="008419D5" w:rsidRPr="00F4767A" w:rsidRDefault="008419D5" w:rsidP="008419D5">
            <w:pPr>
              <w:rPr>
                <w:rFonts w:ascii="Arial" w:hAnsi="Arial" w:cs="Arial"/>
                <w:sz w:val="20"/>
                <w:szCs w:val="20"/>
              </w:rPr>
            </w:pPr>
            <w:r w:rsidRPr="00F4767A">
              <w:rPr>
                <w:rFonts w:ascii="Arial" w:hAnsi="Arial" w:cs="Arial"/>
                <w:b/>
                <w:bCs/>
                <w:sz w:val="20"/>
                <w:szCs w:val="20"/>
              </w:rPr>
              <w:t>Zelfstandig denken</w:t>
            </w:r>
            <w:r w:rsidRPr="00F4767A">
              <w:rPr>
                <w:rFonts w:ascii="Arial" w:hAnsi="Arial" w:cs="Arial"/>
                <w:sz w:val="20"/>
                <w:szCs w:val="20"/>
              </w:rPr>
              <w:t xml:space="preserve"> over eenvoudige maatschappelijke vraagstukken in de eigen omgeving</w:t>
            </w:r>
          </w:p>
        </w:tc>
        <w:tc>
          <w:tcPr>
            <w:tcW w:w="1155" w:type="pct"/>
            <w:shd w:val="clear" w:color="auto" w:fill="A0C7C5"/>
          </w:tcPr>
          <w:p w14:paraId="55B42C71" w14:textId="77777777" w:rsidR="008419D5" w:rsidRPr="00F4767A" w:rsidRDefault="008419D5" w:rsidP="008419D5">
            <w:pPr>
              <w:rPr>
                <w:rFonts w:ascii="Arial" w:hAnsi="Arial" w:cs="Arial"/>
                <w:sz w:val="20"/>
                <w:szCs w:val="20"/>
              </w:rPr>
            </w:pPr>
          </w:p>
        </w:tc>
        <w:tc>
          <w:tcPr>
            <w:tcW w:w="1155" w:type="pct"/>
            <w:shd w:val="clear" w:color="auto" w:fill="A0C7C5"/>
          </w:tcPr>
          <w:p w14:paraId="7C19D7FE" w14:textId="77777777" w:rsidR="008419D5" w:rsidRPr="00F4767A" w:rsidRDefault="008419D5" w:rsidP="008419D5">
            <w:pPr>
              <w:rPr>
                <w:rFonts w:ascii="Arial" w:hAnsi="Arial" w:cs="Arial"/>
                <w:sz w:val="20"/>
                <w:szCs w:val="20"/>
              </w:rPr>
            </w:pPr>
          </w:p>
        </w:tc>
      </w:tr>
      <w:tr w:rsidR="008419D5" w:rsidRPr="00F4767A" w14:paraId="5510C144" w14:textId="77777777" w:rsidTr="008419D5">
        <w:trPr>
          <w:trHeight w:val="567"/>
        </w:trPr>
        <w:tc>
          <w:tcPr>
            <w:tcW w:w="305" w:type="pct"/>
            <w:shd w:val="clear" w:color="auto" w:fill="A0C7C5"/>
          </w:tcPr>
          <w:p w14:paraId="7EABF214" w14:textId="77777777" w:rsidR="008419D5" w:rsidRPr="00F4767A" w:rsidRDefault="008419D5" w:rsidP="008419D5">
            <w:pPr>
              <w:rPr>
                <w:rFonts w:ascii="Arial" w:hAnsi="Arial" w:cs="Arial"/>
                <w:sz w:val="20"/>
                <w:szCs w:val="20"/>
              </w:rPr>
            </w:pPr>
            <w:proofErr w:type="gramStart"/>
            <w:r w:rsidRPr="00F4767A">
              <w:rPr>
                <w:rFonts w:ascii="Arial" w:hAnsi="Arial" w:cs="Arial"/>
                <w:sz w:val="20"/>
                <w:szCs w:val="20"/>
              </w:rPr>
              <w:t>po</w:t>
            </w:r>
            <w:proofErr w:type="gramEnd"/>
            <w:r w:rsidRPr="00F4767A">
              <w:rPr>
                <w:rFonts w:ascii="Arial" w:hAnsi="Arial" w:cs="Arial"/>
                <w:sz w:val="20"/>
                <w:szCs w:val="20"/>
              </w:rPr>
              <w:t xml:space="preserve"> MB</w:t>
            </w:r>
          </w:p>
        </w:tc>
        <w:tc>
          <w:tcPr>
            <w:tcW w:w="2386" w:type="pct"/>
            <w:shd w:val="clear" w:color="auto" w:fill="A0C7C5"/>
          </w:tcPr>
          <w:p w14:paraId="2572F7A2" w14:textId="77777777" w:rsidR="008419D5" w:rsidRPr="00F4767A" w:rsidRDefault="008419D5" w:rsidP="008419D5">
            <w:pPr>
              <w:rPr>
                <w:rFonts w:ascii="Arial" w:hAnsi="Arial" w:cs="Arial"/>
                <w:sz w:val="20"/>
                <w:szCs w:val="20"/>
              </w:rPr>
            </w:pPr>
            <w:r w:rsidRPr="00F4767A">
              <w:rPr>
                <w:rFonts w:ascii="Arial" w:hAnsi="Arial" w:cs="Arial"/>
                <w:sz w:val="20"/>
                <w:szCs w:val="20"/>
              </w:rPr>
              <w:t>Zelfstandig denken over maatschappelijke vraagstukken passend bij de belevingswereld</w:t>
            </w:r>
          </w:p>
        </w:tc>
        <w:tc>
          <w:tcPr>
            <w:tcW w:w="1155" w:type="pct"/>
            <w:shd w:val="clear" w:color="auto" w:fill="A0C7C5"/>
          </w:tcPr>
          <w:p w14:paraId="4692B9D3" w14:textId="77777777" w:rsidR="008419D5" w:rsidRPr="00F4767A" w:rsidRDefault="008419D5" w:rsidP="008419D5">
            <w:pPr>
              <w:rPr>
                <w:rFonts w:ascii="Arial" w:hAnsi="Arial" w:cs="Arial"/>
                <w:sz w:val="20"/>
                <w:szCs w:val="20"/>
              </w:rPr>
            </w:pPr>
          </w:p>
        </w:tc>
        <w:tc>
          <w:tcPr>
            <w:tcW w:w="1155" w:type="pct"/>
            <w:shd w:val="clear" w:color="auto" w:fill="A0C7C5"/>
          </w:tcPr>
          <w:p w14:paraId="05EFA16F" w14:textId="77777777" w:rsidR="008419D5" w:rsidRPr="00F4767A" w:rsidRDefault="008419D5" w:rsidP="008419D5">
            <w:pPr>
              <w:rPr>
                <w:rFonts w:ascii="Arial" w:hAnsi="Arial" w:cs="Arial"/>
                <w:sz w:val="20"/>
                <w:szCs w:val="20"/>
              </w:rPr>
            </w:pPr>
          </w:p>
        </w:tc>
      </w:tr>
      <w:tr w:rsidR="008419D5" w:rsidRPr="00F4767A" w14:paraId="0DE0EABA" w14:textId="77777777" w:rsidTr="008419D5">
        <w:trPr>
          <w:trHeight w:val="567"/>
        </w:trPr>
        <w:tc>
          <w:tcPr>
            <w:tcW w:w="305" w:type="pct"/>
            <w:shd w:val="clear" w:color="auto" w:fill="A0C7C5"/>
          </w:tcPr>
          <w:p w14:paraId="7ED33267" w14:textId="77777777" w:rsidR="008419D5" w:rsidRPr="00F4767A" w:rsidRDefault="008419D5" w:rsidP="008419D5">
            <w:pPr>
              <w:rPr>
                <w:rFonts w:ascii="Arial" w:hAnsi="Arial" w:cs="Arial"/>
                <w:sz w:val="20"/>
                <w:szCs w:val="20"/>
              </w:rPr>
            </w:pPr>
            <w:proofErr w:type="gramStart"/>
            <w:r w:rsidRPr="00F4767A">
              <w:rPr>
                <w:rFonts w:ascii="Arial" w:hAnsi="Arial" w:cs="Arial"/>
                <w:sz w:val="20"/>
                <w:szCs w:val="20"/>
              </w:rPr>
              <w:t>po</w:t>
            </w:r>
            <w:proofErr w:type="gramEnd"/>
            <w:r w:rsidRPr="00F4767A">
              <w:rPr>
                <w:rFonts w:ascii="Arial" w:hAnsi="Arial" w:cs="Arial"/>
                <w:sz w:val="20"/>
                <w:szCs w:val="20"/>
              </w:rPr>
              <w:t xml:space="preserve"> BB</w:t>
            </w:r>
          </w:p>
        </w:tc>
        <w:tc>
          <w:tcPr>
            <w:tcW w:w="2386" w:type="pct"/>
            <w:shd w:val="clear" w:color="auto" w:fill="A0C7C5"/>
          </w:tcPr>
          <w:p w14:paraId="07419E6B" w14:textId="77777777" w:rsidR="008419D5" w:rsidRPr="00F4767A" w:rsidRDefault="008419D5" w:rsidP="008419D5">
            <w:pPr>
              <w:rPr>
                <w:rFonts w:ascii="Arial" w:hAnsi="Arial" w:cs="Arial"/>
                <w:sz w:val="20"/>
                <w:szCs w:val="20"/>
              </w:rPr>
            </w:pPr>
            <w:r w:rsidRPr="00F4767A">
              <w:rPr>
                <w:rFonts w:ascii="Arial" w:hAnsi="Arial" w:cs="Arial"/>
                <w:sz w:val="20"/>
                <w:szCs w:val="20"/>
              </w:rPr>
              <w:t xml:space="preserve">Zelfstandig denken over enigszins complexe maatschappelijke vraagstukken met aandacht voor het wereldniveau </w:t>
            </w:r>
          </w:p>
        </w:tc>
        <w:tc>
          <w:tcPr>
            <w:tcW w:w="1155" w:type="pct"/>
            <w:shd w:val="clear" w:color="auto" w:fill="A0C7C5"/>
          </w:tcPr>
          <w:p w14:paraId="7B67323A" w14:textId="77777777" w:rsidR="008419D5" w:rsidRPr="00F4767A" w:rsidRDefault="008419D5" w:rsidP="008419D5">
            <w:pPr>
              <w:rPr>
                <w:rFonts w:ascii="Arial" w:hAnsi="Arial" w:cs="Arial"/>
                <w:sz w:val="20"/>
                <w:szCs w:val="20"/>
              </w:rPr>
            </w:pPr>
          </w:p>
        </w:tc>
        <w:tc>
          <w:tcPr>
            <w:tcW w:w="1155" w:type="pct"/>
            <w:shd w:val="clear" w:color="auto" w:fill="A0C7C5"/>
          </w:tcPr>
          <w:p w14:paraId="40FEE696" w14:textId="77777777" w:rsidR="008419D5" w:rsidRPr="00F4767A" w:rsidRDefault="008419D5" w:rsidP="008419D5">
            <w:pPr>
              <w:rPr>
                <w:rFonts w:ascii="Arial" w:hAnsi="Arial" w:cs="Arial"/>
                <w:sz w:val="20"/>
                <w:szCs w:val="20"/>
              </w:rPr>
            </w:pPr>
          </w:p>
        </w:tc>
      </w:tr>
      <w:tr w:rsidR="008419D5" w:rsidRPr="00F4767A" w14:paraId="74472F37" w14:textId="77777777" w:rsidTr="008419D5">
        <w:trPr>
          <w:trHeight w:val="567"/>
        </w:trPr>
        <w:tc>
          <w:tcPr>
            <w:tcW w:w="305" w:type="pct"/>
            <w:shd w:val="clear" w:color="auto" w:fill="A0C7C5"/>
          </w:tcPr>
          <w:p w14:paraId="08999A12" w14:textId="77777777" w:rsidR="008419D5" w:rsidRPr="00F4767A" w:rsidRDefault="008419D5" w:rsidP="008419D5">
            <w:pPr>
              <w:rPr>
                <w:rFonts w:ascii="Arial" w:hAnsi="Arial" w:cs="Arial"/>
                <w:sz w:val="20"/>
                <w:szCs w:val="20"/>
              </w:rPr>
            </w:pPr>
            <w:proofErr w:type="gramStart"/>
            <w:r w:rsidRPr="00F4767A">
              <w:rPr>
                <w:rFonts w:ascii="Arial" w:hAnsi="Arial" w:cs="Arial"/>
                <w:sz w:val="20"/>
                <w:szCs w:val="20"/>
              </w:rPr>
              <w:t>vo</w:t>
            </w:r>
            <w:proofErr w:type="gramEnd"/>
            <w:r w:rsidRPr="00F4767A">
              <w:rPr>
                <w:rFonts w:ascii="Arial" w:hAnsi="Arial" w:cs="Arial"/>
                <w:sz w:val="20"/>
                <w:szCs w:val="20"/>
              </w:rPr>
              <w:t xml:space="preserve"> OB </w:t>
            </w:r>
          </w:p>
        </w:tc>
        <w:tc>
          <w:tcPr>
            <w:tcW w:w="2386" w:type="pct"/>
            <w:shd w:val="clear" w:color="auto" w:fill="A0C7C5"/>
          </w:tcPr>
          <w:p w14:paraId="07B8565F" w14:textId="77777777" w:rsidR="008419D5" w:rsidRPr="00F4767A" w:rsidRDefault="008419D5" w:rsidP="008419D5">
            <w:pPr>
              <w:rPr>
                <w:rFonts w:ascii="Arial" w:hAnsi="Arial" w:cs="Arial"/>
                <w:sz w:val="20"/>
                <w:szCs w:val="20"/>
              </w:rPr>
            </w:pPr>
            <w:r w:rsidRPr="00F4767A">
              <w:rPr>
                <w:rFonts w:ascii="Arial" w:hAnsi="Arial" w:cs="Arial"/>
                <w:sz w:val="20"/>
                <w:szCs w:val="20"/>
              </w:rPr>
              <w:t>Zelfstandig denken over complexe maatschappelijke vraagstukken, ook op wereldniveau</w:t>
            </w:r>
          </w:p>
        </w:tc>
        <w:tc>
          <w:tcPr>
            <w:tcW w:w="1155" w:type="pct"/>
            <w:shd w:val="clear" w:color="auto" w:fill="A0C7C5"/>
          </w:tcPr>
          <w:p w14:paraId="45D625F8" w14:textId="77777777" w:rsidR="008419D5" w:rsidRPr="00F4767A" w:rsidRDefault="008419D5" w:rsidP="008419D5">
            <w:pPr>
              <w:rPr>
                <w:rFonts w:ascii="Arial" w:hAnsi="Arial" w:cs="Arial"/>
                <w:sz w:val="20"/>
                <w:szCs w:val="20"/>
              </w:rPr>
            </w:pPr>
          </w:p>
        </w:tc>
        <w:tc>
          <w:tcPr>
            <w:tcW w:w="1155" w:type="pct"/>
            <w:shd w:val="clear" w:color="auto" w:fill="A0C7C5"/>
          </w:tcPr>
          <w:p w14:paraId="437B826C" w14:textId="77777777" w:rsidR="008419D5" w:rsidRPr="00F4767A" w:rsidRDefault="008419D5" w:rsidP="008419D5">
            <w:pPr>
              <w:rPr>
                <w:rFonts w:ascii="Arial" w:hAnsi="Arial" w:cs="Arial"/>
                <w:sz w:val="20"/>
                <w:szCs w:val="20"/>
              </w:rPr>
            </w:pPr>
          </w:p>
        </w:tc>
      </w:tr>
      <w:tr w:rsidR="008419D5" w:rsidRPr="00F4767A" w14:paraId="53F21B17" w14:textId="77777777" w:rsidTr="008419D5">
        <w:trPr>
          <w:trHeight w:val="567"/>
        </w:trPr>
        <w:tc>
          <w:tcPr>
            <w:tcW w:w="305" w:type="pct"/>
            <w:shd w:val="clear" w:color="auto" w:fill="A0C7C5"/>
          </w:tcPr>
          <w:p w14:paraId="69EB43D8" w14:textId="77777777" w:rsidR="008419D5" w:rsidRPr="00F4767A" w:rsidRDefault="008419D5" w:rsidP="008419D5">
            <w:pPr>
              <w:rPr>
                <w:rFonts w:ascii="Arial" w:hAnsi="Arial" w:cs="Arial"/>
                <w:sz w:val="20"/>
                <w:szCs w:val="20"/>
              </w:rPr>
            </w:pPr>
            <w:proofErr w:type="gramStart"/>
            <w:r w:rsidRPr="00F4767A">
              <w:rPr>
                <w:rFonts w:ascii="Arial" w:hAnsi="Arial" w:cs="Arial"/>
                <w:sz w:val="20"/>
                <w:szCs w:val="20"/>
              </w:rPr>
              <w:t>vo</w:t>
            </w:r>
            <w:proofErr w:type="gramEnd"/>
            <w:r w:rsidRPr="00F4767A">
              <w:rPr>
                <w:rFonts w:ascii="Arial" w:hAnsi="Arial" w:cs="Arial"/>
                <w:sz w:val="20"/>
                <w:szCs w:val="20"/>
              </w:rPr>
              <w:t xml:space="preserve"> BB</w:t>
            </w:r>
          </w:p>
        </w:tc>
        <w:tc>
          <w:tcPr>
            <w:tcW w:w="2386" w:type="pct"/>
            <w:shd w:val="clear" w:color="auto" w:fill="A0C7C5"/>
          </w:tcPr>
          <w:p w14:paraId="0196A0D8" w14:textId="77777777" w:rsidR="008419D5" w:rsidRPr="00F4767A" w:rsidRDefault="008419D5" w:rsidP="008419D5">
            <w:pPr>
              <w:rPr>
                <w:rFonts w:ascii="Arial" w:hAnsi="Arial" w:cs="Arial"/>
                <w:sz w:val="20"/>
                <w:szCs w:val="20"/>
              </w:rPr>
            </w:pPr>
            <w:r w:rsidRPr="00F4767A">
              <w:rPr>
                <w:rFonts w:ascii="Arial" w:hAnsi="Arial" w:cs="Arial"/>
                <w:sz w:val="20"/>
                <w:szCs w:val="20"/>
              </w:rPr>
              <w:t>Zelfstandig denken over nog complexere maatschappelijke vraagstukken, ook op wereldniveau</w:t>
            </w:r>
          </w:p>
        </w:tc>
        <w:tc>
          <w:tcPr>
            <w:tcW w:w="1155" w:type="pct"/>
            <w:shd w:val="clear" w:color="auto" w:fill="A0C7C5"/>
          </w:tcPr>
          <w:p w14:paraId="0AA53D1D" w14:textId="77777777" w:rsidR="008419D5" w:rsidRPr="00F4767A" w:rsidRDefault="008419D5" w:rsidP="008419D5">
            <w:pPr>
              <w:rPr>
                <w:rFonts w:ascii="Arial" w:hAnsi="Arial" w:cs="Arial"/>
                <w:sz w:val="20"/>
                <w:szCs w:val="20"/>
              </w:rPr>
            </w:pPr>
          </w:p>
        </w:tc>
        <w:tc>
          <w:tcPr>
            <w:tcW w:w="1155" w:type="pct"/>
            <w:shd w:val="clear" w:color="auto" w:fill="A0C7C5"/>
          </w:tcPr>
          <w:p w14:paraId="00262F52" w14:textId="77777777" w:rsidR="008419D5" w:rsidRPr="00F4767A" w:rsidRDefault="008419D5" w:rsidP="008419D5">
            <w:pPr>
              <w:rPr>
                <w:rFonts w:ascii="Arial" w:hAnsi="Arial" w:cs="Arial"/>
                <w:sz w:val="20"/>
                <w:szCs w:val="20"/>
              </w:rPr>
            </w:pPr>
          </w:p>
        </w:tc>
      </w:tr>
      <w:tr w:rsidR="008419D5" w:rsidRPr="00F4767A" w14:paraId="3FEDB6C5" w14:textId="77777777" w:rsidTr="008419D5">
        <w:trPr>
          <w:trHeight w:val="567"/>
        </w:trPr>
        <w:tc>
          <w:tcPr>
            <w:tcW w:w="305" w:type="pct"/>
            <w:shd w:val="clear" w:color="auto" w:fill="A0C7C5"/>
          </w:tcPr>
          <w:p w14:paraId="0A062FB1" w14:textId="77777777" w:rsidR="008419D5" w:rsidRPr="00F4767A" w:rsidRDefault="008419D5" w:rsidP="008419D5">
            <w:pPr>
              <w:rPr>
                <w:rFonts w:ascii="Arial" w:hAnsi="Arial" w:cs="Arial"/>
                <w:sz w:val="20"/>
                <w:szCs w:val="20"/>
              </w:rPr>
            </w:pPr>
            <w:proofErr w:type="gramStart"/>
            <w:r w:rsidRPr="00F4767A">
              <w:rPr>
                <w:rFonts w:ascii="Arial" w:hAnsi="Arial" w:cs="Arial"/>
                <w:sz w:val="20"/>
                <w:szCs w:val="20"/>
              </w:rPr>
              <w:t>po</w:t>
            </w:r>
            <w:proofErr w:type="gramEnd"/>
            <w:r w:rsidRPr="00F4767A">
              <w:rPr>
                <w:rFonts w:ascii="Arial" w:hAnsi="Arial" w:cs="Arial"/>
                <w:sz w:val="20"/>
                <w:szCs w:val="20"/>
              </w:rPr>
              <w:t xml:space="preserve"> OB</w:t>
            </w:r>
          </w:p>
        </w:tc>
        <w:tc>
          <w:tcPr>
            <w:tcW w:w="2386" w:type="pct"/>
            <w:shd w:val="clear" w:color="auto" w:fill="A0C7C5"/>
          </w:tcPr>
          <w:p w14:paraId="2A6059D1" w14:textId="77777777" w:rsidR="008419D5" w:rsidRPr="00F4767A" w:rsidRDefault="008419D5" w:rsidP="008419D5">
            <w:pPr>
              <w:rPr>
                <w:rFonts w:ascii="Arial" w:hAnsi="Arial" w:cs="Arial"/>
                <w:sz w:val="20"/>
                <w:szCs w:val="20"/>
              </w:rPr>
            </w:pPr>
            <w:r w:rsidRPr="00F4767A">
              <w:rPr>
                <w:rFonts w:ascii="Arial" w:hAnsi="Arial" w:cs="Arial"/>
                <w:b/>
                <w:bCs/>
                <w:sz w:val="20"/>
                <w:szCs w:val="20"/>
              </w:rPr>
              <w:t>Maatschappelijk verantwoordelijkheidsbesef</w:t>
            </w:r>
            <w:r w:rsidRPr="00F4767A">
              <w:rPr>
                <w:rFonts w:ascii="Arial" w:hAnsi="Arial" w:cs="Arial"/>
                <w:sz w:val="20"/>
                <w:szCs w:val="20"/>
              </w:rPr>
              <w:t>, gefocust op de eigen groep</w:t>
            </w:r>
          </w:p>
        </w:tc>
        <w:tc>
          <w:tcPr>
            <w:tcW w:w="1155" w:type="pct"/>
            <w:shd w:val="clear" w:color="auto" w:fill="A0C7C5"/>
          </w:tcPr>
          <w:p w14:paraId="4D626976" w14:textId="77777777" w:rsidR="008419D5" w:rsidRPr="00F4767A" w:rsidRDefault="008419D5" w:rsidP="008419D5">
            <w:pPr>
              <w:rPr>
                <w:rFonts w:ascii="Arial" w:hAnsi="Arial" w:cs="Arial"/>
                <w:sz w:val="20"/>
                <w:szCs w:val="20"/>
              </w:rPr>
            </w:pPr>
          </w:p>
        </w:tc>
        <w:tc>
          <w:tcPr>
            <w:tcW w:w="1155" w:type="pct"/>
            <w:shd w:val="clear" w:color="auto" w:fill="A0C7C5"/>
          </w:tcPr>
          <w:p w14:paraId="5374B918" w14:textId="77777777" w:rsidR="008419D5" w:rsidRPr="00F4767A" w:rsidRDefault="008419D5" w:rsidP="008419D5">
            <w:pPr>
              <w:rPr>
                <w:rFonts w:ascii="Arial" w:hAnsi="Arial" w:cs="Arial"/>
                <w:sz w:val="20"/>
                <w:szCs w:val="20"/>
              </w:rPr>
            </w:pPr>
          </w:p>
        </w:tc>
      </w:tr>
      <w:tr w:rsidR="008419D5" w:rsidRPr="00F4767A" w14:paraId="2EB62666" w14:textId="77777777" w:rsidTr="008419D5">
        <w:trPr>
          <w:trHeight w:val="567"/>
        </w:trPr>
        <w:tc>
          <w:tcPr>
            <w:tcW w:w="305" w:type="pct"/>
            <w:shd w:val="clear" w:color="auto" w:fill="A0C7C5"/>
          </w:tcPr>
          <w:p w14:paraId="1D89705F" w14:textId="77777777" w:rsidR="008419D5" w:rsidRPr="00F4767A" w:rsidRDefault="008419D5" w:rsidP="008419D5">
            <w:pPr>
              <w:rPr>
                <w:rFonts w:ascii="Arial" w:hAnsi="Arial" w:cs="Arial"/>
                <w:sz w:val="20"/>
                <w:szCs w:val="20"/>
              </w:rPr>
            </w:pPr>
            <w:proofErr w:type="gramStart"/>
            <w:r w:rsidRPr="00F4767A">
              <w:rPr>
                <w:rFonts w:ascii="Arial" w:hAnsi="Arial" w:cs="Arial"/>
                <w:sz w:val="20"/>
                <w:szCs w:val="20"/>
              </w:rPr>
              <w:t>po</w:t>
            </w:r>
            <w:proofErr w:type="gramEnd"/>
            <w:r w:rsidRPr="00F4767A">
              <w:rPr>
                <w:rFonts w:ascii="Arial" w:hAnsi="Arial" w:cs="Arial"/>
                <w:sz w:val="20"/>
                <w:szCs w:val="20"/>
              </w:rPr>
              <w:t xml:space="preserve"> MB</w:t>
            </w:r>
          </w:p>
        </w:tc>
        <w:tc>
          <w:tcPr>
            <w:tcW w:w="2386" w:type="pct"/>
            <w:shd w:val="clear" w:color="auto" w:fill="A0C7C5"/>
          </w:tcPr>
          <w:p w14:paraId="3CA8A6F5" w14:textId="77777777" w:rsidR="008419D5" w:rsidRPr="00F4767A" w:rsidRDefault="008419D5" w:rsidP="008419D5">
            <w:pPr>
              <w:rPr>
                <w:rFonts w:ascii="Arial" w:hAnsi="Arial" w:cs="Arial"/>
                <w:sz w:val="20"/>
                <w:szCs w:val="20"/>
              </w:rPr>
            </w:pPr>
            <w:r w:rsidRPr="00F4767A">
              <w:rPr>
                <w:rFonts w:ascii="Arial" w:hAnsi="Arial" w:cs="Arial"/>
                <w:sz w:val="20"/>
                <w:szCs w:val="20"/>
              </w:rPr>
              <w:t>+ de directe schoolomgeving</w:t>
            </w:r>
          </w:p>
        </w:tc>
        <w:tc>
          <w:tcPr>
            <w:tcW w:w="1155" w:type="pct"/>
            <w:shd w:val="clear" w:color="auto" w:fill="A0C7C5"/>
          </w:tcPr>
          <w:p w14:paraId="2D19D28E" w14:textId="77777777" w:rsidR="008419D5" w:rsidRPr="00F4767A" w:rsidRDefault="008419D5" w:rsidP="008419D5">
            <w:pPr>
              <w:rPr>
                <w:rFonts w:ascii="Arial" w:hAnsi="Arial" w:cs="Arial"/>
                <w:sz w:val="20"/>
                <w:szCs w:val="20"/>
              </w:rPr>
            </w:pPr>
          </w:p>
        </w:tc>
        <w:tc>
          <w:tcPr>
            <w:tcW w:w="1155" w:type="pct"/>
            <w:shd w:val="clear" w:color="auto" w:fill="A0C7C5"/>
          </w:tcPr>
          <w:p w14:paraId="52AF6B59" w14:textId="77777777" w:rsidR="008419D5" w:rsidRPr="00F4767A" w:rsidRDefault="008419D5" w:rsidP="008419D5">
            <w:pPr>
              <w:rPr>
                <w:rFonts w:ascii="Arial" w:hAnsi="Arial" w:cs="Arial"/>
                <w:sz w:val="20"/>
                <w:szCs w:val="20"/>
              </w:rPr>
            </w:pPr>
          </w:p>
        </w:tc>
      </w:tr>
      <w:tr w:rsidR="008419D5" w:rsidRPr="00F4767A" w14:paraId="76C955BC" w14:textId="77777777" w:rsidTr="008419D5">
        <w:trPr>
          <w:trHeight w:val="567"/>
        </w:trPr>
        <w:tc>
          <w:tcPr>
            <w:tcW w:w="305" w:type="pct"/>
            <w:shd w:val="clear" w:color="auto" w:fill="A0C7C5"/>
          </w:tcPr>
          <w:p w14:paraId="1CEBF491" w14:textId="77777777" w:rsidR="008419D5" w:rsidRPr="00F4767A" w:rsidRDefault="008419D5" w:rsidP="008419D5">
            <w:pPr>
              <w:rPr>
                <w:rFonts w:ascii="Arial" w:hAnsi="Arial" w:cs="Arial"/>
                <w:sz w:val="20"/>
                <w:szCs w:val="20"/>
              </w:rPr>
            </w:pPr>
            <w:proofErr w:type="gramStart"/>
            <w:r w:rsidRPr="00F4767A">
              <w:rPr>
                <w:rFonts w:ascii="Arial" w:hAnsi="Arial" w:cs="Arial"/>
                <w:sz w:val="20"/>
                <w:szCs w:val="20"/>
              </w:rPr>
              <w:t>po</w:t>
            </w:r>
            <w:proofErr w:type="gramEnd"/>
            <w:r w:rsidRPr="00F4767A">
              <w:rPr>
                <w:rFonts w:ascii="Arial" w:hAnsi="Arial" w:cs="Arial"/>
                <w:sz w:val="20"/>
                <w:szCs w:val="20"/>
              </w:rPr>
              <w:t xml:space="preserve"> BB</w:t>
            </w:r>
          </w:p>
        </w:tc>
        <w:tc>
          <w:tcPr>
            <w:tcW w:w="2386" w:type="pct"/>
            <w:shd w:val="clear" w:color="auto" w:fill="A0C7C5"/>
          </w:tcPr>
          <w:p w14:paraId="23122C87" w14:textId="77777777" w:rsidR="008419D5" w:rsidRPr="00F4767A" w:rsidRDefault="008419D5" w:rsidP="008419D5">
            <w:pPr>
              <w:rPr>
                <w:rFonts w:ascii="Arial" w:hAnsi="Arial" w:cs="Arial"/>
                <w:sz w:val="20"/>
                <w:szCs w:val="20"/>
              </w:rPr>
            </w:pPr>
            <w:r w:rsidRPr="00F4767A">
              <w:rPr>
                <w:rFonts w:ascii="Arial" w:hAnsi="Arial" w:cs="Arial"/>
                <w:sz w:val="20"/>
                <w:szCs w:val="20"/>
              </w:rPr>
              <w:t>+ de eigen gemeente</w:t>
            </w:r>
          </w:p>
        </w:tc>
        <w:tc>
          <w:tcPr>
            <w:tcW w:w="1155" w:type="pct"/>
            <w:shd w:val="clear" w:color="auto" w:fill="A0C7C5"/>
          </w:tcPr>
          <w:p w14:paraId="0B430652" w14:textId="77777777" w:rsidR="008419D5" w:rsidRPr="00F4767A" w:rsidRDefault="008419D5" w:rsidP="008419D5">
            <w:pPr>
              <w:rPr>
                <w:rFonts w:ascii="Arial" w:hAnsi="Arial" w:cs="Arial"/>
                <w:sz w:val="20"/>
                <w:szCs w:val="20"/>
              </w:rPr>
            </w:pPr>
            <w:r w:rsidRPr="00F4767A">
              <w:rPr>
                <w:rFonts w:ascii="Arial" w:hAnsi="Arial" w:cs="Arial"/>
                <w:sz w:val="20"/>
                <w:szCs w:val="20"/>
              </w:rPr>
              <w:t xml:space="preserve"> </w:t>
            </w:r>
          </w:p>
        </w:tc>
        <w:tc>
          <w:tcPr>
            <w:tcW w:w="1155" w:type="pct"/>
            <w:shd w:val="clear" w:color="auto" w:fill="A0C7C5"/>
          </w:tcPr>
          <w:p w14:paraId="25563203" w14:textId="77777777" w:rsidR="008419D5" w:rsidRPr="00F4767A" w:rsidRDefault="008419D5" w:rsidP="008419D5">
            <w:pPr>
              <w:rPr>
                <w:rFonts w:ascii="Arial" w:hAnsi="Arial" w:cs="Arial"/>
                <w:sz w:val="20"/>
                <w:szCs w:val="20"/>
              </w:rPr>
            </w:pPr>
          </w:p>
        </w:tc>
      </w:tr>
      <w:tr w:rsidR="008419D5" w:rsidRPr="00F4767A" w14:paraId="47505FFD" w14:textId="77777777" w:rsidTr="008419D5">
        <w:trPr>
          <w:trHeight w:val="567"/>
        </w:trPr>
        <w:tc>
          <w:tcPr>
            <w:tcW w:w="305" w:type="pct"/>
            <w:shd w:val="clear" w:color="auto" w:fill="A0C7C5"/>
          </w:tcPr>
          <w:p w14:paraId="24EAF36D" w14:textId="77777777" w:rsidR="008419D5" w:rsidRPr="00F4767A" w:rsidRDefault="008419D5" w:rsidP="008419D5">
            <w:pPr>
              <w:rPr>
                <w:rFonts w:ascii="Arial" w:hAnsi="Arial" w:cs="Arial"/>
                <w:sz w:val="20"/>
                <w:szCs w:val="20"/>
              </w:rPr>
            </w:pPr>
            <w:proofErr w:type="gramStart"/>
            <w:r w:rsidRPr="00F4767A">
              <w:rPr>
                <w:rFonts w:ascii="Arial" w:hAnsi="Arial" w:cs="Arial"/>
                <w:sz w:val="20"/>
                <w:szCs w:val="20"/>
              </w:rPr>
              <w:t>vo</w:t>
            </w:r>
            <w:proofErr w:type="gramEnd"/>
            <w:r w:rsidRPr="00F4767A">
              <w:rPr>
                <w:rFonts w:ascii="Arial" w:hAnsi="Arial" w:cs="Arial"/>
                <w:sz w:val="20"/>
                <w:szCs w:val="20"/>
              </w:rPr>
              <w:t xml:space="preserve"> OB </w:t>
            </w:r>
          </w:p>
        </w:tc>
        <w:tc>
          <w:tcPr>
            <w:tcW w:w="2386" w:type="pct"/>
            <w:shd w:val="clear" w:color="auto" w:fill="A0C7C5"/>
          </w:tcPr>
          <w:p w14:paraId="64896640" w14:textId="77777777" w:rsidR="008419D5" w:rsidRPr="00F4767A" w:rsidRDefault="008419D5" w:rsidP="008419D5">
            <w:pPr>
              <w:rPr>
                <w:rFonts w:ascii="Arial" w:hAnsi="Arial" w:cs="Arial"/>
                <w:sz w:val="20"/>
                <w:szCs w:val="20"/>
              </w:rPr>
            </w:pPr>
            <w:r w:rsidRPr="00F4767A">
              <w:rPr>
                <w:rFonts w:ascii="Arial" w:hAnsi="Arial" w:cs="Arial"/>
                <w:sz w:val="20"/>
                <w:szCs w:val="20"/>
              </w:rPr>
              <w:t>+ het eigen land</w:t>
            </w:r>
          </w:p>
        </w:tc>
        <w:tc>
          <w:tcPr>
            <w:tcW w:w="1155" w:type="pct"/>
            <w:shd w:val="clear" w:color="auto" w:fill="A0C7C5"/>
          </w:tcPr>
          <w:p w14:paraId="0624944C" w14:textId="77777777" w:rsidR="008419D5" w:rsidRPr="00F4767A" w:rsidRDefault="008419D5" w:rsidP="008419D5">
            <w:pPr>
              <w:rPr>
                <w:rFonts w:ascii="Arial" w:hAnsi="Arial" w:cs="Arial"/>
                <w:sz w:val="20"/>
                <w:szCs w:val="20"/>
              </w:rPr>
            </w:pPr>
          </w:p>
        </w:tc>
        <w:tc>
          <w:tcPr>
            <w:tcW w:w="1155" w:type="pct"/>
            <w:shd w:val="clear" w:color="auto" w:fill="A0C7C5"/>
          </w:tcPr>
          <w:p w14:paraId="4459E26E" w14:textId="77777777" w:rsidR="008419D5" w:rsidRPr="00F4767A" w:rsidRDefault="008419D5" w:rsidP="008419D5">
            <w:pPr>
              <w:rPr>
                <w:rFonts w:ascii="Arial" w:hAnsi="Arial" w:cs="Arial"/>
                <w:sz w:val="20"/>
                <w:szCs w:val="20"/>
              </w:rPr>
            </w:pPr>
          </w:p>
        </w:tc>
      </w:tr>
      <w:tr w:rsidR="008419D5" w:rsidRPr="00F4767A" w14:paraId="2F87B050" w14:textId="77777777" w:rsidTr="008419D5">
        <w:trPr>
          <w:trHeight w:val="567"/>
        </w:trPr>
        <w:tc>
          <w:tcPr>
            <w:tcW w:w="305" w:type="pct"/>
            <w:shd w:val="clear" w:color="auto" w:fill="A0C7C5"/>
          </w:tcPr>
          <w:p w14:paraId="717F586E" w14:textId="77777777" w:rsidR="008419D5" w:rsidRPr="00F4767A" w:rsidRDefault="008419D5" w:rsidP="008419D5">
            <w:pPr>
              <w:rPr>
                <w:rFonts w:ascii="Arial" w:hAnsi="Arial" w:cs="Arial"/>
                <w:sz w:val="20"/>
                <w:szCs w:val="20"/>
              </w:rPr>
            </w:pPr>
            <w:proofErr w:type="gramStart"/>
            <w:r w:rsidRPr="00F4767A">
              <w:rPr>
                <w:rFonts w:ascii="Arial" w:hAnsi="Arial" w:cs="Arial"/>
                <w:sz w:val="20"/>
                <w:szCs w:val="20"/>
              </w:rPr>
              <w:t>vo</w:t>
            </w:r>
            <w:proofErr w:type="gramEnd"/>
            <w:r w:rsidRPr="00F4767A">
              <w:rPr>
                <w:rFonts w:ascii="Arial" w:hAnsi="Arial" w:cs="Arial"/>
                <w:sz w:val="20"/>
                <w:szCs w:val="20"/>
              </w:rPr>
              <w:t xml:space="preserve"> BB</w:t>
            </w:r>
          </w:p>
        </w:tc>
        <w:tc>
          <w:tcPr>
            <w:tcW w:w="2386" w:type="pct"/>
            <w:shd w:val="clear" w:color="auto" w:fill="A0C7C5"/>
          </w:tcPr>
          <w:p w14:paraId="3D7066E7" w14:textId="77777777" w:rsidR="008419D5" w:rsidRPr="00F4767A" w:rsidRDefault="008419D5" w:rsidP="008419D5">
            <w:pPr>
              <w:rPr>
                <w:rFonts w:ascii="Arial" w:hAnsi="Arial" w:cs="Arial"/>
                <w:sz w:val="20"/>
                <w:szCs w:val="20"/>
              </w:rPr>
            </w:pPr>
            <w:r w:rsidRPr="00F4767A">
              <w:rPr>
                <w:rFonts w:ascii="Arial" w:hAnsi="Arial" w:cs="Arial"/>
                <w:sz w:val="20"/>
                <w:szCs w:val="20"/>
              </w:rPr>
              <w:t>+ de wereld</w:t>
            </w:r>
          </w:p>
        </w:tc>
        <w:tc>
          <w:tcPr>
            <w:tcW w:w="1155" w:type="pct"/>
            <w:shd w:val="clear" w:color="auto" w:fill="A0C7C5"/>
          </w:tcPr>
          <w:p w14:paraId="1C2877F9" w14:textId="77777777" w:rsidR="008419D5" w:rsidRPr="00F4767A" w:rsidRDefault="008419D5" w:rsidP="008419D5">
            <w:pPr>
              <w:rPr>
                <w:rFonts w:ascii="Arial" w:hAnsi="Arial" w:cs="Arial"/>
                <w:sz w:val="20"/>
                <w:szCs w:val="20"/>
              </w:rPr>
            </w:pPr>
          </w:p>
        </w:tc>
        <w:tc>
          <w:tcPr>
            <w:tcW w:w="1155" w:type="pct"/>
            <w:shd w:val="clear" w:color="auto" w:fill="A0C7C5"/>
          </w:tcPr>
          <w:p w14:paraId="578F4CF1" w14:textId="77777777" w:rsidR="008419D5" w:rsidRPr="00F4767A" w:rsidRDefault="008419D5" w:rsidP="008419D5">
            <w:pPr>
              <w:rPr>
                <w:rFonts w:ascii="Arial" w:hAnsi="Arial" w:cs="Arial"/>
                <w:sz w:val="20"/>
                <w:szCs w:val="20"/>
              </w:rPr>
            </w:pPr>
          </w:p>
        </w:tc>
      </w:tr>
      <w:tr w:rsidR="008419D5" w:rsidRPr="00F4767A" w14:paraId="2A4B7A36" w14:textId="77777777" w:rsidTr="008419D5">
        <w:trPr>
          <w:trHeight w:val="567"/>
        </w:trPr>
        <w:tc>
          <w:tcPr>
            <w:tcW w:w="305" w:type="pct"/>
            <w:shd w:val="clear" w:color="auto" w:fill="487B77"/>
          </w:tcPr>
          <w:p w14:paraId="0383C316" w14:textId="77777777" w:rsidR="008419D5" w:rsidRPr="00F4767A" w:rsidRDefault="008419D5" w:rsidP="008419D5">
            <w:pPr>
              <w:rPr>
                <w:rFonts w:ascii="Arial" w:hAnsi="Arial" w:cs="Arial"/>
                <w:sz w:val="20"/>
                <w:szCs w:val="20"/>
              </w:rPr>
            </w:pPr>
            <w:r w:rsidRPr="00F4767A">
              <w:rPr>
                <w:rFonts w:ascii="Arial" w:hAnsi="Arial" w:cs="Arial"/>
                <w:sz w:val="20"/>
                <w:szCs w:val="20"/>
              </w:rPr>
              <w:t>…</w:t>
            </w:r>
          </w:p>
        </w:tc>
        <w:tc>
          <w:tcPr>
            <w:tcW w:w="2386" w:type="pct"/>
            <w:shd w:val="clear" w:color="auto" w:fill="487B77"/>
          </w:tcPr>
          <w:p w14:paraId="70DFC42F" w14:textId="77777777" w:rsidR="008419D5" w:rsidRPr="00F4767A" w:rsidRDefault="008419D5" w:rsidP="009F1C67">
            <w:pPr>
              <w:spacing w:line="276" w:lineRule="auto"/>
              <w:rPr>
                <w:rFonts w:ascii="Arial" w:hAnsi="Arial" w:cs="Arial"/>
                <w:b/>
                <w:bCs/>
                <w:sz w:val="20"/>
                <w:szCs w:val="20"/>
              </w:rPr>
            </w:pPr>
            <w:r w:rsidRPr="00F4767A">
              <w:rPr>
                <w:rFonts w:ascii="Arial" w:hAnsi="Arial" w:cs="Arial"/>
                <w:b/>
                <w:bCs/>
                <w:sz w:val="20"/>
                <w:szCs w:val="20"/>
              </w:rPr>
              <w:t>Schooleigen focuspunt</w:t>
            </w:r>
          </w:p>
        </w:tc>
        <w:tc>
          <w:tcPr>
            <w:tcW w:w="1155" w:type="pct"/>
            <w:shd w:val="clear" w:color="auto" w:fill="487B77"/>
          </w:tcPr>
          <w:p w14:paraId="53762AD2" w14:textId="77777777" w:rsidR="008419D5" w:rsidRPr="00F4767A" w:rsidRDefault="008419D5" w:rsidP="008419D5">
            <w:pPr>
              <w:rPr>
                <w:rFonts w:ascii="Arial" w:hAnsi="Arial" w:cs="Arial"/>
                <w:sz w:val="20"/>
                <w:szCs w:val="20"/>
              </w:rPr>
            </w:pPr>
            <w:r w:rsidRPr="00F4767A">
              <w:rPr>
                <w:rFonts w:ascii="Arial" w:hAnsi="Arial" w:cs="Arial"/>
                <w:sz w:val="20"/>
                <w:szCs w:val="20"/>
              </w:rPr>
              <w:t>…</w:t>
            </w:r>
          </w:p>
        </w:tc>
        <w:tc>
          <w:tcPr>
            <w:tcW w:w="1155" w:type="pct"/>
            <w:shd w:val="clear" w:color="auto" w:fill="487B77"/>
          </w:tcPr>
          <w:p w14:paraId="77559BEB" w14:textId="77777777" w:rsidR="008419D5" w:rsidRPr="00F4767A" w:rsidRDefault="008419D5" w:rsidP="008419D5">
            <w:pPr>
              <w:rPr>
                <w:rFonts w:ascii="Arial" w:hAnsi="Arial" w:cs="Arial"/>
                <w:sz w:val="20"/>
                <w:szCs w:val="20"/>
              </w:rPr>
            </w:pPr>
            <w:r w:rsidRPr="00F4767A">
              <w:rPr>
                <w:rFonts w:ascii="Arial" w:hAnsi="Arial" w:cs="Arial"/>
                <w:sz w:val="20"/>
                <w:szCs w:val="20"/>
              </w:rPr>
              <w:t>…</w:t>
            </w:r>
          </w:p>
        </w:tc>
      </w:tr>
    </w:tbl>
    <w:p w14:paraId="66CE5877" w14:textId="3DEFD80A" w:rsidR="008419D5" w:rsidRPr="00F4767A" w:rsidRDefault="008419D5" w:rsidP="001E190A">
      <w:pPr>
        <w:rPr>
          <w:rFonts w:ascii="Fresco Std Normal" w:hAnsi="Fresco Std Normal"/>
          <w:lang w:val="nl-NL"/>
        </w:rPr>
        <w:sectPr w:rsidR="008419D5" w:rsidRPr="00F4767A" w:rsidSect="009C419F">
          <w:type w:val="continuous"/>
          <w:pgSz w:w="23811" w:h="16838" w:orient="landscape" w:code="8"/>
          <w:pgMar w:top="720" w:right="720" w:bottom="426" w:left="720" w:header="720" w:footer="567" w:gutter="0"/>
          <w:cols w:space="720"/>
          <w:docGrid w:linePitch="360"/>
        </w:sectPr>
      </w:pPr>
    </w:p>
    <w:p w14:paraId="194ACA6B" w14:textId="12790739" w:rsidR="00D0184A" w:rsidRPr="00F4767A" w:rsidRDefault="00F71668" w:rsidP="000C6EA8">
      <w:pPr>
        <w:pStyle w:val="Kop1"/>
        <w:rPr>
          <w:rFonts w:ascii="Fresco Std Normal" w:hAnsi="Fresco Std Normal"/>
          <w:color w:val="auto"/>
          <w:sz w:val="26"/>
          <w:szCs w:val="26"/>
          <w:lang w:val="nl-NL"/>
        </w:rPr>
      </w:pPr>
      <w:r w:rsidRPr="00F4767A">
        <w:rPr>
          <w:rFonts w:ascii="Fresco Std Normal" w:hAnsi="Fresco Std Normal"/>
          <w:color w:val="auto"/>
          <w:sz w:val="26"/>
          <w:szCs w:val="26"/>
          <w:lang w:val="nl-NL"/>
        </w:rPr>
        <w:br w:type="column"/>
      </w:r>
      <w:r w:rsidRPr="00F4767A">
        <w:rPr>
          <w:rFonts w:ascii="Fresco Std Normal" w:hAnsi="Fresco Std Normal"/>
          <w:color w:val="auto"/>
          <w:sz w:val="26"/>
          <w:szCs w:val="26"/>
          <w:lang w:val="nl-NL"/>
        </w:rPr>
        <w:br w:type="page"/>
      </w:r>
    </w:p>
    <w:p w14:paraId="5D7E2B66" w14:textId="6C808B97" w:rsidR="002E3BDC" w:rsidRPr="00F4767A" w:rsidRDefault="00334B5A" w:rsidP="008419D5">
      <w:pPr>
        <w:pStyle w:val="Kop1"/>
        <w:rPr>
          <w:rFonts w:ascii="Fresco Std Normal" w:hAnsi="Fresco Std Normal"/>
          <w:color w:val="auto"/>
          <w:sz w:val="44"/>
          <w:szCs w:val="44"/>
          <w:lang w:val="nl-NL"/>
        </w:rPr>
      </w:pPr>
      <w:bookmarkStart w:id="9" w:name="_Toc218262330"/>
      <w:r w:rsidRPr="00F4767A">
        <w:rPr>
          <w:rFonts w:ascii="Fresco Std Normal" w:hAnsi="Fresco Std Normal"/>
          <w:color w:val="auto"/>
          <w:sz w:val="44"/>
          <w:szCs w:val="44"/>
          <w:lang w:val="nl-NL"/>
        </w:rPr>
        <w:lastRenderedPageBreak/>
        <w:t>Reflectie-instrument Montessori school- en klasklimaat</w:t>
      </w:r>
      <w:bookmarkEnd w:id="9"/>
    </w:p>
    <w:p w14:paraId="5351F06C" w14:textId="45008227" w:rsidR="008419D5" w:rsidRPr="00F4767A" w:rsidRDefault="00334B5A" w:rsidP="000C6EA8">
      <w:pPr>
        <w:rPr>
          <w:rFonts w:ascii="Arial" w:hAnsi="Arial" w:cs="Arial"/>
          <w:sz w:val="20"/>
          <w:szCs w:val="20"/>
          <w:lang w:val="nl-NL"/>
        </w:rPr>
      </w:pPr>
      <w:r w:rsidRPr="00F4767A">
        <w:rPr>
          <w:rFonts w:ascii="Arial" w:hAnsi="Arial" w:cs="Arial"/>
          <w:sz w:val="20"/>
          <w:szCs w:val="20"/>
          <w:lang w:val="nl-NL"/>
        </w:rPr>
        <w:tab/>
      </w:r>
      <w:r w:rsidRPr="00F4767A">
        <w:rPr>
          <w:rFonts w:ascii="Arial" w:hAnsi="Arial" w:cs="Arial"/>
          <w:sz w:val="20"/>
          <w:szCs w:val="20"/>
          <w:lang w:val="nl-NL"/>
        </w:rPr>
        <w:tab/>
      </w:r>
      <w:r w:rsidRPr="00F4767A">
        <w:rPr>
          <w:rFonts w:ascii="Arial" w:hAnsi="Arial" w:cs="Arial"/>
          <w:sz w:val="20"/>
          <w:szCs w:val="20"/>
          <w:lang w:val="nl-NL"/>
        </w:rPr>
        <w:tab/>
      </w:r>
    </w:p>
    <w:tbl>
      <w:tblPr>
        <w:tblW w:w="10553" w:type="dxa"/>
        <w:tblLook w:val="04A0" w:firstRow="1" w:lastRow="0" w:firstColumn="1" w:lastColumn="0" w:noHBand="0" w:noVBand="1"/>
      </w:tblPr>
      <w:tblGrid>
        <w:gridCol w:w="6487"/>
        <w:gridCol w:w="1186"/>
        <w:gridCol w:w="2880"/>
      </w:tblGrid>
      <w:tr w:rsidR="000C6EA8" w:rsidRPr="00F4767A" w14:paraId="49FA6F2E" w14:textId="77777777" w:rsidTr="0025107F">
        <w:trPr>
          <w:trHeight w:val="508"/>
        </w:trPr>
        <w:tc>
          <w:tcPr>
            <w:tcW w:w="6487" w:type="dxa"/>
            <w:shd w:val="clear" w:color="auto" w:fill="487B77"/>
            <w:vAlign w:val="center"/>
          </w:tcPr>
          <w:p w14:paraId="331A392B" w14:textId="77E4CE2B" w:rsidR="000C6EA8" w:rsidRPr="00F4767A" w:rsidRDefault="000C6EA8" w:rsidP="0025107F">
            <w:pPr>
              <w:spacing w:before="10" w:after="10" w:line="360" w:lineRule="auto"/>
              <w:rPr>
                <w:rFonts w:ascii="Arial" w:hAnsi="Arial" w:cs="Arial"/>
                <w:b/>
                <w:bCs/>
                <w:color w:val="FFFFFF" w:themeColor="background1"/>
                <w:sz w:val="20"/>
                <w:szCs w:val="20"/>
                <w:lang w:val="nl-NL"/>
              </w:rPr>
            </w:pPr>
            <w:r w:rsidRPr="00F4767A">
              <w:rPr>
                <w:rFonts w:ascii="Arial" w:hAnsi="Arial" w:cs="Arial"/>
                <w:b/>
                <w:bCs/>
                <w:color w:val="FFFFFF" w:themeColor="background1"/>
                <w:sz w:val="20"/>
                <w:szCs w:val="20"/>
                <w:lang w:val="nl-NL"/>
              </w:rPr>
              <w:t>Ontwerpprincipes Montessori school- en klasklimaat</w:t>
            </w:r>
          </w:p>
        </w:tc>
        <w:tc>
          <w:tcPr>
            <w:tcW w:w="4066" w:type="dxa"/>
            <w:gridSpan w:val="2"/>
            <w:shd w:val="clear" w:color="auto" w:fill="487B77"/>
            <w:vAlign w:val="center"/>
          </w:tcPr>
          <w:p w14:paraId="4CA751D0" w14:textId="2E21A616" w:rsidR="000C6EA8" w:rsidRPr="00F4767A" w:rsidRDefault="000C6EA8" w:rsidP="0025107F">
            <w:pPr>
              <w:spacing w:before="10" w:after="10" w:line="360" w:lineRule="auto"/>
              <w:rPr>
                <w:rFonts w:ascii="Arial" w:hAnsi="Arial" w:cs="Arial"/>
                <w:b/>
                <w:bCs/>
                <w:color w:val="FFFFFF" w:themeColor="background1"/>
                <w:sz w:val="20"/>
                <w:szCs w:val="20"/>
                <w:lang w:val="nl-NL"/>
              </w:rPr>
            </w:pPr>
            <w:r w:rsidRPr="00F4767A">
              <w:rPr>
                <w:rFonts w:ascii="Arial" w:hAnsi="Arial" w:cs="Arial"/>
                <w:b/>
                <w:bCs/>
                <w:color w:val="FFFFFF" w:themeColor="background1"/>
                <w:sz w:val="20"/>
                <w:szCs w:val="20"/>
                <w:lang w:val="nl-NL"/>
              </w:rPr>
              <w:t>Van toepassing?</w:t>
            </w:r>
          </w:p>
        </w:tc>
      </w:tr>
      <w:tr w:rsidR="008419D5" w:rsidRPr="00F4767A" w14:paraId="6D1BC0E8" w14:textId="77777777" w:rsidTr="0025107F">
        <w:trPr>
          <w:trHeight w:val="429"/>
        </w:trPr>
        <w:tc>
          <w:tcPr>
            <w:tcW w:w="6487" w:type="dxa"/>
            <w:shd w:val="clear" w:color="auto" w:fill="487B77"/>
            <w:vAlign w:val="center"/>
          </w:tcPr>
          <w:p w14:paraId="09814C1C" w14:textId="77777777" w:rsidR="008419D5" w:rsidRPr="00F4767A" w:rsidRDefault="008419D5" w:rsidP="0025107F">
            <w:pPr>
              <w:pStyle w:val="Lijstalinea"/>
              <w:spacing w:before="10" w:after="10" w:line="360" w:lineRule="auto"/>
              <w:rPr>
                <w:rFonts w:ascii="Arial" w:hAnsi="Arial" w:cs="Arial"/>
                <w:b/>
                <w:bCs/>
                <w:color w:val="FFFFFF" w:themeColor="background1"/>
                <w:sz w:val="20"/>
                <w:szCs w:val="20"/>
                <w:lang w:val="nl-NL"/>
              </w:rPr>
            </w:pPr>
          </w:p>
        </w:tc>
        <w:tc>
          <w:tcPr>
            <w:tcW w:w="1186" w:type="dxa"/>
            <w:shd w:val="clear" w:color="auto" w:fill="487B77"/>
            <w:vAlign w:val="center"/>
          </w:tcPr>
          <w:p w14:paraId="405195BB" w14:textId="324CAA14" w:rsidR="008419D5" w:rsidRPr="00F4767A" w:rsidRDefault="000C6EA8" w:rsidP="0025107F">
            <w:pPr>
              <w:spacing w:before="10" w:after="10" w:line="360" w:lineRule="auto"/>
              <w:rPr>
                <w:rFonts w:ascii="Arial" w:hAnsi="Arial" w:cs="Arial"/>
                <w:b/>
                <w:bCs/>
                <w:color w:val="FFFFFF" w:themeColor="background1"/>
                <w:sz w:val="20"/>
                <w:szCs w:val="20"/>
                <w:lang w:val="nl-NL"/>
              </w:rPr>
            </w:pPr>
            <w:r w:rsidRPr="00F4767A">
              <w:rPr>
                <w:rFonts w:ascii="Arial" w:hAnsi="Arial" w:cs="Arial"/>
                <w:b/>
                <w:bCs/>
                <w:color w:val="FFFFFF" w:themeColor="background1"/>
                <w:sz w:val="20"/>
                <w:szCs w:val="20"/>
                <w:lang w:val="nl-NL"/>
              </w:rPr>
              <w:t>W</w:t>
            </w:r>
            <w:r w:rsidR="008419D5" w:rsidRPr="00F4767A">
              <w:rPr>
                <w:rFonts w:ascii="Arial" w:hAnsi="Arial" w:cs="Arial"/>
                <w:b/>
                <w:bCs/>
                <w:color w:val="FFFFFF" w:themeColor="background1"/>
                <w:sz w:val="20"/>
                <w:szCs w:val="20"/>
                <w:lang w:val="nl-NL"/>
              </w:rPr>
              <w:t>el</w:t>
            </w:r>
          </w:p>
        </w:tc>
        <w:tc>
          <w:tcPr>
            <w:tcW w:w="2880" w:type="dxa"/>
            <w:shd w:val="clear" w:color="auto" w:fill="487B77"/>
            <w:vAlign w:val="center"/>
          </w:tcPr>
          <w:p w14:paraId="14E9EC52" w14:textId="77777777" w:rsidR="008419D5" w:rsidRPr="00F4767A" w:rsidRDefault="008419D5" w:rsidP="0025107F">
            <w:pPr>
              <w:spacing w:before="10" w:after="10" w:line="360" w:lineRule="auto"/>
              <w:rPr>
                <w:rFonts w:ascii="Arial" w:hAnsi="Arial" w:cs="Arial"/>
                <w:b/>
                <w:bCs/>
                <w:color w:val="FFFFFF" w:themeColor="background1"/>
                <w:sz w:val="20"/>
                <w:szCs w:val="20"/>
                <w:lang w:val="nl-NL"/>
              </w:rPr>
            </w:pPr>
            <w:r w:rsidRPr="00F4767A">
              <w:rPr>
                <w:rFonts w:ascii="Arial" w:hAnsi="Arial" w:cs="Arial"/>
                <w:b/>
                <w:bCs/>
                <w:color w:val="FFFFFF" w:themeColor="background1"/>
                <w:sz w:val="20"/>
                <w:szCs w:val="20"/>
                <w:lang w:val="nl-NL"/>
              </w:rPr>
              <w:t>Niet</w:t>
            </w:r>
          </w:p>
        </w:tc>
      </w:tr>
      <w:tr w:rsidR="008419D5" w:rsidRPr="00F4767A" w14:paraId="51F4292F" w14:textId="77777777" w:rsidTr="009D0579">
        <w:tc>
          <w:tcPr>
            <w:tcW w:w="6487" w:type="dxa"/>
          </w:tcPr>
          <w:p w14:paraId="3134C36C" w14:textId="059F7C0C" w:rsidR="008419D5" w:rsidRPr="00F4767A" w:rsidRDefault="003664D5" w:rsidP="0025107F">
            <w:pPr>
              <w:pStyle w:val="Lijstalinea"/>
              <w:numPr>
                <w:ilvl w:val="0"/>
                <w:numId w:val="10"/>
              </w:numPr>
              <w:spacing w:line="240" w:lineRule="auto"/>
              <w:rPr>
                <w:rFonts w:ascii="Fresco Std Normal" w:hAnsi="Fresco Std Normal"/>
                <w:lang w:val="nl-NL"/>
              </w:rPr>
            </w:pPr>
            <w:r w:rsidRPr="00F4767A">
              <w:rPr>
                <w:rFonts w:ascii="Fresco Std Normal" w:hAnsi="Fresco Std Normal"/>
                <w:lang w:val="nl-NL"/>
              </w:rPr>
              <w:t xml:space="preserve">De leraar werkt samen met </w:t>
            </w:r>
            <w:r w:rsidRPr="00F4767A">
              <w:rPr>
                <w:rFonts w:ascii="Fresco Std Normal" w:hAnsi="Fresco Std Normal"/>
                <w:b/>
                <w:lang w:val="nl-NL"/>
              </w:rPr>
              <w:t>andere volwassenen</w:t>
            </w:r>
            <w:r w:rsidRPr="00F4767A">
              <w:rPr>
                <w:rFonts w:ascii="Fresco Std Normal" w:hAnsi="Fresco Std Normal"/>
                <w:lang w:val="nl-NL"/>
              </w:rPr>
              <w:t xml:space="preserve"> aan de opvoeding en het onderwijs voor kinderen.</w:t>
            </w:r>
          </w:p>
        </w:tc>
        <w:tc>
          <w:tcPr>
            <w:tcW w:w="1186" w:type="dxa"/>
          </w:tcPr>
          <w:p w14:paraId="5039E28C" w14:textId="77777777" w:rsidR="008419D5" w:rsidRPr="00F4767A" w:rsidRDefault="00F4767A" w:rsidP="0025107F">
            <w:pPr>
              <w:rPr>
                <w:rFonts w:ascii="Fresco Std Normal" w:hAnsi="Fresco Std Normal"/>
                <w:lang w:val="nl-NL"/>
              </w:rPr>
            </w:pPr>
            <w:sdt>
              <w:sdtPr>
                <w:rPr>
                  <w:rFonts w:ascii="Fresco Std Normal" w:hAnsi="Fresco Std Normal"/>
                  <w:lang w:val="nl-NL"/>
                </w:rPr>
                <w:id w:val="-1245649719"/>
                <w14:checkbox>
                  <w14:checked w14:val="0"/>
                  <w14:checkedState w14:val="2612" w14:font="MS Gothic"/>
                  <w14:uncheckedState w14:val="2610" w14:font="MS Gothic"/>
                </w14:checkbox>
              </w:sdtPr>
              <w:sdtEndPr/>
              <w:sdtContent/>
            </w:sdt>
            <w:sdt>
              <w:sdtPr>
                <w:rPr>
                  <w:rFonts w:ascii="Fresco Std Normal" w:hAnsi="Fresco Std Normal"/>
                  <w:lang w:val="nl-NL"/>
                </w:rPr>
                <w:id w:val="1291940521"/>
                <w14:checkbox>
                  <w14:checked w14:val="0"/>
                  <w14:checkedState w14:val="2612" w14:font="MS Gothic"/>
                  <w14:uncheckedState w14:val="2610" w14:font="MS Gothic"/>
                </w14:checkbox>
              </w:sdtPr>
              <w:sdtEndPr/>
              <w:sdtContent>
                <w:r w:rsidR="008419D5" w:rsidRPr="00F4767A">
                  <w:rPr>
                    <w:rFonts w:ascii="MS Gothic" w:eastAsia="MS Gothic" w:hAnsi="MS Gothic"/>
                    <w:lang w:val="nl-NL"/>
                  </w:rPr>
                  <w:t>☐</w:t>
                </w:r>
              </w:sdtContent>
            </w:sdt>
          </w:p>
        </w:tc>
        <w:tc>
          <w:tcPr>
            <w:tcW w:w="2880" w:type="dxa"/>
          </w:tcPr>
          <w:p w14:paraId="57B4E64E" w14:textId="77777777" w:rsidR="008419D5" w:rsidRPr="00F4767A" w:rsidRDefault="00F4767A" w:rsidP="0025107F">
            <w:pPr>
              <w:rPr>
                <w:rFonts w:ascii="Fresco Std Normal" w:hAnsi="Fresco Std Normal"/>
                <w:lang w:val="nl-NL"/>
              </w:rPr>
            </w:pPr>
            <w:sdt>
              <w:sdtPr>
                <w:rPr>
                  <w:rFonts w:ascii="Fresco Std Normal" w:hAnsi="Fresco Std Normal"/>
                  <w:lang w:val="nl-NL"/>
                </w:rPr>
                <w:id w:val="543413993"/>
                <w14:checkbox>
                  <w14:checked w14:val="0"/>
                  <w14:checkedState w14:val="2612" w14:font="MS Gothic"/>
                  <w14:uncheckedState w14:val="2610" w14:font="MS Gothic"/>
                </w14:checkbox>
              </w:sdtPr>
              <w:sdtEndPr/>
              <w:sdtContent/>
            </w:sdt>
            <w:sdt>
              <w:sdtPr>
                <w:rPr>
                  <w:rFonts w:ascii="Fresco Std Normal" w:hAnsi="Fresco Std Normal"/>
                  <w:lang w:val="nl-NL"/>
                </w:rPr>
                <w:id w:val="349459765"/>
                <w14:checkbox>
                  <w14:checked w14:val="0"/>
                  <w14:checkedState w14:val="2612" w14:font="MS Gothic"/>
                  <w14:uncheckedState w14:val="2610" w14:font="MS Gothic"/>
                </w14:checkbox>
              </w:sdtPr>
              <w:sdtEndPr/>
              <w:sdtContent>
                <w:r w:rsidR="008419D5" w:rsidRPr="00F4767A">
                  <w:rPr>
                    <w:rFonts w:ascii="Segoe UI Symbol" w:eastAsia="MS Gothic" w:hAnsi="Segoe UI Symbol" w:cs="Segoe UI Symbol"/>
                    <w:lang w:val="nl-NL"/>
                  </w:rPr>
                  <w:t>☐</w:t>
                </w:r>
              </w:sdtContent>
            </w:sdt>
          </w:p>
        </w:tc>
      </w:tr>
      <w:tr w:rsidR="003664D5" w:rsidRPr="00F4767A" w14:paraId="41D69529" w14:textId="77777777" w:rsidTr="009D0579">
        <w:tc>
          <w:tcPr>
            <w:tcW w:w="6487" w:type="dxa"/>
          </w:tcPr>
          <w:p w14:paraId="29FC49EE" w14:textId="184DB732" w:rsidR="003664D5" w:rsidRPr="00F4767A" w:rsidRDefault="003664D5" w:rsidP="003664D5">
            <w:pPr>
              <w:pStyle w:val="Lijstalinea"/>
              <w:numPr>
                <w:ilvl w:val="0"/>
                <w:numId w:val="10"/>
              </w:numPr>
              <w:spacing w:line="240" w:lineRule="auto"/>
              <w:rPr>
                <w:rFonts w:ascii="Fresco Std Normal" w:hAnsi="Fresco Std Normal"/>
                <w:lang w:val="nl-NL"/>
              </w:rPr>
            </w:pPr>
            <w:r w:rsidRPr="00F4767A">
              <w:rPr>
                <w:rFonts w:ascii="Fresco Std Normal" w:hAnsi="Fresco Std Normal"/>
                <w:lang w:val="nl-NL"/>
              </w:rPr>
              <w:t xml:space="preserve">De leraar geeft leerlingen de ruimte en/of mogelijkheden om de </w:t>
            </w:r>
            <w:r w:rsidRPr="00F4767A">
              <w:rPr>
                <w:rFonts w:ascii="Fresco Std Normal" w:hAnsi="Fresco Std Normal"/>
                <w:b/>
                <w:lang w:val="nl-NL"/>
              </w:rPr>
              <w:t>wereld te verbeteren</w:t>
            </w:r>
            <w:r w:rsidRPr="00F4767A">
              <w:rPr>
                <w:rFonts w:ascii="Fresco Std Normal" w:hAnsi="Fresco Std Normal"/>
                <w:lang w:val="nl-NL"/>
              </w:rPr>
              <w:t>.</w:t>
            </w:r>
          </w:p>
        </w:tc>
        <w:tc>
          <w:tcPr>
            <w:tcW w:w="1186" w:type="dxa"/>
          </w:tcPr>
          <w:p w14:paraId="4EACEF60" w14:textId="325059A2" w:rsidR="003664D5" w:rsidRPr="00F4767A" w:rsidRDefault="00F4767A" w:rsidP="003664D5">
            <w:pPr>
              <w:rPr>
                <w:rFonts w:ascii="Fresco Std Normal" w:hAnsi="Fresco Std Normal"/>
                <w:lang w:val="nl-NL"/>
              </w:rPr>
            </w:pPr>
            <w:sdt>
              <w:sdtPr>
                <w:rPr>
                  <w:rFonts w:ascii="Fresco Std Normal" w:hAnsi="Fresco Std Normal"/>
                  <w:lang w:val="nl-NL"/>
                </w:rPr>
                <w:id w:val="50209727"/>
                <w14:checkbox>
                  <w14:checked w14:val="0"/>
                  <w14:checkedState w14:val="2612" w14:font="MS Gothic"/>
                  <w14:uncheckedState w14:val="2610" w14:font="MS Gothic"/>
                </w14:checkbox>
              </w:sdtPr>
              <w:sdtEndPr/>
              <w:sdtContent/>
            </w:sdt>
            <w:sdt>
              <w:sdtPr>
                <w:rPr>
                  <w:rFonts w:ascii="Fresco Std Normal" w:hAnsi="Fresco Std Normal"/>
                  <w:lang w:val="nl-NL"/>
                </w:rPr>
                <w:id w:val="-1666859757"/>
                <w14:checkbox>
                  <w14:checked w14:val="0"/>
                  <w14:checkedState w14:val="2612" w14:font="MS Gothic"/>
                  <w14:uncheckedState w14:val="2610" w14:font="MS Gothic"/>
                </w14:checkbox>
              </w:sdtPr>
              <w:sdtEndPr/>
              <w:sdtContent>
                <w:r w:rsidR="003664D5" w:rsidRPr="00F4767A">
                  <w:rPr>
                    <w:rFonts w:ascii="MS Gothic" w:eastAsia="MS Gothic" w:hAnsi="MS Gothic"/>
                    <w:lang w:val="nl-NL"/>
                  </w:rPr>
                  <w:t>☐</w:t>
                </w:r>
              </w:sdtContent>
            </w:sdt>
          </w:p>
        </w:tc>
        <w:tc>
          <w:tcPr>
            <w:tcW w:w="2880" w:type="dxa"/>
          </w:tcPr>
          <w:p w14:paraId="5B680D64" w14:textId="4F8B7790" w:rsidR="003664D5" w:rsidRPr="00F4767A" w:rsidRDefault="00F4767A" w:rsidP="003664D5">
            <w:pPr>
              <w:rPr>
                <w:rFonts w:ascii="Fresco Std Normal" w:hAnsi="Fresco Std Normal"/>
                <w:lang w:val="nl-NL"/>
              </w:rPr>
            </w:pPr>
            <w:sdt>
              <w:sdtPr>
                <w:rPr>
                  <w:rFonts w:ascii="Fresco Std Normal" w:hAnsi="Fresco Std Normal"/>
                  <w:lang w:val="nl-NL"/>
                </w:rPr>
                <w:id w:val="-170026378"/>
                <w14:checkbox>
                  <w14:checked w14:val="0"/>
                  <w14:checkedState w14:val="2612" w14:font="MS Gothic"/>
                  <w14:uncheckedState w14:val="2610" w14:font="MS Gothic"/>
                </w14:checkbox>
              </w:sdtPr>
              <w:sdtEndPr/>
              <w:sdtContent/>
            </w:sdt>
            <w:sdt>
              <w:sdtPr>
                <w:rPr>
                  <w:rFonts w:ascii="Fresco Std Normal" w:hAnsi="Fresco Std Normal"/>
                  <w:lang w:val="nl-NL"/>
                </w:rPr>
                <w:id w:val="280923295"/>
                <w14:checkbox>
                  <w14:checked w14:val="0"/>
                  <w14:checkedState w14:val="2612" w14:font="MS Gothic"/>
                  <w14:uncheckedState w14:val="2610" w14:font="MS Gothic"/>
                </w14:checkbox>
              </w:sdtPr>
              <w:sdtEndPr/>
              <w:sdtContent>
                <w:r w:rsidR="003664D5" w:rsidRPr="00F4767A">
                  <w:rPr>
                    <w:rFonts w:ascii="Segoe UI Symbol" w:eastAsia="MS Gothic" w:hAnsi="Segoe UI Symbol" w:cs="Segoe UI Symbol"/>
                    <w:lang w:val="nl-NL"/>
                  </w:rPr>
                  <w:t>☐</w:t>
                </w:r>
              </w:sdtContent>
            </w:sdt>
          </w:p>
        </w:tc>
      </w:tr>
      <w:tr w:rsidR="008419D5" w:rsidRPr="00F4767A" w14:paraId="73151F32" w14:textId="77777777" w:rsidTr="009D0579">
        <w:tc>
          <w:tcPr>
            <w:tcW w:w="6487" w:type="dxa"/>
          </w:tcPr>
          <w:p w14:paraId="514A3101" w14:textId="77777777" w:rsidR="00573A50" w:rsidRPr="00F4767A" w:rsidRDefault="008419D5" w:rsidP="00573A50">
            <w:pPr>
              <w:pStyle w:val="Lijstalinea"/>
              <w:numPr>
                <w:ilvl w:val="0"/>
                <w:numId w:val="10"/>
              </w:numPr>
              <w:spacing w:line="240" w:lineRule="auto"/>
              <w:rPr>
                <w:rFonts w:ascii="Fresco Std Normal" w:hAnsi="Fresco Std Normal"/>
                <w:lang w:val="nl-NL"/>
              </w:rPr>
            </w:pPr>
            <w:r w:rsidRPr="00F4767A">
              <w:rPr>
                <w:rFonts w:ascii="Fresco Std Normal" w:hAnsi="Fresco Std Normal"/>
                <w:lang w:val="nl-NL"/>
              </w:rPr>
              <w:t xml:space="preserve">De leraar geeft </w:t>
            </w:r>
            <w:r w:rsidRPr="00F4767A">
              <w:rPr>
                <w:rFonts w:ascii="Fresco Std Normal" w:hAnsi="Fresco Std Normal"/>
                <w:b/>
                <w:lang w:val="nl-NL"/>
              </w:rPr>
              <w:t>ruimte</w:t>
            </w:r>
            <w:r w:rsidRPr="00F4767A">
              <w:rPr>
                <w:rFonts w:ascii="Fresco Std Normal" w:hAnsi="Fresco Std Normal"/>
                <w:lang w:val="nl-NL"/>
              </w:rPr>
              <w:t xml:space="preserve"> aan de ziens- of levenswijzen van </w:t>
            </w:r>
            <w:r w:rsidR="00573A50" w:rsidRPr="00F4767A">
              <w:rPr>
                <w:rFonts w:ascii="Fresco Std Normal" w:hAnsi="Fresco Std Normal"/>
                <w:lang w:val="nl-NL"/>
              </w:rPr>
              <w:t>de</w:t>
            </w:r>
          </w:p>
          <w:p w14:paraId="1EDCCAAA" w14:textId="2646D572" w:rsidR="008419D5" w:rsidRPr="00F4767A" w:rsidRDefault="008419D5" w:rsidP="00573A50">
            <w:pPr>
              <w:pStyle w:val="Lijstalinea"/>
              <w:spacing w:line="240" w:lineRule="auto"/>
              <w:ind w:left="360"/>
              <w:rPr>
                <w:rFonts w:ascii="Fresco Std Normal" w:hAnsi="Fresco Std Normal"/>
                <w:lang w:val="nl-NL"/>
              </w:rPr>
            </w:pPr>
            <w:proofErr w:type="gramStart"/>
            <w:r w:rsidRPr="00F4767A">
              <w:rPr>
                <w:rFonts w:ascii="Fresco Std Normal" w:hAnsi="Fresco Std Normal"/>
                <w:lang w:val="nl-NL"/>
              </w:rPr>
              <w:t>leerlingen</w:t>
            </w:r>
            <w:proofErr w:type="gramEnd"/>
            <w:r w:rsidRPr="00F4767A">
              <w:rPr>
                <w:rFonts w:ascii="Fresco Std Normal" w:hAnsi="Fresco Std Normal"/>
                <w:lang w:val="nl-NL"/>
              </w:rPr>
              <w:t xml:space="preserve">, zonder </w:t>
            </w:r>
            <w:r w:rsidR="00573A50" w:rsidRPr="00F4767A">
              <w:rPr>
                <w:rFonts w:ascii="Fresco Std Normal" w:hAnsi="Fresco Std Normal"/>
                <w:lang w:val="nl-NL"/>
              </w:rPr>
              <w:t>diens eigen ziens- of levenswijze</w:t>
            </w:r>
            <w:r w:rsidRPr="00F4767A">
              <w:rPr>
                <w:rFonts w:ascii="Fresco Std Normal" w:hAnsi="Fresco Std Normal"/>
                <w:lang w:val="nl-NL"/>
              </w:rPr>
              <w:t xml:space="preserve"> op te leggen.</w:t>
            </w:r>
          </w:p>
        </w:tc>
        <w:tc>
          <w:tcPr>
            <w:tcW w:w="1186" w:type="dxa"/>
          </w:tcPr>
          <w:p w14:paraId="1757A664" w14:textId="77777777" w:rsidR="008419D5" w:rsidRPr="00F4767A" w:rsidRDefault="00F4767A" w:rsidP="0025107F">
            <w:pPr>
              <w:rPr>
                <w:rFonts w:ascii="Fresco Std Normal" w:hAnsi="Fresco Std Normal"/>
                <w:lang w:val="nl-NL"/>
              </w:rPr>
            </w:pPr>
            <w:sdt>
              <w:sdtPr>
                <w:rPr>
                  <w:rFonts w:ascii="Fresco Std Normal" w:hAnsi="Fresco Std Normal"/>
                  <w:lang w:val="nl-NL"/>
                </w:rPr>
                <w:id w:val="511344718"/>
                <w14:checkbox>
                  <w14:checked w14:val="0"/>
                  <w14:checkedState w14:val="2612" w14:font="MS Gothic"/>
                  <w14:uncheckedState w14:val="2610" w14:font="MS Gothic"/>
                </w14:checkbox>
              </w:sdtPr>
              <w:sdtEndPr/>
              <w:sdtContent/>
            </w:sdt>
            <w:sdt>
              <w:sdtPr>
                <w:rPr>
                  <w:rFonts w:ascii="Fresco Std Normal" w:hAnsi="Fresco Std Normal"/>
                  <w:lang w:val="nl-NL"/>
                </w:rPr>
                <w:id w:val="-1990861214"/>
                <w14:checkbox>
                  <w14:checked w14:val="0"/>
                  <w14:checkedState w14:val="2612" w14:font="MS Gothic"/>
                  <w14:uncheckedState w14:val="2610" w14:font="MS Gothic"/>
                </w14:checkbox>
              </w:sdtPr>
              <w:sdtEndPr/>
              <w:sdtContent>
                <w:r w:rsidR="008419D5" w:rsidRPr="00F4767A">
                  <w:rPr>
                    <w:rFonts w:ascii="Segoe UI Symbol" w:eastAsia="MS Gothic" w:hAnsi="Segoe UI Symbol" w:cs="Segoe UI Symbol"/>
                    <w:lang w:val="nl-NL"/>
                  </w:rPr>
                  <w:t>☐</w:t>
                </w:r>
              </w:sdtContent>
            </w:sdt>
          </w:p>
        </w:tc>
        <w:tc>
          <w:tcPr>
            <w:tcW w:w="2880" w:type="dxa"/>
          </w:tcPr>
          <w:p w14:paraId="1896FA82" w14:textId="77777777" w:rsidR="008419D5" w:rsidRPr="00F4767A" w:rsidRDefault="00F4767A" w:rsidP="0025107F">
            <w:pPr>
              <w:rPr>
                <w:rFonts w:ascii="Fresco Std Normal" w:hAnsi="Fresco Std Normal"/>
                <w:lang w:val="nl-NL"/>
              </w:rPr>
            </w:pPr>
            <w:sdt>
              <w:sdtPr>
                <w:rPr>
                  <w:rFonts w:ascii="Fresco Std Normal" w:hAnsi="Fresco Std Normal"/>
                  <w:lang w:val="nl-NL"/>
                </w:rPr>
                <w:id w:val="-1351488452"/>
                <w14:checkbox>
                  <w14:checked w14:val="0"/>
                  <w14:checkedState w14:val="2612" w14:font="MS Gothic"/>
                  <w14:uncheckedState w14:val="2610" w14:font="MS Gothic"/>
                </w14:checkbox>
              </w:sdtPr>
              <w:sdtEndPr/>
              <w:sdtContent/>
            </w:sdt>
            <w:sdt>
              <w:sdtPr>
                <w:rPr>
                  <w:rFonts w:ascii="Fresco Std Normal" w:hAnsi="Fresco Std Normal"/>
                  <w:lang w:val="nl-NL"/>
                </w:rPr>
                <w:id w:val="375050108"/>
                <w14:checkbox>
                  <w14:checked w14:val="0"/>
                  <w14:checkedState w14:val="2612" w14:font="MS Gothic"/>
                  <w14:uncheckedState w14:val="2610" w14:font="MS Gothic"/>
                </w14:checkbox>
              </w:sdtPr>
              <w:sdtEndPr/>
              <w:sdtContent>
                <w:r w:rsidR="008419D5" w:rsidRPr="00F4767A">
                  <w:rPr>
                    <w:rFonts w:ascii="Segoe UI Symbol" w:eastAsia="MS Gothic" w:hAnsi="Segoe UI Symbol" w:cs="Segoe UI Symbol"/>
                    <w:lang w:val="nl-NL"/>
                  </w:rPr>
                  <w:t>☐</w:t>
                </w:r>
              </w:sdtContent>
            </w:sdt>
          </w:p>
        </w:tc>
      </w:tr>
      <w:tr w:rsidR="008419D5" w:rsidRPr="00F4767A" w14:paraId="503F1EB9" w14:textId="77777777" w:rsidTr="009D0579">
        <w:tc>
          <w:tcPr>
            <w:tcW w:w="6487" w:type="dxa"/>
          </w:tcPr>
          <w:p w14:paraId="0C5AB66E" w14:textId="77777777" w:rsidR="008419D5" w:rsidRPr="00F4767A" w:rsidRDefault="008419D5" w:rsidP="0025107F">
            <w:pPr>
              <w:pStyle w:val="Lijstalinea"/>
              <w:numPr>
                <w:ilvl w:val="0"/>
                <w:numId w:val="10"/>
              </w:numPr>
              <w:spacing w:line="240" w:lineRule="auto"/>
              <w:rPr>
                <w:rFonts w:ascii="Fresco Std Normal" w:hAnsi="Fresco Std Normal"/>
                <w:lang w:val="nl-NL"/>
              </w:rPr>
            </w:pPr>
            <w:r w:rsidRPr="00F4767A">
              <w:rPr>
                <w:rFonts w:ascii="Fresco Std Normal" w:hAnsi="Fresco Std Normal"/>
                <w:lang w:val="nl-NL"/>
              </w:rPr>
              <w:t xml:space="preserve">De leraar stimuleert </w:t>
            </w:r>
            <w:r w:rsidRPr="00F4767A">
              <w:rPr>
                <w:rFonts w:ascii="Fresco Std Normal" w:hAnsi="Fresco Std Normal"/>
                <w:b/>
                <w:lang w:val="nl-NL"/>
              </w:rPr>
              <w:t>liefde voor kennis</w:t>
            </w:r>
            <w:r w:rsidRPr="00F4767A">
              <w:rPr>
                <w:rFonts w:ascii="Fresco Std Normal" w:hAnsi="Fresco Std Normal"/>
                <w:lang w:val="nl-NL"/>
              </w:rPr>
              <w:t xml:space="preserve"> en/of liefde voor </w:t>
            </w:r>
            <w:r w:rsidRPr="00F4767A">
              <w:rPr>
                <w:rFonts w:ascii="Fresco Std Normal" w:hAnsi="Fresco Std Normal"/>
                <w:b/>
                <w:lang w:val="nl-NL"/>
              </w:rPr>
              <w:t>werken</w:t>
            </w:r>
            <w:r w:rsidRPr="00F4767A">
              <w:rPr>
                <w:rFonts w:ascii="Fresco Std Normal" w:hAnsi="Fresco Std Normal"/>
                <w:lang w:val="nl-NL"/>
              </w:rPr>
              <w:t>.</w:t>
            </w:r>
          </w:p>
        </w:tc>
        <w:tc>
          <w:tcPr>
            <w:tcW w:w="1186" w:type="dxa"/>
          </w:tcPr>
          <w:p w14:paraId="0F1557C8" w14:textId="77777777" w:rsidR="008419D5" w:rsidRPr="00F4767A" w:rsidRDefault="00F4767A" w:rsidP="0025107F">
            <w:pPr>
              <w:rPr>
                <w:rFonts w:ascii="Fresco Std Normal" w:hAnsi="Fresco Std Normal"/>
                <w:lang w:val="nl-NL"/>
              </w:rPr>
            </w:pPr>
            <w:sdt>
              <w:sdtPr>
                <w:rPr>
                  <w:rFonts w:ascii="Fresco Std Normal" w:hAnsi="Fresco Std Normal"/>
                  <w:lang w:val="nl-NL"/>
                </w:rPr>
                <w:id w:val="868870965"/>
                <w14:checkbox>
                  <w14:checked w14:val="0"/>
                  <w14:checkedState w14:val="2612" w14:font="MS Gothic"/>
                  <w14:uncheckedState w14:val="2610" w14:font="MS Gothic"/>
                </w14:checkbox>
              </w:sdtPr>
              <w:sdtEndPr/>
              <w:sdtContent/>
            </w:sdt>
            <w:sdt>
              <w:sdtPr>
                <w:rPr>
                  <w:rFonts w:ascii="Fresco Std Normal" w:hAnsi="Fresco Std Normal"/>
                  <w:lang w:val="nl-NL"/>
                </w:rPr>
                <w:id w:val="-1297374155"/>
                <w14:checkbox>
                  <w14:checked w14:val="0"/>
                  <w14:checkedState w14:val="2612" w14:font="MS Gothic"/>
                  <w14:uncheckedState w14:val="2610" w14:font="MS Gothic"/>
                </w14:checkbox>
              </w:sdtPr>
              <w:sdtEndPr/>
              <w:sdtContent>
                <w:r w:rsidR="008419D5" w:rsidRPr="00F4767A">
                  <w:rPr>
                    <w:rFonts w:ascii="Segoe UI Symbol" w:eastAsia="MS Gothic" w:hAnsi="Segoe UI Symbol" w:cs="Segoe UI Symbol"/>
                    <w:lang w:val="nl-NL"/>
                  </w:rPr>
                  <w:t>☐</w:t>
                </w:r>
              </w:sdtContent>
            </w:sdt>
          </w:p>
        </w:tc>
        <w:tc>
          <w:tcPr>
            <w:tcW w:w="2880" w:type="dxa"/>
          </w:tcPr>
          <w:p w14:paraId="40D54183" w14:textId="77777777" w:rsidR="008419D5" w:rsidRPr="00F4767A" w:rsidRDefault="00F4767A" w:rsidP="0025107F">
            <w:pPr>
              <w:rPr>
                <w:rFonts w:ascii="Fresco Std Normal" w:hAnsi="Fresco Std Normal"/>
                <w:lang w:val="nl-NL"/>
              </w:rPr>
            </w:pPr>
            <w:sdt>
              <w:sdtPr>
                <w:rPr>
                  <w:rFonts w:ascii="Fresco Std Normal" w:hAnsi="Fresco Std Normal"/>
                  <w:lang w:val="nl-NL"/>
                </w:rPr>
                <w:id w:val="-723142241"/>
                <w14:checkbox>
                  <w14:checked w14:val="0"/>
                  <w14:checkedState w14:val="2612" w14:font="MS Gothic"/>
                  <w14:uncheckedState w14:val="2610" w14:font="MS Gothic"/>
                </w14:checkbox>
              </w:sdtPr>
              <w:sdtEndPr/>
              <w:sdtContent/>
            </w:sdt>
            <w:sdt>
              <w:sdtPr>
                <w:rPr>
                  <w:rFonts w:ascii="Fresco Std Normal" w:hAnsi="Fresco Std Normal"/>
                  <w:lang w:val="nl-NL"/>
                </w:rPr>
                <w:id w:val="1591356663"/>
                <w14:checkbox>
                  <w14:checked w14:val="0"/>
                  <w14:checkedState w14:val="2612" w14:font="MS Gothic"/>
                  <w14:uncheckedState w14:val="2610" w14:font="MS Gothic"/>
                </w14:checkbox>
              </w:sdtPr>
              <w:sdtEndPr/>
              <w:sdtContent>
                <w:r w:rsidR="008419D5" w:rsidRPr="00F4767A">
                  <w:rPr>
                    <w:rFonts w:ascii="Segoe UI Symbol" w:eastAsia="MS Gothic" w:hAnsi="Segoe UI Symbol" w:cs="Segoe UI Symbol"/>
                    <w:lang w:val="nl-NL"/>
                  </w:rPr>
                  <w:t>☐</w:t>
                </w:r>
              </w:sdtContent>
            </w:sdt>
          </w:p>
        </w:tc>
      </w:tr>
      <w:tr w:rsidR="008419D5" w:rsidRPr="00F4767A" w14:paraId="48322D7F" w14:textId="77777777" w:rsidTr="009D0579">
        <w:tc>
          <w:tcPr>
            <w:tcW w:w="6487" w:type="dxa"/>
          </w:tcPr>
          <w:p w14:paraId="208A7AC6" w14:textId="77777777" w:rsidR="008419D5" w:rsidRPr="00F4767A" w:rsidRDefault="008419D5" w:rsidP="0025107F">
            <w:pPr>
              <w:pStyle w:val="Lijstalinea"/>
              <w:numPr>
                <w:ilvl w:val="0"/>
                <w:numId w:val="10"/>
              </w:numPr>
              <w:spacing w:line="240" w:lineRule="auto"/>
              <w:rPr>
                <w:rFonts w:ascii="Fresco Std Normal" w:hAnsi="Fresco Std Normal"/>
                <w:lang w:val="nl-NL"/>
              </w:rPr>
            </w:pPr>
            <w:r w:rsidRPr="00F4767A">
              <w:rPr>
                <w:rFonts w:ascii="Fresco Std Normal" w:hAnsi="Fresco Std Normal"/>
                <w:lang w:val="nl-NL"/>
              </w:rPr>
              <w:t xml:space="preserve">De leraar stimuleert </w:t>
            </w:r>
            <w:r w:rsidRPr="00F4767A">
              <w:rPr>
                <w:rFonts w:ascii="Fresco Std Normal" w:hAnsi="Fresco Std Normal"/>
                <w:b/>
                <w:lang w:val="nl-NL"/>
              </w:rPr>
              <w:t>onafhankelijkheid en zelfstandig denken</w:t>
            </w:r>
            <w:r w:rsidRPr="00F4767A">
              <w:rPr>
                <w:rFonts w:ascii="Fresco Std Normal" w:hAnsi="Fresco Std Normal"/>
                <w:lang w:val="nl-NL"/>
              </w:rPr>
              <w:t>.</w:t>
            </w:r>
          </w:p>
        </w:tc>
        <w:tc>
          <w:tcPr>
            <w:tcW w:w="1186" w:type="dxa"/>
          </w:tcPr>
          <w:p w14:paraId="7B94B00E" w14:textId="517FEEFE" w:rsidR="008419D5" w:rsidRPr="00F4767A" w:rsidRDefault="00F4767A" w:rsidP="0025107F">
            <w:pPr>
              <w:rPr>
                <w:rFonts w:ascii="Fresco Std Normal" w:hAnsi="Fresco Std Normal"/>
                <w:lang w:val="nl-NL"/>
              </w:rPr>
            </w:pPr>
            <w:sdt>
              <w:sdtPr>
                <w:rPr>
                  <w:rFonts w:ascii="Fresco Std Normal" w:hAnsi="Fresco Std Normal"/>
                  <w:lang w:val="nl-NL"/>
                </w:rPr>
                <w:id w:val="1614479988"/>
                <w14:checkbox>
                  <w14:checked w14:val="0"/>
                  <w14:checkedState w14:val="2612" w14:font="MS Gothic"/>
                  <w14:uncheckedState w14:val="2610" w14:font="MS Gothic"/>
                </w14:checkbox>
              </w:sdtPr>
              <w:sdtEndPr/>
              <w:sdtContent/>
            </w:sdt>
            <w:sdt>
              <w:sdtPr>
                <w:rPr>
                  <w:rFonts w:ascii="Fresco Std Normal" w:hAnsi="Fresco Std Normal"/>
                  <w:lang w:val="nl-NL"/>
                </w:rPr>
                <w:id w:val="1754003871"/>
                <w14:checkbox>
                  <w14:checked w14:val="0"/>
                  <w14:checkedState w14:val="2612" w14:font="MS Gothic"/>
                  <w14:uncheckedState w14:val="2610" w14:font="MS Gothic"/>
                </w14:checkbox>
              </w:sdtPr>
              <w:sdtEndPr/>
              <w:sdtContent>
                <w:r w:rsidR="002B4A49" w:rsidRPr="00F4767A">
                  <w:rPr>
                    <w:rFonts w:ascii="MS Gothic" w:eastAsia="MS Gothic" w:hAnsi="MS Gothic"/>
                    <w:lang w:val="nl-NL"/>
                  </w:rPr>
                  <w:t>☐</w:t>
                </w:r>
              </w:sdtContent>
            </w:sdt>
          </w:p>
        </w:tc>
        <w:tc>
          <w:tcPr>
            <w:tcW w:w="2880" w:type="dxa"/>
          </w:tcPr>
          <w:p w14:paraId="1232F6C9" w14:textId="77777777" w:rsidR="008419D5" w:rsidRPr="00F4767A" w:rsidRDefault="00F4767A" w:rsidP="0025107F">
            <w:pPr>
              <w:rPr>
                <w:rFonts w:ascii="Fresco Std Normal" w:hAnsi="Fresco Std Normal"/>
                <w:lang w:val="nl-NL"/>
              </w:rPr>
            </w:pPr>
            <w:sdt>
              <w:sdtPr>
                <w:rPr>
                  <w:rFonts w:ascii="Fresco Std Normal" w:hAnsi="Fresco Std Normal"/>
                  <w:lang w:val="nl-NL"/>
                </w:rPr>
                <w:id w:val="-1193068191"/>
                <w14:checkbox>
                  <w14:checked w14:val="0"/>
                  <w14:checkedState w14:val="2612" w14:font="MS Gothic"/>
                  <w14:uncheckedState w14:val="2610" w14:font="MS Gothic"/>
                </w14:checkbox>
              </w:sdtPr>
              <w:sdtEndPr/>
              <w:sdtContent/>
            </w:sdt>
            <w:sdt>
              <w:sdtPr>
                <w:rPr>
                  <w:rFonts w:ascii="Fresco Std Normal" w:hAnsi="Fresco Std Normal"/>
                  <w:lang w:val="nl-NL"/>
                </w:rPr>
                <w:id w:val="-2072636691"/>
                <w14:checkbox>
                  <w14:checked w14:val="0"/>
                  <w14:checkedState w14:val="2612" w14:font="MS Gothic"/>
                  <w14:uncheckedState w14:val="2610" w14:font="MS Gothic"/>
                </w14:checkbox>
              </w:sdtPr>
              <w:sdtEndPr/>
              <w:sdtContent>
                <w:r w:rsidR="008419D5" w:rsidRPr="00F4767A">
                  <w:rPr>
                    <w:rFonts w:ascii="Segoe UI Symbol" w:eastAsia="MS Gothic" w:hAnsi="Segoe UI Symbol" w:cs="Segoe UI Symbol"/>
                    <w:lang w:val="nl-NL"/>
                  </w:rPr>
                  <w:t>☐</w:t>
                </w:r>
              </w:sdtContent>
            </w:sdt>
          </w:p>
        </w:tc>
      </w:tr>
      <w:tr w:rsidR="008419D5" w:rsidRPr="00F4767A" w14:paraId="710F589F" w14:textId="77777777" w:rsidTr="009D0579">
        <w:tc>
          <w:tcPr>
            <w:tcW w:w="6487" w:type="dxa"/>
          </w:tcPr>
          <w:p w14:paraId="48084EFB" w14:textId="77777777" w:rsidR="008419D5" w:rsidRPr="00F4767A" w:rsidRDefault="008419D5" w:rsidP="0025107F">
            <w:pPr>
              <w:pStyle w:val="Lijstalinea"/>
              <w:numPr>
                <w:ilvl w:val="0"/>
                <w:numId w:val="10"/>
              </w:numPr>
              <w:spacing w:line="240" w:lineRule="auto"/>
              <w:rPr>
                <w:rFonts w:ascii="Fresco Std Normal" w:hAnsi="Fresco Std Normal"/>
                <w:lang w:val="nl-NL"/>
              </w:rPr>
            </w:pPr>
            <w:r w:rsidRPr="00F4767A">
              <w:rPr>
                <w:rFonts w:ascii="Fresco Std Normal" w:hAnsi="Fresco Std Normal"/>
                <w:lang w:val="nl-NL"/>
              </w:rPr>
              <w:t xml:space="preserve">De leraar stimuleert leerlingen om zelf </w:t>
            </w:r>
            <w:r w:rsidRPr="00F4767A">
              <w:rPr>
                <w:rFonts w:ascii="Fresco Std Normal" w:hAnsi="Fresco Std Normal"/>
                <w:b/>
                <w:lang w:val="nl-NL"/>
              </w:rPr>
              <w:t>morele afwegingen</w:t>
            </w:r>
            <w:r w:rsidRPr="00F4767A">
              <w:rPr>
                <w:rFonts w:ascii="Fresco Std Normal" w:hAnsi="Fresco Std Normal"/>
                <w:lang w:val="nl-NL"/>
              </w:rPr>
              <w:t xml:space="preserve"> te maken.</w:t>
            </w:r>
          </w:p>
        </w:tc>
        <w:tc>
          <w:tcPr>
            <w:tcW w:w="1186" w:type="dxa"/>
          </w:tcPr>
          <w:p w14:paraId="01CAD7F7" w14:textId="77777777" w:rsidR="008419D5" w:rsidRPr="00F4767A" w:rsidRDefault="00F4767A" w:rsidP="0025107F">
            <w:pPr>
              <w:rPr>
                <w:rFonts w:ascii="Fresco Std Normal" w:hAnsi="Fresco Std Normal"/>
                <w:lang w:val="nl-NL"/>
              </w:rPr>
            </w:pPr>
            <w:sdt>
              <w:sdtPr>
                <w:rPr>
                  <w:rFonts w:ascii="Fresco Std Normal" w:hAnsi="Fresco Std Normal"/>
                  <w:lang w:val="nl-NL"/>
                </w:rPr>
                <w:id w:val="1263641736"/>
                <w14:checkbox>
                  <w14:checked w14:val="0"/>
                  <w14:checkedState w14:val="2612" w14:font="MS Gothic"/>
                  <w14:uncheckedState w14:val="2610" w14:font="MS Gothic"/>
                </w14:checkbox>
              </w:sdtPr>
              <w:sdtEndPr/>
              <w:sdtContent/>
            </w:sdt>
            <w:sdt>
              <w:sdtPr>
                <w:rPr>
                  <w:rFonts w:ascii="Fresco Std Normal" w:hAnsi="Fresco Std Normal"/>
                  <w:lang w:val="nl-NL"/>
                </w:rPr>
                <w:id w:val="1484277065"/>
                <w14:checkbox>
                  <w14:checked w14:val="0"/>
                  <w14:checkedState w14:val="2612" w14:font="MS Gothic"/>
                  <w14:uncheckedState w14:val="2610" w14:font="MS Gothic"/>
                </w14:checkbox>
              </w:sdtPr>
              <w:sdtEndPr/>
              <w:sdtContent>
                <w:r w:rsidR="008419D5" w:rsidRPr="00F4767A">
                  <w:rPr>
                    <w:rFonts w:ascii="Segoe UI Symbol" w:eastAsia="MS Gothic" w:hAnsi="Segoe UI Symbol" w:cs="Segoe UI Symbol"/>
                    <w:lang w:val="nl-NL"/>
                  </w:rPr>
                  <w:t>☐</w:t>
                </w:r>
              </w:sdtContent>
            </w:sdt>
          </w:p>
        </w:tc>
        <w:tc>
          <w:tcPr>
            <w:tcW w:w="2880" w:type="dxa"/>
          </w:tcPr>
          <w:p w14:paraId="5DCBDDF8" w14:textId="77777777" w:rsidR="008419D5" w:rsidRPr="00F4767A" w:rsidRDefault="00F4767A" w:rsidP="0025107F">
            <w:pPr>
              <w:rPr>
                <w:rFonts w:ascii="Fresco Std Normal" w:hAnsi="Fresco Std Normal"/>
                <w:lang w:val="nl-NL"/>
              </w:rPr>
            </w:pPr>
            <w:sdt>
              <w:sdtPr>
                <w:rPr>
                  <w:rFonts w:ascii="Fresco Std Normal" w:hAnsi="Fresco Std Normal"/>
                  <w:lang w:val="nl-NL"/>
                </w:rPr>
                <w:id w:val="1273204973"/>
                <w14:checkbox>
                  <w14:checked w14:val="0"/>
                  <w14:checkedState w14:val="2612" w14:font="MS Gothic"/>
                  <w14:uncheckedState w14:val="2610" w14:font="MS Gothic"/>
                </w14:checkbox>
              </w:sdtPr>
              <w:sdtEndPr/>
              <w:sdtContent/>
            </w:sdt>
            <w:sdt>
              <w:sdtPr>
                <w:rPr>
                  <w:rFonts w:ascii="Fresco Std Normal" w:hAnsi="Fresco Std Normal"/>
                  <w:lang w:val="nl-NL"/>
                </w:rPr>
                <w:id w:val="789628546"/>
                <w14:checkbox>
                  <w14:checked w14:val="0"/>
                  <w14:checkedState w14:val="2612" w14:font="MS Gothic"/>
                  <w14:uncheckedState w14:val="2610" w14:font="MS Gothic"/>
                </w14:checkbox>
              </w:sdtPr>
              <w:sdtEndPr/>
              <w:sdtContent>
                <w:r w:rsidR="008419D5" w:rsidRPr="00F4767A">
                  <w:rPr>
                    <w:rFonts w:ascii="Segoe UI Symbol" w:eastAsia="MS Gothic" w:hAnsi="Segoe UI Symbol" w:cs="Segoe UI Symbol"/>
                    <w:lang w:val="nl-NL"/>
                  </w:rPr>
                  <w:t>☐</w:t>
                </w:r>
              </w:sdtContent>
            </w:sdt>
          </w:p>
        </w:tc>
      </w:tr>
      <w:tr w:rsidR="008419D5" w:rsidRPr="00F4767A" w14:paraId="7FF6FC64" w14:textId="77777777" w:rsidTr="009D0579">
        <w:tc>
          <w:tcPr>
            <w:tcW w:w="6487" w:type="dxa"/>
          </w:tcPr>
          <w:p w14:paraId="74C7C152" w14:textId="77777777" w:rsidR="008419D5" w:rsidRPr="00F4767A" w:rsidRDefault="008419D5" w:rsidP="0025107F">
            <w:pPr>
              <w:pStyle w:val="Lijstalinea"/>
              <w:numPr>
                <w:ilvl w:val="0"/>
                <w:numId w:val="10"/>
              </w:numPr>
              <w:spacing w:line="240" w:lineRule="auto"/>
              <w:rPr>
                <w:rFonts w:ascii="Fresco Std Normal" w:hAnsi="Fresco Std Normal"/>
                <w:lang w:val="nl-NL"/>
              </w:rPr>
            </w:pPr>
            <w:r w:rsidRPr="00F4767A">
              <w:rPr>
                <w:rFonts w:ascii="Fresco Std Normal" w:hAnsi="Fresco Std Normal"/>
                <w:lang w:val="nl-NL"/>
              </w:rPr>
              <w:t xml:space="preserve">De leraar stimuleert </w:t>
            </w:r>
            <w:r w:rsidRPr="00F4767A">
              <w:rPr>
                <w:rFonts w:ascii="Fresco Std Normal" w:hAnsi="Fresco Std Normal"/>
                <w:b/>
                <w:lang w:val="nl-NL"/>
              </w:rPr>
              <w:t>verbinding</w:t>
            </w:r>
            <w:r w:rsidRPr="00F4767A">
              <w:rPr>
                <w:rFonts w:ascii="Fresco Std Normal" w:hAnsi="Fresco Std Normal"/>
                <w:lang w:val="nl-NL"/>
              </w:rPr>
              <w:t xml:space="preserve"> tussen (groepen) mensen.</w:t>
            </w:r>
          </w:p>
        </w:tc>
        <w:tc>
          <w:tcPr>
            <w:tcW w:w="1186" w:type="dxa"/>
          </w:tcPr>
          <w:p w14:paraId="2E5066D8" w14:textId="77777777" w:rsidR="008419D5" w:rsidRPr="00F4767A" w:rsidRDefault="00F4767A" w:rsidP="0025107F">
            <w:pPr>
              <w:rPr>
                <w:rFonts w:ascii="Fresco Std Normal" w:hAnsi="Fresco Std Normal"/>
                <w:lang w:val="nl-NL"/>
              </w:rPr>
            </w:pPr>
            <w:sdt>
              <w:sdtPr>
                <w:rPr>
                  <w:rFonts w:ascii="Fresco Std Normal" w:hAnsi="Fresco Std Normal"/>
                  <w:lang w:val="nl-NL"/>
                </w:rPr>
                <w:id w:val="-530191836"/>
                <w14:checkbox>
                  <w14:checked w14:val="0"/>
                  <w14:checkedState w14:val="2612" w14:font="MS Gothic"/>
                  <w14:uncheckedState w14:val="2610" w14:font="MS Gothic"/>
                </w14:checkbox>
              </w:sdtPr>
              <w:sdtEndPr/>
              <w:sdtContent/>
            </w:sdt>
            <w:sdt>
              <w:sdtPr>
                <w:rPr>
                  <w:rFonts w:ascii="Fresco Std Normal" w:hAnsi="Fresco Std Normal"/>
                  <w:lang w:val="nl-NL"/>
                </w:rPr>
                <w:id w:val="-788200127"/>
                <w14:checkbox>
                  <w14:checked w14:val="0"/>
                  <w14:checkedState w14:val="2612" w14:font="MS Gothic"/>
                  <w14:uncheckedState w14:val="2610" w14:font="MS Gothic"/>
                </w14:checkbox>
              </w:sdtPr>
              <w:sdtEndPr/>
              <w:sdtContent>
                <w:r w:rsidR="008419D5" w:rsidRPr="00F4767A">
                  <w:rPr>
                    <w:rFonts w:ascii="Segoe UI Symbol" w:eastAsia="MS Gothic" w:hAnsi="Segoe UI Symbol" w:cs="Segoe UI Symbol"/>
                    <w:lang w:val="nl-NL"/>
                  </w:rPr>
                  <w:t>☐</w:t>
                </w:r>
              </w:sdtContent>
            </w:sdt>
          </w:p>
        </w:tc>
        <w:tc>
          <w:tcPr>
            <w:tcW w:w="2880" w:type="dxa"/>
          </w:tcPr>
          <w:p w14:paraId="5D863047" w14:textId="77777777" w:rsidR="008419D5" w:rsidRPr="00F4767A" w:rsidRDefault="00F4767A" w:rsidP="0025107F">
            <w:pPr>
              <w:rPr>
                <w:rFonts w:ascii="Fresco Std Normal" w:hAnsi="Fresco Std Normal"/>
                <w:lang w:val="nl-NL"/>
              </w:rPr>
            </w:pPr>
            <w:sdt>
              <w:sdtPr>
                <w:rPr>
                  <w:rFonts w:ascii="Fresco Std Normal" w:hAnsi="Fresco Std Normal"/>
                  <w:lang w:val="nl-NL"/>
                </w:rPr>
                <w:id w:val="-674415090"/>
                <w14:checkbox>
                  <w14:checked w14:val="0"/>
                  <w14:checkedState w14:val="2612" w14:font="MS Gothic"/>
                  <w14:uncheckedState w14:val="2610" w14:font="MS Gothic"/>
                </w14:checkbox>
              </w:sdtPr>
              <w:sdtEndPr/>
              <w:sdtContent/>
            </w:sdt>
            <w:sdt>
              <w:sdtPr>
                <w:rPr>
                  <w:rFonts w:ascii="Fresco Std Normal" w:hAnsi="Fresco Std Normal"/>
                  <w:lang w:val="nl-NL"/>
                </w:rPr>
                <w:id w:val="-459888223"/>
                <w14:checkbox>
                  <w14:checked w14:val="0"/>
                  <w14:checkedState w14:val="2612" w14:font="MS Gothic"/>
                  <w14:uncheckedState w14:val="2610" w14:font="MS Gothic"/>
                </w14:checkbox>
              </w:sdtPr>
              <w:sdtEndPr/>
              <w:sdtContent>
                <w:r w:rsidR="008419D5" w:rsidRPr="00F4767A">
                  <w:rPr>
                    <w:rFonts w:ascii="Segoe UI Symbol" w:eastAsia="MS Gothic" w:hAnsi="Segoe UI Symbol" w:cs="Segoe UI Symbol"/>
                    <w:lang w:val="nl-NL"/>
                  </w:rPr>
                  <w:t>☐</w:t>
                </w:r>
              </w:sdtContent>
            </w:sdt>
          </w:p>
        </w:tc>
      </w:tr>
      <w:tr w:rsidR="008419D5" w:rsidRPr="00F4767A" w14:paraId="2FD4A3B1" w14:textId="77777777" w:rsidTr="009D0579">
        <w:tc>
          <w:tcPr>
            <w:tcW w:w="6487" w:type="dxa"/>
          </w:tcPr>
          <w:p w14:paraId="413D780C" w14:textId="6800BE53" w:rsidR="008419D5" w:rsidRPr="00F4767A" w:rsidRDefault="008419D5" w:rsidP="0025107F">
            <w:pPr>
              <w:pStyle w:val="Lijstalinea"/>
              <w:numPr>
                <w:ilvl w:val="0"/>
                <w:numId w:val="10"/>
              </w:numPr>
              <w:spacing w:line="240" w:lineRule="auto"/>
              <w:rPr>
                <w:rFonts w:ascii="Fresco Std Normal" w:hAnsi="Fresco Std Normal"/>
                <w:lang w:val="nl-NL"/>
              </w:rPr>
            </w:pPr>
            <w:r w:rsidRPr="00F4767A">
              <w:rPr>
                <w:rFonts w:ascii="Fresco Std Normal" w:hAnsi="Fresco Std Normal"/>
                <w:lang w:val="nl-NL"/>
              </w:rPr>
              <w:t xml:space="preserve">De leraar stimuleert </w:t>
            </w:r>
            <w:r w:rsidR="00D72DD3" w:rsidRPr="00F4767A">
              <w:rPr>
                <w:rFonts w:ascii="Fresco Std Normal" w:hAnsi="Fresco Std Normal"/>
                <w:lang w:val="nl-NL"/>
              </w:rPr>
              <w:t>het</w:t>
            </w:r>
            <w:r w:rsidRPr="00F4767A">
              <w:rPr>
                <w:rFonts w:ascii="Fresco Std Normal" w:hAnsi="Fresco Std Normal"/>
                <w:lang w:val="nl-NL"/>
              </w:rPr>
              <w:t xml:space="preserve"> </w:t>
            </w:r>
            <w:r w:rsidRPr="00F4767A">
              <w:rPr>
                <w:rFonts w:ascii="Fresco Std Normal" w:hAnsi="Fresco Std Normal"/>
                <w:b/>
                <w:bCs/>
                <w:lang w:val="nl-NL"/>
              </w:rPr>
              <w:t>respect</w:t>
            </w:r>
            <w:r w:rsidR="00D72DD3" w:rsidRPr="00F4767A">
              <w:rPr>
                <w:rFonts w:ascii="Fresco Std Normal" w:hAnsi="Fresco Std Normal"/>
                <w:b/>
                <w:bCs/>
                <w:lang w:val="nl-NL"/>
              </w:rPr>
              <w:t>eren</w:t>
            </w:r>
            <w:r w:rsidRPr="00F4767A">
              <w:rPr>
                <w:rFonts w:ascii="Fresco Std Normal" w:hAnsi="Fresco Std Normal"/>
                <w:lang w:val="nl-NL"/>
              </w:rPr>
              <w:t xml:space="preserve"> v</w:t>
            </w:r>
            <w:r w:rsidR="00DE4218" w:rsidRPr="00F4767A">
              <w:rPr>
                <w:rFonts w:ascii="Fresco Std Normal" w:hAnsi="Fresco Std Normal"/>
                <w:lang w:val="nl-NL"/>
              </w:rPr>
              <w:t>an</w:t>
            </w:r>
            <w:r w:rsidRPr="00F4767A">
              <w:rPr>
                <w:rFonts w:ascii="Fresco Std Normal" w:hAnsi="Fresco Std Normal"/>
                <w:lang w:val="nl-NL"/>
              </w:rPr>
              <w:t xml:space="preserve"> andere mensen.</w:t>
            </w:r>
          </w:p>
        </w:tc>
        <w:tc>
          <w:tcPr>
            <w:tcW w:w="1186" w:type="dxa"/>
          </w:tcPr>
          <w:p w14:paraId="6E33379A" w14:textId="77777777" w:rsidR="008419D5" w:rsidRPr="00F4767A" w:rsidRDefault="00F4767A" w:rsidP="0025107F">
            <w:pPr>
              <w:rPr>
                <w:rFonts w:ascii="Fresco Std Normal" w:hAnsi="Fresco Std Normal"/>
                <w:lang w:val="nl-NL"/>
              </w:rPr>
            </w:pPr>
            <w:sdt>
              <w:sdtPr>
                <w:rPr>
                  <w:rFonts w:ascii="Fresco Std Normal" w:hAnsi="Fresco Std Normal"/>
                  <w:lang w:val="nl-NL"/>
                </w:rPr>
                <w:id w:val="-384567346"/>
                <w14:checkbox>
                  <w14:checked w14:val="0"/>
                  <w14:checkedState w14:val="2612" w14:font="MS Gothic"/>
                  <w14:uncheckedState w14:val="2610" w14:font="MS Gothic"/>
                </w14:checkbox>
              </w:sdtPr>
              <w:sdtEndPr/>
              <w:sdtContent/>
            </w:sdt>
            <w:sdt>
              <w:sdtPr>
                <w:rPr>
                  <w:rFonts w:ascii="Fresco Std Normal" w:hAnsi="Fresco Std Normal"/>
                  <w:lang w:val="nl-NL"/>
                </w:rPr>
                <w:id w:val="278539253"/>
                <w14:checkbox>
                  <w14:checked w14:val="0"/>
                  <w14:checkedState w14:val="2612" w14:font="MS Gothic"/>
                  <w14:uncheckedState w14:val="2610" w14:font="MS Gothic"/>
                </w14:checkbox>
              </w:sdtPr>
              <w:sdtEndPr/>
              <w:sdtContent>
                <w:r w:rsidR="008419D5" w:rsidRPr="00F4767A">
                  <w:rPr>
                    <w:rFonts w:ascii="Segoe UI Symbol" w:eastAsia="MS Gothic" w:hAnsi="Segoe UI Symbol" w:cs="Segoe UI Symbol"/>
                    <w:lang w:val="nl-NL"/>
                  </w:rPr>
                  <w:t>☐</w:t>
                </w:r>
              </w:sdtContent>
            </w:sdt>
          </w:p>
        </w:tc>
        <w:tc>
          <w:tcPr>
            <w:tcW w:w="2880" w:type="dxa"/>
          </w:tcPr>
          <w:p w14:paraId="3DE90795" w14:textId="77777777" w:rsidR="008419D5" w:rsidRPr="00F4767A" w:rsidRDefault="00F4767A" w:rsidP="0025107F">
            <w:pPr>
              <w:rPr>
                <w:rFonts w:ascii="Fresco Std Normal" w:hAnsi="Fresco Std Normal"/>
                <w:lang w:val="nl-NL"/>
              </w:rPr>
            </w:pPr>
            <w:sdt>
              <w:sdtPr>
                <w:rPr>
                  <w:rFonts w:ascii="Fresco Std Normal" w:hAnsi="Fresco Std Normal"/>
                  <w:lang w:val="nl-NL"/>
                </w:rPr>
                <w:id w:val="-1755125709"/>
                <w14:checkbox>
                  <w14:checked w14:val="0"/>
                  <w14:checkedState w14:val="2612" w14:font="MS Gothic"/>
                  <w14:uncheckedState w14:val="2610" w14:font="MS Gothic"/>
                </w14:checkbox>
              </w:sdtPr>
              <w:sdtEndPr/>
              <w:sdtContent/>
            </w:sdt>
            <w:sdt>
              <w:sdtPr>
                <w:rPr>
                  <w:rFonts w:ascii="Fresco Std Normal" w:hAnsi="Fresco Std Normal"/>
                  <w:lang w:val="nl-NL"/>
                </w:rPr>
                <w:id w:val="1707297969"/>
                <w14:checkbox>
                  <w14:checked w14:val="0"/>
                  <w14:checkedState w14:val="2612" w14:font="MS Gothic"/>
                  <w14:uncheckedState w14:val="2610" w14:font="MS Gothic"/>
                </w14:checkbox>
              </w:sdtPr>
              <w:sdtEndPr/>
              <w:sdtContent>
                <w:r w:rsidR="008419D5" w:rsidRPr="00F4767A">
                  <w:rPr>
                    <w:rFonts w:ascii="Segoe UI Symbol" w:eastAsia="MS Gothic" w:hAnsi="Segoe UI Symbol" w:cs="Segoe UI Symbol"/>
                    <w:lang w:val="nl-NL"/>
                  </w:rPr>
                  <w:t>☐</w:t>
                </w:r>
              </w:sdtContent>
            </w:sdt>
          </w:p>
        </w:tc>
      </w:tr>
      <w:tr w:rsidR="008419D5" w:rsidRPr="00F4767A" w14:paraId="43FC2C5F" w14:textId="77777777" w:rsidTr="009D0579">
        <w:tc>
          <w:tcPr>
            <w:tcW w:w="6487" w:type="dxa"/>
          </w:tcPr>
          <w:p w14:paraId="0B98787F" w14:textId="77777777" w:rsidR="008419D5" w:rsidRPr="00F4767A" w:rsidRDefault="008419D5" w:rsidP="0025107F">
            <w:pPr>
              <w:pStyle w:val="Lijstalinea"/>
              <w:numPr>
                <w:ilvl w:val="0"/>
                <w:numId w:val="10"/>
              </w:numPr>
              <w:spacing w:line="240" w:lineRule="auto"/>
              <w:rPr>
                <w:rFonts w:ascii="Fresco Std Normal" w:hAnsi="Fresco Std Normal"/>
                <w:lang w:val="nl-NL"/>
              </w:rPr>
            </w:pPr>
            <w:r w:rsidRPr="00F4767A">
              <w:rPr>
                <w:rFonts w:ascii="Fresco Std Normal" w:hAnsi="Fresco Std Normal"/>
                <w:lang w:val="nl-NL"/>
              </w:rPr>
              <w:t xml:space="preserve">De leraar stimuleert het </w:t>
            </w:r>
            <w:r w:rsidRPr="00F4767A">
              <w:rPr>
                <w:rFonts w:ascii="Fresco Std Normal" w:hAnsi="Fresco Std Normal"/>
                <w:b/>
                <w:lang w:val="nl-NL"/>
              </w:rPr>
              <w:t xml:space="preserve">helpen </w:t>
            </w:r>
            <w:r w:rsidRPr="00F4767A">
              <w:rPr>
                <w:rFonts w:ascii="Fresco Std Normal" w:hAnsi="Fresco Std Normal"/>
                <w:lang w:val="nl-NL"/>
              </w:rPr>
              <w:t>van andere mensen.</w:t>
            </w:r>
          </w:p>
        </w:tc>
        <w:tc>
          <w:tcPr>
            <w:tcW w:w="1186" w:type="dxa"/>
          </w:tcPr>
          <w:p w14:paraId="735366A4" w14:textId="77777777" w:rsidR="008419D5" w:rsidRPr="00F4767A" w:rsidRDefault="00F4767A" w:rsidP="0025107F">
            <w:pPr>
              <w:rPr>
                <w:rFonts w:ascii="Fresco Std Normal" w:hAnsi="Fresco Std Normal"/>
                <w:lang w:val="nl-NL"/>
              </w:rPr>
            </w:pPr>
            <w:sdt>
              <w:sdtPr>
                <w:rPr>
                  <w:rFonts w:ascii="Fresco Std Normal" w:hAnsi="Fresco Std Normal"/>
                  <w:lang w:val="nl-NL"/>
                </w:rPr>
                <w:id w:val="2131055082"/>
                <w14:checkbox>
                  <w14:checked w14:val="0"/>
                  <w14:checkedState w14:val="2612" w14:font="MS Gothic"/>
                  <w14:uncheckedState w14:val="2610" w14:font="MS Gothic"/>
                </w14:checkbox>
              </w:sdtPr>
              <w:sdtEndPr/>
              <w:sdtContent/>
            </w:sdt>
            <w:sdt>
              <w:sdtPr>
                <w:rPr>
                  <w:rFonts w:ascii="Fresco Std Normal" w:hAnsi="Fresco Std Normal"/>
                  <w:lang w:val="nl-NL"/>
                </w:rPr>
                <w:id w:val="-808786085"/>
                <w14:checkbox>
                  <w14:checked w14:val="0"/>
                  <w14:checkedState w14:val="2612" w14:font="MS Gothic"/>
                  <w14:uncheckedState w14:val="2610" w14:font="MS Gothic"/>
                </w14:checkbox>
              </w:sdtPr>
              <w:sdtEndPr/>
              <w:sdtContent>
                <w:r w:rsidR="008419D5" w:rsidRPr="00F4767A">
                  <w:rPr>
                    <w:rFonts w:ascii="Segoe UI Symbol" w:eastAsia="MS Gothic" w:hAnsi="Segoe UI Symbol" w:cs="Segoe UI Symbol"/>
                    <w:lang w:val="nl-NL"/>
                  </w:rPr>
                  <w:t>☐</w:t>
                </w:r>
              </w:sdtContent>
            </w:sdt>
          </w:p>
        </w:tc>
        <w:tc>
          <w:tcPr>
            <w:tcW w:w="2880" w:type="dxa"/>
          </w:tcPr>
          <w:p w14:paraId="61959EDB" w14:textId="77777777" w:rsidR="008419D5" w:rsidRPr="00F4767A" w:rsidRDefault="00F4767A" w:rsidP="0025107F">
            <w:pPr>
              <w:rPr>
                <w:rFonts w:ascii="Fresco Std Normal" w:hAnsi="Fresco Std Normal"/>
                <w:lang w:val="nl-NL"/>
              </w:rPr>
            </w:pPr>
            <w:sdt>
              <w:sdtPr>
                <w:rPr>
                  <w:rFonts w:ascii="Fresco Std Normal" w:hAnsi="Fresco Std Normal"/>
                  <w:lang w:val="nl-NL"/>
                </w:rPr>
                <w:id w:val="-351332830"/>
                <w14:checkbox>
                  <w14:checked w14:val="0"/>
                  <w14:checkedState w14:val="2612" w14:font="MS Gothic"/>
                  <w14:uncheckedState w14:val="2610" w14:font="MS Gothic"/>
                </w14:checkbox>
              </w:sdtPr>
              <w:sdtEndPr/>
              <w:sdtContent/>
            </w:sdt>
            <w:sdt>
              <w:sdtPr>
                <w:rPr>
                  <w:rFonts w:ascii="Fresco Std Normal" w:hAnsi="Fresco Std Normal"/>
                  <w:lang w:val="nl-NL"/>
                </w:rPr>
                <w:id w:val="1968003617"/>
                <w14:checkbox>
                  <w14:checked w14:val="0"/>
                  <w14:checkedState w14:val="2612" w14:font="MS Gothic"/>
                  <w14:uncheckedState w14:val="2610" w14:font="MS Gothic"/>
                </w14:checkbox>
              </w:sdtPr>
              <w:sdtEndPr/>
              <w:sdtContent>
                <w:r w:rsidR="008419D5" w:rsidRPr="00F4767A">
                  <w:rPr>
                    <w:rFonts w:ascii="Segoe UI Symbol" w:eastAsia="MS Gothic" w:hAnsi="Segoe UI Symbol" w:cs="Segoe UI Symbol"/>
                    <w:lang w:val="nl-NL"/>
                  </w:rPr>
                  <w:t>☐</w:t>
                </w:r>
              </w:sdtContent>
            </w:sdt>
          </w:p>
        </w:tc>
      </w:tr>
      <w:tr w:rsidR="008419D5" w:rsidRPr="00F4767A" w14:paraId="4E0D69CF" w14:textId="77777777" w:rsidTr="009D0579">
        <w:tc>
          <w:tcPr>
            <w:tcW w:w="6487" w:type="dxa"/>
          </w:tcPr>
          <w:p w14:paraId="3C3F192B" w14:textId="44AF3355" w:rsidR="008419D5" w:rsidRPr="00F4767A" w:rsidRDefault="008419D5" w:rsidP="0025107F">
            <w:pPr>
              <w:pStyle w:val="Lijstalinea"/>
              <w:numPr>
                <w:ilvl w:val="0"/>
                <w:numId w:val="10"/>
              </w:numPr>
              <w:spacing w:line="240" w:lineRule="auto"/>
              <w:rPr>
                <w:rFonts w:ascii="Fresco Std Normal" w:hAnsi="Fresco Std Normal"/>
                <w:lang w:val="nl-NL"/>
              </w:rPr>
            </w:pPr>
            <w:r w:rsidRPr="00F4767A">
              <w:rPr>
                <w:rFonts w:ascii="Fresco Std Normal" w:hAnsi="Fresco Std Normal"/>
                <w:lang w:val="nl-NL"/>
              </w:rPr>
              <w:t xml:space="preserve">De leraar stimuleert </w:t>
            </w:r>
            <w:r w:rsidR="00DE4218" w:rsidRPr="00F4767A">
              <w:rPr>
                <w:rFonts w:ascii="Fresco Std Normal" w:hAnsi="Fresco Std Normal"/>
                <w:lang w:val="nl-NL"/>
              </w:rPr>
              <w:t>dat leerlingen</w:t>
            </w:r>
            <w:r w:rsidRPr="00F4767A">
              <w:rPr>
                <w:rFonts w:ascii="Fresco Std Normal" w:hAnsi="Fresco Std Normal"/>
                <w:lang w:val="nl-NL"/>
              </w:rPr>
              <w:t xml:space="preserve"> </w:t>
            </w:r>
            <w:r w:rsidRPr="00F4767A">
              <w:rPr>
                <w:rFonts w:ascii="Fresco Std Normal" w:hAnsi="Fresco Std Normal"/>
                <w:b/>
                <w:lang w:val="nl-NL"/>
              </w:rPr>
              <w:t>zorg dragen</w:t>
            </w:r>
            <w:r w:rsidRPr="00F4767A">
              <w:rPr>
                <w:rFonts w:ascii="Fresco Std Normal" w:hAnsi="Fresco Std Normal"/>
                <w:lang w:val="nl-NL"/>
              </w:rPr>
              <w:t xml:space="preserve"> voor de omgeving.</w:t>
            </w:r>
          </w:p>
        </w:tc>
        <w:tc>
          <w:tcPr>
            <w:tcW w:w="1186" w:type="dxa"/>
          </w:tcPr>
          <w:p w14:paraId="5BB56C99" w14:textId="77777777" w:rsidR="008419D5" w:rsidRPr="00F4767A" w:rsidRDefault="00F4767A" w:rsidP="0025107F">
            <w:pPr>
              <w:rPr>
                <w:rFonts w:ascii="Fresco Std Normal" w:hAnsi="Fresco Std Normal"/>
                <w:lang w:val="nl-NL"/>
              </w:rPr>
            </w:pPr>
            <w:sdt>
              <w:sdtPr>
                <w:rPr>
                  <w:rFonts w:ascii="Fresco Std Normal" w:hAnsi="Fresco Std Normal"/>
                  <w:lang w:val="nl-NL"/>
                </w:rPr>
                <w:id w:val="-400835533"/>
                <w14:checkbox>
                  <w14:checked w14:val="0"/>
                  <w14:checkedState w14:val="2612" w14:font="MS Gothic"/>
                  <w14:uncheckedState w14:val="2610" w14:font="MS Gothic"/>
                </w14:checkbox>
              </w:sdtPr>
              <w:sdtEndPr/>
              <w:sdtContent/>
            </w:sdt>
            <w:sdt>
              <w:sdtPr>
                <w:rPr>
                  <w:rFonts w:ascii="Fresco Std Normal" w:hAnsi="Fresco Std Normal"/>
                  <w:lang w:val="nl-NL"/>
                </w:rPr>
                <w:id w:val="1672597692"/>
                <w14:checkbox>
                  <w14:checked w14:val="0"/>
                  <w14:checkedState w14:val="2612" w14:font="MS Gothic"/>
                  <w14:uncheckedState w14:val="2610" w14:font="MS Gothic"/>
                </w14:checkbox>
              </w:sdtPr>
              <w:sdtEndPr/>
              <w:sdtContent>
                <w:r w:rsidR="008419D5" w:rsidRPr="00F4767A">
                  <w:rPr>
                    <w:rFonts w:ascii="Segoe UI Symbol" w:eastAsia="MS Gothic" w:hAnsi="Segoe UI Symbol" w:cs="Segoe UI Symbol"/>
                    <w:lang w:val="nl-NL"/>
                  </w:rPr>
                  <w:t>☐</w:t>
                </w:r>
              </w:sdtContent>
            </w:sdt>
          </w:p>
        </w:tc>
        <w:tc>
          <w:tcPr>
            <w:tcW w:w="2880" w:type="dxa"/>
          </w:tcPr>
          <w:p w14:paraId="5A140B96" w14:textId="77777777" w:rsidR="008419D5" w:rsidRPr="00F4767A" w:rsidRDefault="00F4767A" w:rsidP="0025107F">
            <w:pPr>
              <w:rPr>
                <w:rFonts w:ascii="Fresco Std Normal" w:hAnsi="Fresco Std Normal"/>
                <w:lang w:val="nl-NL"/>
              </w:rPr>
            </w:pPr>
            <w:sdt>
              <w:sdtPr>
                <w:rPr>
                  <w:rFonts w:ascii="Fresco Std Normal" w:hAnsi="Fresco Std Normal"/>
                  <w:lang w:val="nl-NL"/>
                </w:rPr>
                <w:id w:val="510112195"/>
                <w14:checkbox>
                  <w14:checked w14:val="0"/>
                  <w14:checkedState w14:val="2612" w14:font="MS Gothic"/>
                  <w14:uncheckedState w14:val="2610" w14:font="MS Gothic"/>
                </w14:checkbox>
              </w:sdtPr>
              <w:sdtEndPr/>
              <w:sdtContent/>
            </w:sdt>
            <w:sdt>
              <w:sdtPr>
                <w:rPr>
                  <w:rFonts w:ascii="Fresco Std Normal" w:hAnsi="Fresco Std Normal"/>
                  <w:lang w:val="nl-NL"/>
                </w:rPr>
                <w:id w:val="-68504676"/>
                <w14:checkbox>
                  <w14:checked w14:val="0"/>
                  <w14:checkedState w14:val="2612" w14:font="MS Gothic"/>
                  <w14:uncheckedState w14:val="2610" w14:font="MS Gothic"/>
                </w14:checkbox>
              </w:sdtPr>
              <w:sdtEndPr/>
              <w:sdtContent>
                <w:r w:rsidR="008419D5" w:rsidRPr="00F4767A">
                  <w:rPr>
                    <w:rFonts w:ascii="Segoe UI Symbol" w:eastAsia="MS Gothic" w:hAnsi="Segoe UI Symbol" w:cs="Segoe UI Symbol"/>
                    <w:lang w:val="nl-NL"/>
                  </w:rPr>
                  <w:t>☐</w:t>
                </w:r>
              </w:sdtContent>
            </w:sdt>
          </w:p>
        </w:tc>
      </w:tr>
      <w:tr w:rsidR="008419D5" w:rsidRPr="00F4767A" w14:paraId="075BCCAA" w14:textId="77777777" w:rsidTr="009D0579">
        <w:tc>
          <w:tcPr>
            <w:tcW w:w="6487" w:type="dxa"/>
          </w:tcPr>
          <w:p w14:paraId="73A10EC0" w14:textId="77777777" w:rsidR="008419D5" w:rsidRPr="00F4767A" w:rsidRDefault="008419D5" w:rsidP="0025107F">
            <w:pPr>
              <w:pStyle w:val="Lijstalinea"/>
              <w:numPr>
                <w:ilvl w:val="0"/>
                <w:numId w:val="10"/>
              </w:numPr>
              <w:spacing w:line="240" w:lineRule="auto"/>
              <w:rPr>
                <w:rFonts w:ascii="Fresco Std Normal" w:hAnsi="Fresco Std Normal"/>
                <w:lang w:val="nl-NL"/>
              </w:rPr>
            </w:pPr>
            <w:r w:rsidRPr="00F4767A">
              <w:rPr>
                <w:rFonts w:ascii="Fresco Std Normal" w:hAnsi="Fresco Std Normal"/>
                <w:lang w:val="nl-NL"/>
              </w:rPr>
              <w:t xml:space="preserve">Leerlingen ervaren een </w:t>
            </w:r>
            <w:r w:rsidRPr="00F4767A">
              <w:rPr>
                <w:rFonts w:ascii="Fresco Std Normal" w:hAnsi="Fresco Std Normal"/>
                <w:b/>
                <w:lang w:val="nl-NL"/>
              </w:rPr>
              <w:t>omgeving passend bij hun belevingswereld</w:t>
            </w:r>
            <w:r w:rsidRPr="00F4767A">
              <w:rPr>
                <w:rFonts w:ascii="Fresco Std Normal" w:hAnsi="Fresco Std Normal"/>
                <w:lang w:val="nl-NL"/>
              </w:rPr>
              <w:t>.</w:t>
            </w:r>
          </w:p>
        </w:tc>
        <w:tc>
          <w:tcPr>
            <w:tcW w:w="1186" w:type="dxa"/>
          </w:tcPr>
          <w:p w14:paraId="04BFD2D1" w14:textId="77777777" w:rsidR="008419D5" w:rsidRPr="00F4767A" w:rsidRDefault="00F4767A" w:rsidP="0025107F">
            <w:pPr>
              <w:rPr>
                <w:rFonts w:ascii="Fresco Std Normal" w:hAnsi="Fresco Std Normal"/>
                <w:lang w:val="nl-NL"/>
              </w:rPr>
            </w:pPr>
            <w:sdt>
              <w:sdtPr>
                <w:rPr>
                  <w:rFonts w:ascii="Fresco Std Normal" w:hAnsi="Fresco Std Normal"/>
                  <w:lang w:val="nl-NL"/>
                </w:rPr>
                <w:id w:val="-1111589564"/>
                <w14:checkbox>
                  <w14:checked w14:val="0"/>
                  <w14:checkedState w14:val="2612" w14:font="MS Gothic"/>
                  <w14:uncheckedState w14:val="2610" w14:font="MS Gothic"/>
                </w14:checkbox>
              </w:sdtPr>
              <w:sdtEndPr/>
              <w:sdtContent/>
            </w:sdt>
            <w:sdt>
              <w:sdtPr>
                <w:rPr>
                  <w:rFonts w:ascii="Fresco Std Normal" w:hAnsi="Fresco Std Normal"/>
                  <w:lang w:val="nl-NL"/>
                </w:rPr>
                <w:id w:val="-159239022"/>
                <w14:checkbox>
                  <w14:checked w14:val="0"/>
                  <w14:checkedState w14:val="2612" w14:font="MS Gothic"/>
                  <w14:uncheckedState w14:val="2610" w14:font="MS Gothic"/>
                </w14:checkbox>
              </w:sdtPr>
              <w:sdtEndPr/>
              <w:sdtContent>
                <w:r w:rsidR="008419D5" w:rsidRPr="00F4767A">
                  <w:rPr>
                    <w:rFonts w:ascii="Segoe UI Symbol" w:eastAsia="MS Gothic" w:hAnsi="Segoe UI Symbol" w:cs="Segoe UI Symbol"/>
                    <w:lang w:val="nl-NL"/>
                  </w:rPr>
                  <w:t>☐</w:t>
                </w:r>
              </w:sdtContent>
            </w:sdt>
          </w:p>
        </w:tc>
        <w:tc>
          <w:tcPr>
            <w:tcW w:w="2880" w:type="dxa"/>
          </w:tcPr>
          <w:p w14:paraId="4E07412A" w14:textId="77777777" w:rsidR="008419D5" w:rsidRPr="00F4767A" w:rsidRDefault="00F4767A" w:rsidP="0025107F">
            <w:pPr>
              <w:rPr>
                <w:rFonts w:ascii="Fresco Std Normal" w:hAnsi="Fresco Std Normal"/>
                <w:lang w:val="nl-NL"/>
              </w:rPr>
            </w:pPr>
            <w:sdt>
              <w:sdtPr>
                <w:rPr>
                  <w:rFonts w:ascii="Fresco Std Normal" w:hAnsi="Fresco Std Normal"/>
                  <w:lang w:val="nl-NL"/>
                </w:rPr>
                <w:id w:val="490301596"/>
                <w14:checkbox>
                  <w14:checked w14:val="0"/>
                  <w14:checkedState w14:val="2612" w14:font="MS Gothic"/>
                  <w14:uncheckedState w14:val="2610" w14:font="MS Gothic"/>
                </w14:checkbox>
              </w:sdtPr>
              <w:sdtEndPr/>
              <w:sdtContent/>
            </w:sdt>
            <w:sdt>
              <w:sdtPr>
                <w:rPr>
                  <w:rFonts w:ascii="Fresco Std Normal" w:hAnsi="Fresco Std Normal"/>
                  <w:lang w:val="nl-NL"/>
                </w:rPr>
                <w:id w:val="1931624226"/>
                <w14:checkbox>
                  <w14:checked w14:val="0"/>
                  <w14:checkedState w14:val="2612" w14:font="MS Gothic"/>
                  <w14:uncheckedState w14:val="2610" w14:font="MS Gothic"/>
                </w14:checkbox>
              </w:sdtPr>
              <w:sdtEndPr/>
              <w:sdtContent>
                <w:r w:rsidR="008419D5" w:rsidRPr="00F4767A">
                  <w:rPr>
                    <w:rFonts w:ascii="Segoe UI Symbol" w:eastAsia="MS Gothic" w:hAnsi="Segoe UI Symbol" w:cs="Segoe UI Symbol"/>
                    <w:lang w:val="nl-NL"/>
                  </w:rPr>
                  <w:t>☐</w:t>
                </w:r>
              </w:sdtContent>
            </w:sdt>
          </w:p>
        </w:tc>
      </w:tr>
      <w:tr w:rsidR="008419D5" w:rsidRPr="00F4767A" w14:paraId="5B8C7323" w14:textId="77777777" w:rsidTr="009D0579">
        <w:tc>
          <w:tcPr>
            <w:tcW w:w="6487" w:type="dxa"/>
          </w:tcPr>
          <w:p w14:paraId="67C75884" w14:textId="77777777" w:rsidR="008419D5" w:rsidRPr="00F4767A" w:rsidRDefault="008419D5" w:rsidP="0025107F">
            <w:pPr>
              <w:pStyle w:val="Lijstalinea"/>
              <w:numPr>
                <w:ilvl w:val="0"/>
                <w:numId w:val="10"/>
              </w:numPr>
              <w:spacing w:line="240" w:lineRule="auto"/>
              <w:rPr>
                <w:rFonts w:ascii="Fresco Std Normal" w:hAnsi="Fresco Std Normal"/>
                <w:lang w:val="nl-NL"/>
              </w:rPr>
            </w:pPr>
            <w:r w:rsidRPr="00F4767A">
              <w:rPr>
                <w:rFonts w:ascii="Fresco Std Normal" w:hAnsi="Fresco Std Normal"/>
                <w:lang w:val="nl-NL"/>
              </w:rPr>
              <w:t xml:space="preserve">Leerlingen </w:t>
            </w:r>
            <w:r w:rsidRPr="00F4767A">
              <w:rPr>
                <w:rFonts w:ascii="Fresco Std Normal" w:hAnsi="Fresco Std Normal"/>
                <w:b/>
                <w:lang w:val="nl-NL"/>
              </w:rPr>
              <w:t>worden toegerust</w:t>
            </w:r>
            <w:r w:rsidRPr="00F4767A">
              <w:rPr>
                <w:rFonts w:ascii="Fresco Std Normal" w:hAnsi="Fresco Std Normal"/>
                <w:lang w:val="nl-NL"/>
              </w:rPr>
              <w:t xml:space="preserve"> met kennis, vaardigheden en verantwoordelijkheidsbesef.</w:t>
            </w:r>
          </w:p>
        </w:tc>
        <w:tc>
          <w:tcPr>
            <w:tcW w:w="1186" w:type="dxa"/>
          </w:tcPr>
          <w:p w14:paraId="659BBA16" w14:textId="77777777" w:rsidR="008419D5" w:rsidRPr="00F4767A" w:rsidRDefault="00F4767A" w:rsidP="0025107F">
            <w:pPr>
              <w:rPr>
                <w:rFonts w:ascii="Fresco Std Normal" w:hAnsi="Fresco Std Normal"/>
                <w:lang w:val="nl-NL"/>
              </w:rPr>
            </w:pPr>
            <w:sdt>
              <w:sdtPr>
                <w:rPr>
                  <w:rFonts w:ascii="Fresco Std Normal" w:hAnsi="Fresco Std Normal"/>
                  <w:lang w:val="nl-NL"/>
                </w:rPr>
                <w:id w:val="1449356870"/>
                <w14:checkbox>
                  <w14:checked w14:val="0"/>
                  <w14:checkedState w14:val="2612" w14:font="MS Gothic"/>
                  <w14:uncheckedState w14:val="2610" w14:font="MS Gothic"/>
                </w14:checkbox>
              </w:sdtPr>
              <w:sdtEndPr/>
              <w:sdtContent/>
            </w:sdt>
            <w:sdt>
              <w:sdtPr>
                <w:rPr>
                  <w:rFonts w:ascii="Fresco Std Normal" w:hAnsi="Fresco Std Normal"/>
                  <w:lang w:val="nl-NL"/>
                </w:rPr>
                <w:id w:val="-607044619"/>
                <w14:checkbox>
                  <w14:checked w14:val="0"/>
                  <w14:checkedState w14:val="2612" w14:font="MS Gothic"/>
                  <w14:uncheckedState w14:val="2610" w14:font="MS Gothic"/>
                </w14:checkbox>
              </w:sdtPr>
              <w:sdtEndPr/>
              <w:sdtContent>
                <w:r w:rsidR="008419D5" w:rsidRPr="00F4767A">
                  <w:rPr>
                    <w:rFonts w:ascii="Segoe UI Symbol" w:eastAsia="MS Gothic" w:hAnsi="Segoe UI Symbol" w:cs="Segoe UI Symbol"/>
                    <w:lang w:val="nl-NL"/>
                  </w:rPr>
                  <w:t>☐</w:t>
                </w:r>
              </w:sdtContent>
            </w:sdt>
          </w:p>
        </w:tc>
        <w:tc>
          <w:tcPr>
            <w:tcW w:w="2880" w:type="dxa"/>
          </w:tcPr>
          <w:p w14:paraId="223EBAAE" w14:textId="77777777" w:rsidR="008419D5" w:rsidRPr="00F4767A" w:rsidRDefault="00F4767A" w:rsidP="0025107F">
            <w:pPr>
              <w:rPr>
                <w:rFonts w:ascii="Fresco Std Normal" w:hAnsi="Fresco Std Normal"/>
                <w:lang w:val="nl-NL"/>
              </w:rPr>
            </w:pPr>
            <w:sdt>
              <w:sdtPr>
                <w:rPr>
                  <w:rFonts w:ascii="Fresco Std Normal" w:hAnsi="Fresco Std Normal"/>
                  <w:lang w:val="nl-NL"/>
                </w:rPr>
                <w:id w:val="1755397962"/>
                <w14:checkbox>
                  <w14:checked w14:val="0"/>
                  <w14:checkedState w14:val="2612" w14:font="MS Gothic"/>
                  <w14:uncheckedState w14:val="2610" w14:font="MS Gothic"/>
                </w14:checkbox>
              </w:sdtPr>
              <w:sdtEndPr/>
              <w:sdtContent/>
            </w:sdt>
            <w:sdt>
              <w:sdtPr>
                <w:rPr>
                  <w:rFonts w:ascii="Fresco Std Normal" w:hAnsi="Fresco Std Normal"/>
                  <w:lang w:val="nl-NL"/>
                </w:rPr>
                <w:id w:val="1586030267"/>
                <w14:checkbox>
                  <w14:checked w14:val="0"/>
                  <w14:checkedState w14:val="2612" w14:font="MS Gothic"/>
                  <w14:uncheckedState w14:val="2610" w14:font="MS Gothic"/>
                </w14:checkbox>
              </w:sdtPr>
              <w:sdtEndPr/>
              <w:sdtContent>
                <w:r w:rsidR="008419D5" w:rsidRPr="00F4767A">
                  <w:rPr>
                    <w:rFonts w:ascii="Segoe UI Symbol" w:eastAsia="MS Gothic" w:hAnsi="Segoe UI Symbol" w:cs="Segoe UI Symbol"/>
                    <w:lang w:val="nl-NL"/>
                  </w:rPr>
                  <w:t>☐</w:t>
                </w:r>
              </w:sdtContent>
            </w:sdt>
          </w:p>
        </w:tc>
      </w:tr>
      <w:tr w:rsidR="008419D5" w:rsidRPr="00F4767A" w14:paraId="67607FB7" w14:textId="77777777" w:rsidTr="009D0579">
        <w:tc>
          <w:tcPr>
            <w:tcW w:w="6487" w:type="dxa"/>
          </w:tcPr>
          <w:p w14:paraId="3629DBF5" w14:textId="77777777" w:rsidR="008419D5" w:rsidRPr="00F4767A" w:rsidRDefault="008419D5" w:rsidP="0025107F">
            <w:pPr>
              <w:pStyle w:val="Lijstalinea"/>
              <w:numPr>
                <w:ilvl w:val="0"/>
                <w:numId w:val="10"/>
              </w:numPr>
              <w:spacing w:line="240" w:lineRule="auto"/>
              <w:rPr>
                <w:rFonts w:ascii="Fresco Std Normal" w:hAnsi="Fresco Std Normal"/>
                <w:lang w:val="nl-NL"/>
              </w:rPr>
            </w:pPr>
            <w:r w:rsidRPr="00F4767A">
              <w:rPr>
                <w:rFonts w:ascii="Fresco Std Normal" w:hAnsi="Fresco Std Normal"/>
                <w:lang w:val="nl-NL"/>
              </w:rPr>
              <w:t xml:space="preserve">Leerlingen doen ervaringen op </w:t>
            </w:r>
            <w:r w:rsidRPr="00F4767A">
              <w:rPr>
                <w:rFonts w:ascii="Fresco Std Normal" w:hAnsi="Fresco Std Normal"/>
                <w:b/>
                <w:lang w:val="nl-NL"/>
              </w:rPr>
              <w:t>buiten de school</w:t>
            </w:r>
            <w:r w:rsidRPr="00F4767A">
              <w:rPr>
                <w:rFonts w:ascii="Fresco Std Normal" w:hAnsi="Fresco Std Normal"/>
                <w:lang w:val="nl-NL"/>
              </w:rPr>
              <w:t>.</w:t>
            </w:r>
          </w:p>
        </w:tc>
        <w:tc>
          <w:tcPr>
            <w:tcW w:w="1186" w:type="dxa"/>
          </w:tcPr>
          <w:p w14:paraId="7EE82276" w14:textId="77777777" w:rsidR="008419D5" w:rsidRPr="00F4767A" w:rsidRDefault="00F4767A" w:rsidP="0025107F">
            <w:pPr>
              <w:rPr>
                <w:rFonts w:ascii="Fresco Std Normal" w:hAnsi="Fresco Std Normal"/>
                <w:lang w:val="nl-NL"/>
              </w:rPr>
            </w:pPr>
            <w:sdt>
              <w:sdtPr>
                <w:rPr>
                  <w:rFonts w:ascii="Fresco Std Normal" w:hAnsi="Fresco Std Normal"/>
                  <w:lang w:val="nl-NL"/>
                </w:rPr>
                <w:id w:val="-319199241"/>
                <w14:checkbox>
                  <w14:checked w14:val="0"/>
                  <w14:checkedState w14:val="2612" w14:font="MS Gothic"/>
                  <w14:uncheckedState w14:val="2610" w14:font="MS Gothic"/>
                </w14:checkbox>
              </w:sdtPr>
              <w:sdtEndPr/>
              <w:sdtContent/>
            </w:sdt>
            <w:sdt>
              <w:sdtPr>
                <w:rPr>
                  <w:rFonts w:ascii="Fresco Std Normal" w:hAnsi="Fresco Std Normal"/>
                  <w:lang w:val="nl-NL"/>
                </w:rPr>
                <w:id w:val="-730772042"/>
                <w14:checkbox>
                  <w14:checked w14:val="0"/>
                  <w14:checkedState w14:val="2612" w14:font="MS Gothic"/>
                  <w14:uncheckedState w14:val="2610" w14:font="MS Gothic"/>
                </w14:checkbox>
              </w:sdtPr>
              <w:sdtEndPr/>
              <w:sdtContent>
                <w:r w:rsidR="008419D5" w:rsidRPr="00F4767A">
                  <w:rPr>
                    <w:rFonts w:ascii="Segoe UI Symbol" w:eastAsia="MS Gothic" w:hAnsi="Segoe UI Symbol" w:cs="Segoe UI Symbol"/>
                    <w:lang w:val="nl-NL"/>
                  </w:rPr>
                  <w:t>☐</w:t>
                </w:r>
              </w:sdtContent>
            </w:sdt>
          </w:p>
        </w:tc>
        <w:tc>
          <w:tcPr>
            <w:tcW w:w="2880" w:type="dxa"/>
          </w:tcPr>
          <w:p w14:paraId="2A7F0E9E" w14:textId="77777777" w:rsidR="008419D5" w:rsidRPr="00F4767A" w:rsidRDefault="00F4767A" w:rsidP="0025107F">
            <w:pPr>
              <w:rPr>
                <w:rFonts w:ascii="Fresco Std Normal" w:hAnsi="Fresco Std Normal"/>
                <w:lang w:val="nl-NL"/>
              </w:rPr>
            </w:pPr>
            <w:sdt>
              <w:sdtPr>
                <w:rPr>
                  <w:rFonts w:ascii="Fresco Std Normal" w:hAnsi="Fresco Std Normal"/>
                  <w:lang w:val="nl-NL"/>
                </w:rPr>
                <w:id w:val="-1588302803"/>
                <w14:checkbox>
                  <w14:checked w14:val="0"/>
                  <w14:checkedState w14:val="2612" w14:font="MS Gothic"/>
                  <w14:uncheckedState w14:val="2610" w14:font="MS Gothic"/>
                </w14:checkbox>
              </w:sdtPr>
              <w:sdtEndPr/>
              <w:sdtContent/>
            </w:sdt>
            <w:sdt>
              <w:sdtPr>
                <w:rPr>
                  <w:rFonts w:ascii="Fresco Std Normal" w:hAnsi="Fresco Std Normal"/>
                  <w:lang w:val="nl-NL"/>
                </w:rPr>
                <w:id w:val="-709415578"/>
                <w14:checkbox>
                  <w14:checked w14:val="0"/>
                  <w14:checkedState w14:val="2612" w14:font="MS Gothic"/>
                  <w14:uncheckedState w14:val="2610" w14:font="MS Gothic"/>
                </w14:checkbox>
              </w:sdtPr>
              <w:sdtEndPr/>
              <w:sdtContent>
                <w:r w:rsidR="008419D5" w:rsidRPr="00F4767A">
                  <w:rPr>
                    <w:rFonts w:ascii="Segoe UI Symbol" w:eastAsia="MS Gothic" w:hAnsi="Segoe UI Symbol" w:cs="Segoe UI Symbol"/>
                    <w:lang w:val="nl-NL"/>
                  </w:rPr>
                  <w:t>☐</w:t>
                </w:r>
              </w:sdtContent>
            </w:sdt>
          </w:p>
        </w:tc>
      </w:tr>
      <w:tr w:rsidR="008419D5" w:rsidRPr="00F4767A" w14:paraId="300FA0FC" w14:textId="77777777" w:rsidTr="009D0579">
        <w:tc>
          <w:tcPr>
            <w:tcW w:w="6487" w:type="dxa"/>
          </w:tcPr>
          <w:p w14:paraId="7C1071C8" w14:textId="77777777" w:rsidR="008419D5" w:rsidRPr="00F4767A" w:rsidRDefault="008419D5" w:rsidP="0025107F">
            <w:pPr>
              <w:pStyle w:val="Lijstalinea"/>
              <w:numPr>
                <w:ilvl w:val="0"/>
                <w:numId w:val="10"/>
              </w:numPr>
              <w:spacing w:line="240" w:lineRule="auto"/>
              <w:rPr>
                <w:rFonts w:ascii="Fresco Std Normal" w:hAnsi="Fresco Std Normal"/>
                <w:lang w:val="nl-NL"/>
              </w:rPr>
            </w:pPr>
            <w:r w:rsidRPr="00F4767A">
              <w:rPr>
                <w:rFonts w:ascii="Fresco Std Normal" w:hAnsi="Fresco Std Normal"/>
                <w:lang w:val="nl-NL"/>
              </w:rPr>
              <w:t xml:space="preserve">Leerlingen doen </w:t>
            </w:r>
            <w:r w:rsidRPr="00F4767A">
              <w:rPr>
                <w:rFonts w:ascii="Fresco Std Normal" w:hAnsi="Fresco Std Normal"/>
                <w:b/>
                <w:lang w:val="nl-NL"/>
              </w:rPr>
              <w:t>realistische ervaringen</w:t>
            </w:r>
            <w:r w:rsidRPr="00F4767A">
              <w:rPr>
                <w:rFonts w:ascii="Fresco Std Normal" w:hAnsi="Fresco Std Normal"/>
                <w:lang w:val="nl-NL"/>
              </w:rPr>
              <w:t xml:space="preserve"> op.</w:t>
            </w:r>
          </w:p>
        </w:tc>
        <w:tc>
          <w:tcPr>
            <w:tcW w:w="1186" w:type="dxa"/>
          </w:tcPr>
          <w:p w14:paraId="1DEA11D9" w14:textId="77777777" w:rsidR="008419D5" w:rsidRPr="00F4767A" w:rsidRDefault="00F4767A" w:rsidP="0025107F">
            <w:pPr>
              <w:rPr>
                <w:rFonts w:ascii="Fresco Std Normal" w:hAnsi="Fresco Std Normal"/>
                <w:lang w:val="nl-NL"/>
              </w:rPr>
            </w:pPr>
            <w:sdt>
              <w:sdtPr>
                <w:rPr>
                  <w:rFonts w:ascii="Fresco Std Normal" w:hAnsi="Fresco Std Normal"/>
                  <w:lang w:val="nl-NL"/>
                </w:rPr>
                <w:id w:val="-318804935"/>
                <w14:checkbox>
                  <w14:checked w14:val="0"/>
                  <w14:checkedState w14:val="2612" w14:font="MS Gothic"/>
                  <w14:uncheckedState w14:val="2610" w14:font="MS Gothic"/>
                </w14:checkbox>
              </w:sdtPr>
              <w:sdtEndPr/>
              <w:sdtContent/>
            </w:sdt>
            <w:sdt>
              <w:sdtPr>
                <w:rPr>
                  <w:rFonts w:ascii="Fresco Std Normal" w:hAnsi="Fresco Std Normal"/>
                  <w:lang w:val="nl-NL"/>
                </w:rPr>
                <w:id w:val="592906215"/>
                <w14:checkbox>
                  <w14:checked w14:val="0"/>
                  <w14:checkedState w14:val="2612" w14:font="MS Gothic"/>
                  <w14:uncheckedState w14:val="2610" w14:font="MS Gothic"/>
                </w14:checkbox>
              </w:sdtPr>
              <w:sdtEndPr/>
              <w:sdtContent>
                <w:r w:rsidR="008419D5" w:rsidRPr="00F4767A">
                  <w:rPr>
                    <w:rFonts w:ascii="Segoe UI Symbol" w:eastAsia="MS Gothic" w:hAnsi="Segoe UI Symbol" w:cs="Segoe UI Symbol"/>
                    <w:lang w:val="nl-NL"/>
                  </w:rPr>
                  <w:t>☐</w:t>
                </w:r>
              </w:sdtContent>
            </w:sdt>
          </w:p>
        </w:tc>
        <w:tc>
          <w:tcPr>
            <w:tcW w:w="2880" w:type="dxa"/>
          </w:tcPr>
          <w:p w14:paraId="37BB85FA" w14:textId="77777777" w:rsidR="008419D5" w:rsidRPr="00F4767A" w:rsidRDefault="00F4767A" w:rsidP="0025107F">
            <w:pPr>
              <w:rPr>
                <w:rFonts w:ascii="Fresco Std Normal" w:hAnsi="Fresco Std Normal"/>
                <w:lang w:val="nl-NL"/>
              </w:rPr>
            </w:pPr>
            <w:sdt>
              <w:sdtPr>
                <w:rPr>
                  <w:rFonts w:ascii="Fresco Std Normal" w:hAnsi="Fresco Std Normal"/>
                  <w:lang w:val="nl-NL"/>
                </w:rPr>
                <w:id w:val="1744917512"/>
                <w14:checkbox>
                  <w14:checked w14:val="0"/>
                  <w14:checkedState w14:val="2612" w14:font="MS Gothic"/>
                  <w14:uncheckedState w14:val="2610" w14:font="MS Gothic"/>
                </w14:checkbox>
              </w:sdtPr>
              <w:sdtEndPr/>
              <w:sdtContent/>
            </w:sdt>
            <w:sdt>
              <w:sdtPr>
                <w:rPr>
                  <w:rFonts w:ascii="Fresco Std Normal" w:hAnsi="Fresco Std Normal"/>
                  <w:lang w:val="nl-NL"/>
                </w:rPr>
                <w:id w:val="193964299"/>
                <w14:checkbox>
                  <w14:checked w14:val="0"/>
                  <w14:checkedState w14:val="2612" w14:font="MS Gothic"/>
                  <w14:uncheckedState w14:val="2610" w14:font="MS Gothic"/>
                </w14:checkbox>
              </w:sdtPr>
              <w:sdtEndPr/>
              <w:sdtContent>
                <w:r w:rsidR="008419D5" w:rsidRPr="00F4767A">
                  <w:rPr>
                    <w:rFonts w:ascii="Segoe UI Symbol" w:eastAsia="MS Gothic" w:hAnsi="Segoe UI Symbol" w:cs="Segoe UI Symbol"/>
                    <w:lang w:val="nl-NL"/>
                  </w:rPr>
                  <w:t>☐</w:t>
                </w:r>
              </w:sdtContent>
            </w:sdt>
          </w:p>
        </w:tc>
      </w:tr>
      <w:tr w:rsidR="008419D5" w:rsidRPr="00F4767A" w14:paraId="4D1AB659" w14:textId="77777777" w:rsidTr="009D0579">
        <w:tc>
          <w:tcPr>
            <w:tcW w:w="6487" w:type="dxa"/>
          </w:tcPr>
          <w:p w14:paraId="629FC33B" w14:textId="77777777" w:rsidR="008419D5" w:rsidRPr="00F4767A" w:rsidRDefault="008419D5" w:rsidP="0025107F">
            <w:pPr>
              <w:pStyle w:val="Lijstalinea"/>
              <w:numPr>
                <w:ilvl w:val="0"/>
                <w:numId w:val="10"/>
              </w:numPr>
              <w:spacing w:line="240" w:lineRule="auto"/>
              <w:rPr>
                <w:rFonts w:ascii="Fresco Std Normal" w:hAnsi="Fresco Std Normal"/>
                <w:lang w:val="nl-NL"/>
              </w:rPr>
            </w:pPr>
            <w:r w:rsidRPr="00F4767A">
              <w:rPr>
                <w:rFonts w:ascii="Fresco Std Normal" w:hAnsi="Fresco Std Normal"/>
                <w:lang w:val="nl-NL"/>
              </w:rPr>
              <w:t xml:space="preserve">Leerlingen doen </w:t>
            </w:r>
            <w:r w:rsidRPr="00F4767A">
              <w:rPr>
                <w:rFonts w:ascii="Fresco Std Normal" w:hAnsi="Fresco Std Normal"/>
                <w:b/>
                <w:lang w:val="nl-NL"/>
              </w:rPr>
              <w:t>sociale ervaringen</w:t>
            </w:r>
            <w:r w:rsidRPr="00F4767A">
              <w:rPr>
                <w:rFonts w:ascii="Fresco Std Normal" w:hAnsi="Fresco Std Normal"/>
                <w:lang w:val="nl-NL"/>
              </w:rPr>
              <w:t xml:space="preserve"> op.</w:t>
            </w:r>
          </w:p>
        </w:tc>
        <w:tc>
          <w:tcPr>
            <w:tcW w:w="1186" w:type="dxa"/>
          </w:tcPr>
          <w:p w14:paraId="2611868D" w14:textId="77777777" w:rsidR="008419D5" w:rsidRPr="00F4767A" w:rsidRDefault="00F4767A" w:rsidP="0025107F">
            <w:pPr>
              <w:rPr>
                <w:rFonts w:ascii="Fresco Std Normal" w:hAnsi="Fresco Std Normal"/>
                <w:lang w:val="nl-NL"/>
              </w:rPr>
            </w:pPr>
            <w:sdt>
              <w:sdtPr>
                <w:rPr>
                  <w:rFonts w:ascii="Fresco Std Normal" w:hAnsi="Fresco Std Normal"/>
                  <w:lang w:val="nl-NL"/>
                </w:rPr>
                <w:id w:val="1701433328"/>
                <w14:checkbox>
                  <w14:checked w14:val="0"/>
                  <w14:checkedState w14:val="2612" w14:font="MS Gothic"/>
                  <w14:uncheckedState w14:val="2610" w14:font="MS Gothic"/>
                </w14:checkbox>
              </w:sdtPr>
              <w:sdtEndPr/>
              <w:sdtContent/>
            </w:sdt>
            <w:sdt>
              <w:sdtPr>
                <w:rPr>
                  <w:rFonts w:ascii="Fresco Std Normal" w:hAnsi="Fresco Std Normal"/>
                  <w:lang w:val="nl-NL"/>
                </w:rPr>
                <w:id w:val="-2124446631"/>
                <w14:checkbox>
                  <w14:checked w14:val="0"/>
                  <w14:checkedState w14:val="2612" w14:font="MS Gothic"/>
                  <w14:uncheckedState w14:val="2610" w14:font="MS Gothic"/>
                </w14:checkbox>
              </w:sdtPr>
              <w:sdtEndPr/>
              <w:sdtContent>
                <w:r w:rsidR="008419D5" w:rsidRPr="00F4767A">
                  <w:rPr>
                    <w:rFonts w:ascii="Segoe UI Symbol" w:eastAsia="MS Gothic" w:hAnsi="Segoe UI Symbol" w:cs="Segoe UI Symbol"/>
                    <w:lang w:val="nl-NL"/>
                  </w:rPr>
                  <w:t>☐</w:t>
                </w:r>
              </w:sdtContent>
            </w:sdt>
          </w:p>
        </w:tc>
        <w:tc>
          <w:tcPr>
            <w:tcW w:w="2880" w:type="dxa"/>
          </w:tcPr>
          <w:p w14:paraId="09639A14" w14:textId="77777777" w:rsidR="008419D5" w:rsidRPr="00F4767A" w:rsidRDefault="00F4767A" w:rsidP="0025107F">
            <w:pPr>
              <w:rPr>
                <w:rFonts w:ascii="Fresco Std Normal" w:hAnsi="Fresco Std Normal"/>
                <w:lang w:val="nl-NL"/>
              </w:rPr>
            </w:pPr>
            <w:sdt>
              <w:sdtPr>
                <w:rPr>
                  <w:rFonts w:ascii="Fresco Std Normal" w:hAnsi="Fresco Std Normal"/>
                  <w:lang w:val="nl-NL"/>
                </w:rPr>
                <w:id w:val="-1240020161"/>
                <w14:checkbox>
                  <w14:checked w14:val="0"/>
                  <w14:checkedState w14:val="2612" w14:font="MS Gothic"/>
                  <w14:uncheckedState w14:val="2610" w14:font="MS Gothic"/>
                </w14:checkbox>
              </w:sdtPr>
              <w:sdtEndPr/>
              <w:sdtContent/>
            </w:sdt>
            <w:sdt>
              <w:sdtPr>
                <w:rPr>
                  <w:rFonts w:ascii="Fresco Std Normal" w:hAnsi="Fresco Std Normal"/>
                  <w:lang w:val="nl-NL"/>
                </w:rPr>
                <w:id w:val="-1786807118"/>
                <w14:checkbox>
                  <w14:checked w14:val="0"/>
                  <w14:checkedState w14:val="2612" w14:font="MS Gothic"/>
                  <w14:uncheckedState w14:val="2610" w14:font="MS Gothic"/>
                </w14:checkbox>
              </w:sdtPr>
              <w:sdtEndPr/>
              <w:sdtContent>
                <w:r w:rsidR="008419D5" w:rsidRPr="00F4767A">
                  <w:rPr>
                    <w:rFonts w:ascii="Segoe UI Symbol" w:eastAsia="MS Gothic" w:hAnsi="Segoe UI Symbol" w:cs="Segoe UI Symbol"/>
                    <w:lang w:val="nl-NL"/>
                  </w:rPr>
                  <w:t>☐</w:t>
                </w:r>
              </w:sdtContent>
            </w:sdt>
          </w:p>
        </w:tc>
      </w:tr>
      <w:tr w:rsidR="008419D5" w:rsidRPr="00F4767A" w14:paraId="27C2F388" w14:textId="77777777" w:rsidTr="009D0579">
        <w:tc>
          <w:tcPr>
            <w:tcW w:w="6487" w:type="dxa"/>
          </w:tcPr>
          <w:p w14:paraId="14D2604F" w14:textId="481B81E1" w:rsidR="008419D5" w:rsidRPr="00F4767A" w:rsidRDefault="008419D5" w:rsidP="0025107F">
            <w:pPr>
              <w:pStyle w:val="Lijstalinea"/>
              <w:numPr>
                <w:ilvl w:val="0"/>
                <w:numId w:val="10"/>
              </w:numPr>
              <w:spacing w:line="240" w:lineRule="auto"/>
              <w:rPr>
                <w:rFonts w:ascii="Fresco Std Normal" w:hAnsi="Fresco Std Normal"/>
                <w:lang w:val="nl-NL"/>
              </w:rPr>
            </w:pPr>
            <w:r w:rsidRPr="00F4767A">
              <w:rPr>
                <w:rFonts w:ascii="Fresco Std Normal" w:hAnsi="Fresco Std Normal"/>
                <w:lang w:val="nl-NL"/>
              </w:rPr>
              <w:t xml:space="preserve">Leerlingen krijgen de mogelijkheid om </w:t>
            </w:r>
            <w:r w:rsidRPr="00F4767A">
              <w:rPr>
                <w:rFonts w:ascii="Fresco Std Normal" w:hAnsi="Fresco Std Normal"/>
                <w:b/>
                <w:lang w:val="nl-NL"/>
              </w:rPr>
              <w:t>praktische kennis</w:t>
            </w:r>
            <w:r w:rsidRPr="00F4767A">
              <w:rPr>
                <w:rFonts w:ascii="Fresco Std Normal" w:hAnsi="Fresco Std Normal"/>
                <w:lang w:val="nl-NL"/>
              </w:rPr>
              <w:t xml:space="preserve"> toe te passen in een sociale </w:t>
            </w:r>
            <w:r w:rsidR="00531D49" w:rsidRPr="00F4767A">
              <w:rPr>
                <w:rFonts w:ascii="Fresco Std Normal" w:hAnsi="Fresco Std Normal"/>
                <w:lang w:val="nl-NL"/>
              </w:rPr>
              <w:t>en/</w:t>
            </w:r>
            <w:r w:rsidRPr="00F4767A">
              <w:rPr>
                <w:rFonts w:ascii="Fresco Std Normal" w:hAnsi="Fresco Std Normal"/>
                <w:lang w:val="nl-NL"/>
              </w:rPr>
              <w:t>of maatschappelijke context.</w:t>
            </w:r>
          </w:p>
        </w:tc>
        <w:tc>
          <w:tcPr>
            <w:tcW w:w="1186" w:type="dxa"/>
          </w:tcPr>
          <w:p w14:paraId="65C5605B" w14:textId="77777777" w:rsidR="008419D5" w:rsidRPr="00F4767A" w:rsidRDefault="00F4767A" w:rsidP="0025107F">
            <w:pPr>
              <w:rPr>
                <w:rFonts w:ascii="Fresco Std Normal" w:hAnsi="Fresco Std Normal"/>
                <w:lang w:val="nl-NL"/>
              </w:rPr>
            </w:pPr>
            <w:sdt>
              <w:sdtPr>
                <w:rPr>
                  <w:rFonts w:ascii="Fresco Std Normal" w:hAnsi="Fresco Std Normal"/>
                  <w:lang w:val="nl-NL"/>
                </w:rPr>
                <w:id w:val="576707801"/>
                <w14:checkbox>
                  <w14:checked w14:val="0"/>
                  <w14:checkedState w14:val="2612" w14:font="MS Gothic"/>
                  <w14:uncheckedState w14:val="2610" w14:font="MS Gothic"/>
                </w14:checkbox>
              </w:sdtPr>
              <w:sdtEndPr/>
              <w:sdtContent/>
            </w:sdt>
            <w:sdt>
              <w:sdtPr>
                <w:rPr>
                  <w:rFonts w:ascii="Fresco Std Normal" w:hAnsi="Fresco Std Normal"/>
                  <w:lang w:val="nl-NL"/>
                </w:rPr>
                <w:id w:val="-933665834"/>
                <w14:checkbox>
                  <w14:checked w14:val="0"/>
                  <w14:checkedState w14:val="2612" w14:font="MS Gothic"/>
                  <w14:uncheckedState w14:val="2610" w14:font="MS Gothic"/>
                </w14:checkbox>
              </w:sdtPr>
              <w:sdtEndPr/>
              <w:sdtContent>
                <w:r w:rsidR="008419D5" w:rsidRPr="00F4767A">
                  <w:rPr>
                    <w:rFonts w:ascii="MS Gothic" w:eastAsia="MS Gothic" w:hAnsi="MS Gothic"/>
                    <w:lang w:val="nl-NL"/>
                  </w:rPr>
                  <w:t>☐</w:t>
                </w:r>
              </w:sdtContent>
            </w:sdt>
          </w:p>
        </w:tc>
        <w:tc>
          <w:tcPr>
            <w:tcW w:w="2880" w:type="dxa"/>
          </w:tcPr>
          <w:p w14:paraId="600E82F6" w14:textId="77777777" w:rsidR="008419D5" w:rsidRPr="00F4767A" w:rsidRDefault="00F4767A" w:rsidP="0025107F">
            <w:pPr>
              <w:rPr>
                <w:rFonts w:ascii="Fresco Std Normal" w:hAnsi="Fresco Std Normal"/>
                <w:lang w:val="nl-NL"/>
              </w:rPr>
            </w:pPr>
            <w:sdt>
              <w:sdtPr>
                <w:rPr>
                  <w:rFonts w:ascii="Fresco Std Normal" w:hAnsi="Fresco Std Normal"/>
                  <w:lang w:val="nl-NL"/>
                </w:rPr>
                <w:id w:val="1652637336"/>
                <w14:checkbox>
                  <w14:checked w14:val="0"/>
                  <w14:checkedState w14:val="2612" w14:font="MS Gothic"/>
                  <w14:uncheckedState w14:val="2610" w14:font="MS Gothic"/>
                </w14:checkbox>
              </w:sdtPr>
              <w:sdtEndPr/>
              <w:sdtContent/>
            </w:sdt>
            <w:sdt>
              <w:sdtPr>
                <w:rPr>
                  <w:rFonts w:ascii="Fresco Std Normal" w:hAnsi="Fresco Std Normal"/>
                  <w:lang w:val="nl-NL"/>
                </w:rPr>
                <w:id w:val="-1634007531"/>
                <w14:checkbox>
                  <w14:checked w14:val="0"/>
                  <w14:checkedState w14:val="2612" w14:font="MS Gothic"/>
                  <w14:uncheckedState w14:val="2610" w14:font="MS Gothic"/>
                </w14:checkbox>
              </w:sdtPr>
              <w:sdtEndPr/>
              <w:sdtContent>
                <w:r w:rsidR="008419D5" w:rsidRPr="00F4767A">
                  <w:rPr>
                    <w:rFonts w:ascii="Segoe UI Symbol" w:eastAsia="MS Gothic" w:hAnsi="Segoe UI Symbol" w:cs="Segoe UI Symbol"/>
                    <w:lang w:val="nl-NL"/>
                  </w:rPr>
                  <w:t>☐</w:t>
                </w:r>
              </w:sdtContent>
            </w:sdt>
          </w:p>
        </w:tc>
      </w:tr>
    </w:tbl>
    <w:p w14:paraId="0D31D276" w14:textId="77777777" w:rsidR="001D7513" w:rsidRPr="00F4767A" w:rsidRDefault="001D7513" w:rsidP="00F4767A">
      <w:pPr>
        <w:pStyle w:val="Geenafstand"/>
        <w:rPr>
          <w:lang w:val="nl-NL"/>
        </w:rPr>
      </w:pPr>
    </w:p>
    <w:p w14:paraId="40527731" w14:textId="77777777" w:rsidR="002B4A49" w:rsidRPr="00F4767A" w:rsidRDefault="002B4A49" w:rsidP="00F4767A">
      <w:pPr>
        <w:pStyle w:val="Geenafstand"/>
        <w:rPr>
          <w:sz w:val="26"/>
          <w:szCs w:val="26"/>
          <w:lang w:val="nl-NL"/>
        </w:rPr>
      </w:pPr>
    </w:p>
    <w:p w14:paraId="36F05FFA" w14:textId="77777777" w:rsidR="00D42012" w:rsidRPr="00F4767A" w:rsidRDefault="00D42012" w:rsidP="00F4767A">
      <w:pPr>
        <w:pStyle w:val="Geenafstand"/>
        <w:rPr>
          <w:rFonts w:eastAsiaTheme="majorEastAsia" w:cstheme="majorBidi"/>
          <w:b/>
          <w:bCs/>
          <w:sz w:val="26"/>
          <w:szCs w:val="26"/>
          <w:lang w:val="nl-NL"/>
        </w:rPr>
      </w:pPr>
    </w:p>
    <w:p w14:paraId="2CB7D764" w14:textId="32A52705" w:rsidR="002B4A49" w:rsidRPr="00F4767A" w:rsidRDefault="0025107F" w:rsidP="00D0184A">
      <w:pPr>
        <w:pStyle w:val="Kop1"/>
        <w:rPr>
          <w:sz w:val="44"/>
          <w:szCs w:val="44"/>
          <w:lang w:val="nl-NL"/>
        </w:rPr>
      </w:pPr>
      <w:r w:rsidRPr="00F4767A">
        <w:rPr>
          <w:rFonts w:ascii="Fresco Std Normal" w:hAnsi="Fresco Std Normal"/>
          <w:color w:val="auto"/>
          <w:sz w:val="44"/>
          <w:szCs w:val="44"/>
          <w:lang w:val="nl-NL"/>
        </w:rPr>
        <w:br w:type="column"/>
      </w:r>
      <w:bookmarkStart w:id="10" w:name="_Toc218262331"/>
      <w:r w:rsidR="002B4A49" w:rsidRPr="00F4767A">
        <w:rPr>
          <w:rFonts w:ascii="Fresco Std Normal" w:hAnsi="Fresco Std Normal"/>
          <w:color w:val="auto"/>
          <w:sz w:val="44"/>
          <w:szCs w:val="44"/>
          <w:lang w:val="nl-NL"/>
        </w:rPr>
        <w:t>Om over na te denken</w:t>
      </w:r>
      <w:bookmarkEnd w:id="10"/>
    </w:p>
    <w:p w14:paraId="23CEEEB2" w14:textId="77777777" w:rsidR="002B4A49" w:rsidRPr="00F4767A" w:rsidRDefault="002B4A49" w:rsidP="002B4A49">
      <w:pPr>
        <w:spacing w:after="0" w:line="240" w:lineRule="auto"/>
        <w:rPr>
          <w:rFonts w:ascii="Fresco Std Normal" w:hAnsi="Fresco Std Normal"/>
          <w:b/>
          <w:bCs/>
          <w:lang w:val="nl-NL"/>
        </w:rPr>
      </w:pPr>
    </w:p>
    <w:p w14:paraId="54A7F48F" w14:textId="77777777" w:rsidR="002B4A49" w:rsidRPr="00F4767A" w:rsidRDefault="002B4A49" w:rsidP="002B4A49">
      <w:pPr>
        <w:spacing w:after="0" w:line="240" w:lineRule="auto"/>
        <w:rPr>
          <w:rFonts w:ascii="Fresco Std Normal" w:hAnsi="Fresco Std Normal"/>
          <w:b/>
          <w:bCs/>
          <w:lang w:val="nl-NL"/>
        </w:rPr>
      </w:pPr>
      <w:r w:rsidRPr="00F4767A">
        <w:rPr>
          <w:rFonts w:ascii="Fresco Std Normal" w:hAnsi="Fresco Std Normal"/>
          <w:b/>
          <w:bCs/>
          <w:lang w:val="nl-NL"/>
        </w:rPr>
        <w:t>Identiteit</w:t>
      </w:r>
    </w:p>
    <w:p w14:paraId="4A5E003E" w14:textId="77777777" w:rsidR="002B4A49" w:rsidRPr="00F4767A" w:rsidRDefault="002B4A49" w:rsidP="002B4A49">
      <w:pPr>
        <w:pStyle w:val="Lijstalinea"/>
        <w:numPr>
          <w:ilvl w:val="0"/>
          <w:numId w:val="12"/>
        </w:numPr>
        <w:spacing w:after="160"/>
        <w:rPr>
          <w:rFonts w:ascii="Fresco Std Normal" w:hAnsi="Fresco Std Normal"/>
          <w:lang w:val="nl-NL"/>
        </w:rPr>
      </w:pPr>
      <w:r w:rsidRPr="00F4767A">
        <w:rPr>
          <w:rFonts w:ascii="Fresco Std Normal" w:hAnsi="Fresco Std Normal"/>
          <w:lang w:val="nl-NL"/>
        </w:rPr>
        <w:t>Ben je het eens met verbinding, zelfstandig denken en maatschappelijk verantwoordelijkheidsbesef als de drie focuspunten van burgerschap voor jouw school?</w:t>
      </w:r>
    </w:p>
    <w:p w14:paraId="133C32C0" w14:textId="77777777" w:rsidR="002B4A49" w:rsidRPr="00F4767A" w:rsidRDefault="002B4A49" w:rsidP="002B4A49">
      <w:pPr>
        <w:pStyle w:val="Lijstalinea"/>
        <w:spacing w:after="160"/>
        <w:rPr>
          <w:rFonts w:ascii="Fresco Std Normal" w:hAnsi="Fresco Std Normal"/>
          <w:lang w:val="nl-NL"/>
        </w:rPr>
      </w:pPr>
    </w:p>
    <w:p w14:paraId="0773BCA1" w14:textId="77777777" w:rsidR="002B4A49" w:rsidRPr="00F4767A" w:rsidRDefault="002B4A49" w:rsidP="002B4A49">
      <w:pPr>
        <w:spacing w:after="0" w:line="240" w:lineRule="auto"/>
        <w:rPr>
          <w:rFonts w:ascii="Fresco Std Normal" w:hAnsi="Fresco Std Normal"/>
          <w:b/>
          <w:bCs/>
          <w:lang w:val="nl-NL"/>
        </w:rPr>
      </w:pPr>
      <w:r w:rsidRPr="00F4767A">
        <w:rPr>
          <w:rFonts w:ascii="Fresco Std Normal" w:hAnsi="Fresco Std Normal"/>
          <w:b/>
          <w:bCs/>
          <w:lang w:val="nl-NL"/>
        </w:rPr>
        <w:t>Wet</w:t>
      </w:r>
    </w:p>
    <w:p w14:paraId="7E182DE6" w14:textId="77777777" w:rsidR="002B4A49" w:rsidRPr="00F4767A" w:rsidRDefault="002B4A49" w:rsidP="002B4A49">
      <w:pPr>
        <w:pStyle w:val="Lijstalinea"/>
        <w:numPr>
          <w:ilvl w:val="0"/>
          <w:numId w:val="12"/>
        </w:numPr>
        <w:spacing w:after="160"/>
        <w:rPr>
          <w:rFonts w:ascii="Fresco Std Normal" w:hAnsi="Fresco Std Normal"/>
          <w:lang w:val="nl-NL"/>
        </w:rPr>
      </w:pPr>
      <w:r w:rsidRPr="00F4767A">
        <w:rPr>
          <w:rFonts w:ascii="Fresco Std Normal" w:hAnsi="Fresco Std Normal"/>
          <w:lang w:val="nl-NL"/>
        </w:rPr>
        <w:t>Geven de wettelijke kaders voldoende ruimte voor burgerschapsonderwijs passend bij Montessori’s visie?</w:t>
      </w:r>
    </w:p>
    <w:p w14:paraId="00A5C05A" w14:textId="77777777" w:rsidR="002B4A49" w:rsidRPr="00F4767A" w:rsidRDefault="002B4A49" w:rsidP="002B4A49">
      <w:pPr>
        <w:pStyle w:val="Lijstalinea"/>
        <w:numPr>
          <w:ilvl w:val="0"/>
          <w:numId w:val="12"/>
        </w:numPr>
        <w:spacing w:after="160"/>
        <w:rPr>
          <w:rFonts w:ascii="Fresco Std Normal" w:hAnsi="Fresco Std Normal"/>
          <w:lang w:val="nl-NL"/>
        </w:rPr>
      </w:pPr>
      <w:r w:rsidRPr="00F4767A">
        <w:rPr>
          <w:rFonts w:ascii="Fresco Std Normal" w:hAnsi="Fresco Std Normal"/>
          <w:lang w:val="nl-NL"/>
        </w:rPr>
        <w:t>Wat zijn voor jouw school de ‘basiswaarden van de democratische rechtsstaat’?</w:t>
      </w:r>
    </w:p>
    <w:p w14:paraId="71D0F078" w14:textId="77777777" w:rsidR="002B4A49" w:rsidRPr="00F4767A" w:rsidRDefault="002B4A49" w:rsidP="002B4A49">
      <w:pPr>
        <w:pStyle w:val="Lijstalinea"/>
        <w:numPr>
          <w:ilvl w:val="0"/>
          <w:numId w:val="12"/>
        </w:numPr>
        <w:spacing w:after="160"/>
        <w:rPr>
          <w:rFonts w:ascii="Fresco Std Normal" w:hAnsi="Fresco Std Normal"/>
          <w:lang w:val="nl-NL"/>
        </w:rPr>
      </w:pPr>
      <w:r w:rsidRPr="00F4767A">
        <w:rPr>
          <w:rFonts w:ascii="Fresco Std Normal" w:hAnsi="Fresco Std Normal"/>
          <w:lang w:val="nl-NL"/>
        </w:rPr>
        <w:t>Wat zijn voor jouw school de ‘sociale en maatschappelijke competenties’?</w:t>
      </w:r>
    </w:p>
    <w:p w14:paraId="77A61923" w14:textId="77777777" w:rsidR="002B4A49" w:rsidRPr="00F4767A" w:rsidRDefault="002B4A49" w:rsidP="002B4A49">
      <w:pPr>
        <w:pStyle w:val="Lijstalinea"/>
        <w:numPr>
          <w:ilvl w:val="0"/>
          <w:numId w:val="12"/>
        </w:numPr>
        <w:spacing w:after="160"/>
        <w:rPr>
          <w:rFonts w:ascii="Fresco Std Normal" w:hAnsi="Fresco Std Normal"/>
          <w:lang w:val="nl-NL"/>
        </w:rPr>
      </w:pPr>
      <w:r w:rsidRPr="00F4767A">
        <w:rPr>
          <w:rFonts w:ascii="Fresco Std Normal" w:hAnsi="Fresco Std Normal"/>
          <w:lang w:val="nl-NL"/>
        </w:rPr>
        <w:t>Is jouw school al met een of meer van de stappen in de curriculumherziening aan de slag gegaan (bouwstenen, conceptkerndoelen, definitieve conceptkerndoelen)?</w:t>
      </w:r>
    </w:p>
    <w:p w14:paraId="3A1F4E86" w14:textId="77777777" w:rsidR="002B4A49" w:rsidRPr="00F4767A" w:rsidRDefault="002B4A49" w:rsidP="002B4A49">
      <w:pPr>
        <w:pStyle w:val="Lijstalinea"/>
        <w:spacing w:after="160"/>
        <w:rPr>
          <w:rFonts w:ascii="Fresco Std Normal" w:hAnsi="Fresco Std Normal"/>
          <w:lang w:val="nl-NL"/>
        </w:rPr>
      </w:pPr>
    </w:p>
    <w:p w14:paraId="5E14396E" w14:textId="77777777" w:rsidR="002B4A49" w:rsidRPr="00F4767A" w:rsidRDefault="002B4A49" w:rsidP="002B4A49">
      <w:pPr>
        <w:spacing w:after="0" w:line="240" w:lineRule="auto"/>
        <w:rPr>
          <w:rFonts w:ascii="Fresco Std Normal" w:hAnsi="Fresco Std Normal"/>
          <w:b/>
          <w:bCs/>
          <w:lang w:val="nl-NL"/>
        </w:rPr>
      </w:pPr>
      <w:r w:rsidRPr="00F4767A">
        <w:rPr>
          <w:rFonts w:ascii="Fresco Std Normal" w:hAnsi="Fresco Std Normal"/>
          <w:b/>
          <w:bCs/>
          <w:lang w:val="nl-NL"/>
        </w:rPr>
        <w:t>Populatie</w:t>
      </w:r>
    </w:p>
    <w:p w14:paraId="48EC0721" w14:textId="77777777" w:rsidR="002B4A49" w:rsidRPr="00F4767A" w:rsidRDefault="002B4A49" w:rsidP="002B4A49">
      <w:pPr>
        <w:pStyle w:val="Lijstalinea"/>
        <w:numPr>
          <w:ilvl w:val="0"/>
          <w:numId w:val="12"/>
        </w:numPr>
        <w:spacing w:after="160"/>
        <w:rPr>
          <w:rFonts w:ascii="Fresco Std Normal" w:hAnsi="Fresco Std Normal"/>
          <w:lang w:val="nl-NL"/>
        </w:rPr>
      </w:pPr>
      <w:r w:rsidRPr="00F4767A">
        <w:rPr>
          <w:rFonts w:ascii="Fresco Std Normal" w:hAnsi="Fresco Std Normal"/>
          <w:lang w:val="nl-NL"/>
        </w:rPr>
        <w:t>Welke kenmerken van jouw leerlingpopulatie zijn relevant voor het burgerschapsonderwijs?</w:t>
      </w:r>
    </w:p>
    <w:p w14:paraId="21DA527C" w14:textId="77777777" w:rsidR="002B4A49" w:rsidRPr="00F4767A" w:rsidRDefault="002B4A49" w:rsidP="002B4A49">
      <w:pPr>
        <w:pStyle w:val="Lijstalinea"/>
        <w:numPr>
          <w:ilvl w:val="0"/>
          <w:numId w:val="12"/>
        </w:numPr>
        <w:spacing w:after="160"/>
        <w:rPr>
          <w:rFonts w:ascii="Fresco Std Normal" w:hAnsi="Fresco Std Normal"/>
          <w:lang w:val="nl-NL"/>
        </w:rPr>
      </w:pPr>
      <w:r w:rsidRPr="00F4767A">
        <w:rPr>
          <w:rFonts w:ascii="Fresco Std Normal" w:hAnsi="Fresco Std Normal"/>
          <w:lang w:val="nl-NL"/>
        </w:rPr>
        <w:t>Wat zijn geschikte manieren om zicht te krijgen op die populatiekenmerken (bijv. beschikbare data, gesprekken met kinderen en ouders, vragenlijsten, betekenisvolle opdrachten of portfolio’s)?</w:t>
      </w:r>
    </w:p>
    <w:p w14:paraId="4F9B1C30" w14:textId="77777777" w:rsidR="002B4A49" w:rsidRPr="00F4767A" w:rsidRDefault="002B4A49" w:rsidP="002B4A49">
      <w:pPr>
        <w:pStyle w:val="Lijstalinea"/>
        <w:numPr>
          <w:ilvl w:val="0"/>
          <w:numId w:val="12"/>
        </w:numPr>
        <w:spacing w:after="160"/>
        <w:rPr>
          <w:rFonts w:ascii="Fresco Std Normal" w:hAnsi="Fresco Std Normal"/>
          <w:lang w:val="nl-NL"/>
        </w:rPr>
      </w:pPr>
      <w:r w:rsidRPr="00F4767A">
        <w:rPr>
          <w:rFonts w:ascii="Fresco Std Normal" w:hAnsi="Fresco Std Normal"/>
          <w:lang w:val="nl-NL"/>
        </w:rPr>
        <w:t>Hoe stem je het burgerschapsonderwijs af op de leerlingpopulatie én voorkom je hierbij stereotypering?</w:t>
      </w:r>
    </w:p>
    <w:p w14:paraId="0C953FAC" w14:textId="77777777" w:rsidR="002B4A49" w:rsidRPr="00F4767A" w:rsidRDefault="002B4A49" w:rsidP="002B4A49">
      <w:pPr>
        <w:pStyle w:val="Lijstalinea"/>
        <w:numPr>
          <w:ilvl w:val="0"/>
          <w:numId w:val="12"/>
        </w:numPr>
        <w:spacing w:after="160"/>
        <w:rPr>
          <w:rFonts w:ascii="Fresco Std Normal" w:hAnsi="Fresco Std Normal"/>
          <w:lang w:val="nl-NL"/>
        </w:rPr>
      </w:pPr>
      <w:r w:rsidRPr="00F4767A">
        <w:rPr>
          <w:rFonts w:ascii="Fresco Std Normal" w:hAnsi="Fresco Std Normal"/>
          <w:lang w:val="nl-NL"/>
        </w:rPr>
        <w:t>Wat is, op basis van jouw leerlingpopulatie, een vierde focuspunt van het burgerschapsonderwijs op jouw school?</w:t>
      </w:r>
    </w:p>
    <w:p w14:paraId="54B861FB" w14:textId="77777777" w:rsidR="002B4A49" w:rsidRPr="00F4767A" w:rsidRDefault="002B4A49" w:rsidP="002B4A49">
      <w:pPr>
        <w:pStyle w:val="Lijstalinea"/>
        <w:spacing w:after="160"/>
        <w:rPr>
          <w:rFonts w:ascii="Fresco Std Normal" w:hAnsi="Fresco Std Normal"/>
          <w:lang w:val="nl-NL"/>
        </w:rPr>
      </w:pPr>
    </w:p>
    <w:p w14:paraId="4093B260" w14:textId="77777777" w:rsidR="002B4A49" w:rsidRPr="00F4767A" w:rsidRDefault="002B4A49" w:rsidP="002B4A49">
      <w:pPr>
        <w:spacing w:after="0" w:line="240" w:lineRule="auto"/>
        <w:rPr>
          <w:rFonts w:ascii="Fresco Std Normal" w:hAnsi="Fresco Std Normal"/>
          <w:b/>
          <w:bCs/>
          <w:lang w:val="nl-NL"/>
        </w:rPr>
      </w:pPr>
      <w:r w:rsidRPr="00F4767A">
        <w:rPr>
          <w:rFonts w:ascii="Fresco Std Normal" w:hAnsi="Fresco Std Normal"/>
          <w:b/>
          <w:bCs/>
          <w:lang w:val="nl-NL"/>
        </w:rPr>
        <w:t>Aanpak voor burgerschapsonderwijs</w:t>
      </w:r>
    </w:p>
    <w:p w14:paraId="7D2EDEB1" w14:textId="77777777" w:rsidR="002B4A49" w:rsidRPr="00F4767A" w:rsidRDefault="002B4A49" w:rsidP="002B4A49">
      <w:pPr>
        <w:pStyle w:val="Lijstalinea"/>
        <w:numPr>
          <w:ilvl w:val="0"/>
          <w:numId w:val="12"/>
        </w:numPr>
        <w:spacing w:after="160"/>
        <w:rPr>
          <w:rFonts w:ascii="Fresco Std Normal" w:hAnsi="Fresco Std Normal"/>
          <w:lang w:val="nl-NL"/>
        </w:rPr>
      </w:pPr>
      <w:r w:rsidRPr="00F4767A">
        <w:rPr>
          <w:rFonts w:ascii="Fresco Std Normal" w:hAnsi="Fresco Std Normal"/>
          <w:lang w:val="nl-NL"/>
        </w:rPr>
        <w:t>In hoeverre is het burgerschapsonderwijs op jouw school doelgericht, samenhangend en herkenbaar?</w:t>
      </w:r>
    </w:p>
    <w:p w14:paraId="0A2239FE" w14:textId="77777777" w:rsidR="002B4A49" w:rsidRPr="00F4767A" w:rsidRDefault="002B4A49" w:rsidP="002B4A49">
      <w:pPr>
        <w:pStyle w:val="Lijstalinea"/>
        <w:spacing w:after="160"/>
        <w:rPr>
          <w:rFonts w:ascii="Fresco Std Normal" w:hAnsi="Fresco Std Normal"/>
          <w:lang w:val="nl-NL"/>
        </w:rPr>
      </w:pPr>
    </w:p>
    <w:p w14:paraId="5E178B54" w14:textId="77777777" w:rsidR="002B4A49" w:rsidRPr="00F4767A" w:rsidRDefault="002B4A49" w:rsidP="002B4A49">
      <w:pPr>
        <w:spacing w:after="0" w:line="240" w:lineRule="auto"/>
        <w:rPr>
          <w:rFonts w:ascii="Fresco Std Normal" w:hAnsi="Fresco Std Normal"/>
          <w:b/>
          <w:bCs/>
          <w:lang w:val="nl-NL"/>
        </w:rPr>
      </w:pPr>
      <w:r w:rsidRPr="00F4767A">
        <w:rPr>
          <w:rFonts w:ascii="Fresco Std Normal" w:hAnsi="Fresco Std Normal"/>
          <w:b/>
          <w:bCs/>
          <w:lang w:val="nl-NL"/>
        </w:rPr>
        <w:t>Oefenplaatsbenadering in het montessorionderwijs</w:t>
      </w:r>
    </w:p>
    <w:p w14:paraId="48490F59" w14:textId="77777777" w:rsidR="002B4A49" w:rsidRPr="00F4767A" w:rsidRDefault="002B4A49" w:rsidP="002B4A49">
      <w:pPr>
        <w:pStyle w:val="Lijstalinea"/>
        <w:numPr>
          <w:ilvl w:val="0"/>
          <w:numId w:val="12"/>
        </w:numPr>
        <w:spacing w:after="160"/>
        <w:rPr>
          <w:rFonts w:ascii="Fresco Std Normal" w:hAnsi="Fresco Std Normal"/>
          <w:lang w:val="nl-NL"/>
        </w:rPr>
      </w:pPr>
      <w:r w:rsidRPr="00F4767A">
        <w:rPr>
          <w:rFonts w:ascii="Fresco Std Normal" w:hAnsi="Fresco Std Normal"/>
          <w:lang w:val="nl-NL"/>
        </w:rPr>
        <w:t xml:space="preserve">Waar herken je de oefenplaatsbenadering in jullie school? </w:t>
      </w:r>
    </w:p>
    <w:p w14:paraId="35DEB082" w14:textId="77777777" w:rsidR="002B4A49" w:rsidRPr="00F4767A" w:rsidRDefault="002B4A49" w:rsidP="002B4A49">
      <w:pPr>
        <w:pStyle w:val="Lijstalinea"/>
        <w:numPr>
          <w:ilvl w:val="0"/>
          <w:numId w:val="12"/>
        </w:numPr>
        <w:spacing w:after="160"/>
        <w:rPr>
          <w:rFonts w:ascii="Fresco Std Normal" w:hAnsi="Fresco Std Normal"/>
          <w:lang w:val="nl-NL"/>
        </w:rPr>
      </w:pPr>
      <w:r w:rsidRPr="00F4767A">
        <w:rPr>
          <w:rFonts w:ascii="Fresco Std Normal" w:hAnsi="Fresco Std Normal"/>
          <w:lang w:val="nl-NL"/>
        </w:rPr>
        <w:t xml:space="preserve">Op welke wijze zijn de heterogene groep, de vrijheid van kinderen en de steeds groter wordende omgeving onderdeel van jullie school als oefenplaats? </w:t>
      </w:r>
    </w:p>
    <w:p w14:paraId="3B2649A3" w14:textId="77777777" w:rsidR="002B4A49" w:rsidRPr="00F4767A" w:rsidRDefault="002B4A49" w:rsidP="002B4A49">
      <w:pPr>
        <w:pStyle w:val="Lijstalinea"/>
        <w:numPr>
          <w:ilvl w:val="0"/>
          <w:numId w:val="12"/>
        </w:numPr>
        <w:spacing w:after="160"/>
        <w:rPr>
          <w:rFonts w:ascii="Fresco Std Normal" w:hAnsi="Fresco Std Normal"/>
          <w:lang w:val="nl-NL"/>
        </w:rPr>
      </w:pPr>
      <w:r w:rsidRPr="00F4767A">
        <w:rPr>
          <w:rFonts w:ascii="Fresco Std Normal" w:hAnsi="Fresco Std Normal"/>
          <w:lang w:val="nl-NL"/>
        </w:rPr>
        <w:t xml:space="preserve">Hoe creëert de leraar doelbewust een rijke sociale leeromgeving? Hoe cultiveert de leraar een groep waarin burgerschap wordt beleefd en geoefend? </w:t>
      </w:r>
    </w:p>
    <w:p w14:paraId="46E3C6F5" w14:textId="77777777" w:rsidR="002B4A49" w:rsidRPr="00F4767A" w:rsidRDefault="002B4A49" w:rsidP="002B4A49">
      <w:pPr>
        <w:pStyle w:val="Lijstalinea"/>
        <w:spacing w:after="160"/>
        <w:rPr>
          <w:rFonts w:ascii="Fresco Std Normal" w:hAnsi="Fresco Std Normal"/>
          <w:lang w:val="nl-NL"/>
        </w:rPr>
      </w:pPr>
    </w:p>
    <w:p w14:paraId="2B548F8E" w14:textId="77777777" w:rsidR="002B4A49" w:rsidRPr="00F4767A" w:rsidRDefault="002B4A49" w:rsidP="002B4A49">
      <w:pPr>
        <w:spacing w:after="0" w:line="240" w:lineRule="auto"/>
        <w:rPr>
          <w:rFonts w:ascii="Fresco Std Normal" w:hAnsi="Fresco Std Normal"/>
          <w:b/>
          <w:bCs/>
          <w:lang w:val="nl-NL"/>
        </w:rPr>
      </w:pPr>
      <w:r w:rsidRPr="00F4767A">
        <w:rPr>
          <w:rFonts w:ascii="Fresco Std Normal" w:hAnsi="Fresco Std Normal"/>
          <w:b/>
          <w:bCs/>
          <w:lang w:val="nl-NL"/>
        </w:rPr>
        <w:t>Curriculaire benadering in het montessorionderwijs</w:t>
      </w:r>
    </w:p>
    <w:p w14:paraId="6613F94D" w14:textId="77777777" w:rsidR="002B4A49" w:rsidRPr="00F4767A" w:rsidRDefault="002B4A49" w:rsidP="002B4A49">
      <w:pPr>
        <w:pStyle w:val="Lijstalinea"/>
        <w:numPr>
          <w:ilvl w:val="0"/>
          <w:numId w:val="12"/>
        </w:numPr>
        <w:spacing w:after="160"/>
        <w:rPr>
          <w:rFonts w:ascii="Fresco Std Normal" w:hAnsi="Fresco Std Normal"/>
          <w:lang w:val="nl-NL"/>
        </w:rPr>
      </w:pPr>
      <w:r w:rsidRPr="00F4767A">
        <w:rPr>
          <w:rFonts w:ascii="Fresco Std Normal" w:hAnsi="Fresco Std Normal"/>
          <w:lang w:val="nl-NL"/>
        </w:rPr>
        <w:t xml:space="preserve">Waar herken je de circulaire benadering in jullie school? </w:t>
      </w:r>
    </w:p>
    <w:p w14:paraId="274FDA16" w14:textId="77777777" w:rsidR="002B4A49" w:rsidRPr="00F4767A" w:rsidRDefault="002B4A49" w:rsidP="002B4A49">
      <w:pPr>
        <w:pStyle w:val="Lijstalinea"/>
        <w:numPr>
          <w:ilvl w:val="0"/>
          <w:numId w:val="12"/>
        </w:numPr>
        <w:spacing w:after="160"/>
        <w:rPr>
          <w:rFonts w:ascii="Fresco Std Normal" w:hAnsi="Fresco Std Normal"/>
          <w:lang w:val="nl-NL"/>
        </w:rPr>
      </w:pPr>
      <w:r w:rsidRPr="00F4767A">
        <w:rPr>
          <w:rFonts w:ascii="Fresco Std Normal" w:hAnsi="Fresco Std Normal"/>
          <w:lang w:val="nl-NL"/>
        </w:rPr>
        <w:t>Op welke wijze vormen de wellevendheidslessen, het kosmisch onderwijs en het voorbereiden op ‘een volwassen leven’ onderdeel van het curriculum op jullie school?</w:t>
      </w:r>
    </w:p>
    <w:p w14:paraId="3D6E5309" w14:textId="77777777" w:rsidR="002B4A49" w:rsidRPr="00F4767A" w:rsidRDefault="002B4A49" w:rsidP="002B4A49">
      <w:pPr>
        <w:pStyle w:val="Lijstalinea"/>
        <w:spacing w:after="160"/>
        <w:rPr>
          <w:rFonts w:ascii="Fresco Std Normal" w:hAnsi="Fresco Std Normal"/>
          <w:lang w:val="nl-NL"/>
        </w:rPr>
      </w:pPr>
    </w:p>
    <w:p w14:paraId="4C746054" w14:textId="77777777" w:rsidR="002B4A49" w:rsidRPr="00F4767A" w:rsidRDefault="002B4A49" w:rsidP="002B4A49">
      <w:pPr>
        <w:spacing w:after="0" w:line="240" w:lineRule="auto"/>
        <w:rPr>
          <w:rFonts w:ascii="Fresco Std Normal" w:hAnsi="Fresco Std Normal"/>
          <w:b/>
          <w:bCs/>
          <w:lang w:val="nl-NL"/>
        </w:rPr>
      </w:pPr>
      <w:r w:rsidRPr="00F4767A">
        <w:rPr>
          <w:rFonts w:ascii="Fresco Std Normal" w:hAnsi="Fresco Std Normal"/>
          <w:b/>
          <w:bCs/>
          <w:lang w:val="nl-NL"/>
        </w:rPr>
        <w:t>Opbouw van het burgerschapsonderwijs</w:t>
      </w:r>
    </w:p>
    <w:p w14:paraId="27A04B1D" w14:textId="77777777" w:rsidR="002B4A49" w:rsidRPr="00F4767A" w:rsidRDefault="002B4A49" w:rsidP="002B4A49">
      <w:pPr>
        <w:pStyle w:val="Lijstalinea"/>
        <w:numPr>
          <w:ilvl w:val="0"/>
          <w:numId w:val="12"/>
        </w:numPr>
        <w:spacing w:after="160"/>
        <w:rPr>
          <w:rFonts w:ascii="Fresco Std Normal" w:hAnsi="Fresco Std Normal"/>
          <w:lang w:val="nl-NL"/>
        </w:rPr>
      </w:pPr>
      <w:r w:rsidRPr="00F4767A">
        <w:rPr>
          <w:rFonts w:ascii="Fresco Std Normal" w:hAnsi="Fresco Std Normal"/>
          <w:lang w:val="nl-NL"/>
        </w:rPr>
        <w:t xml:space="preserve">Wat verwacht je van kinderen in de onder-, midden- en bovenbouw van het po en wat in het vo? </w:t>
      </w:r>
    </w:p>
    <w:p w14:paraId="4B6E4DC8" w14:textId="77777777" w:rsidR="002B4A49" w:rsidRPr="00F4767A" w:rsidRDefault="002B4A49" w:rsidP="002B4A49">
      <w:pPr>
        <w:pStyle w:val="Lijstalinea"/>
        <w:numPr>
          <w:ilvl w:val="0"/>
          <w:numId w:val="12"/>
        </w:numPr>
        <w:spacing w:after="160"/>
        <w:rPr>
          <w:rFonts w:ascii="Fresco Std Normal" w:hAnsi="Fresco Std Normal"/>
          <w:lang w:val="nl-NL"/>
        </w:rPr>
      </w:pPr>
      <w:r w:rsidRPr="00F4767A">
        <w:rPr>
          <w:rFonts w:ascii="Fresco Std Normal" w:hAnsi="Fresco Std Normal"/>
          <w:lang w:val="nl-NL"/>
        </w:rPr>
        <w:t>Hoe sluit het onderwijsaanbod aan op het aanbod in voorgaande bouwen?</w:t>
      </w:r>
    </w:p>
    <w:p w14:paraId="61AADEFA" w14:textId="77777777" w:rsidR="002B4A49" w:rsidRPr="00F4767A" w:rsidRDefault="002B4A49" w:rsidP="002B4A49">
      <w:pPr>
        <w:pStyle w:val="Lijstalinea"/>
        <w:spacing w:after="160"/>
        <w:rPr>
          <w:rFonts w:ascii="Fresco Std Normal" w:hAnsi="Fresco Std Normal"/>
          <w:lang w:val="nl-NL"/>
        </w:rPr>
      </w:pPr>
    </w:p>
    <w:p w14:paraId="7338F72E" w14:textId="77777777" w:rsidR="002B4A49" w:rsidRPr="00F4767A" w:rsidRDefault="002B4A49" w:rsidP="002B4A49">
      <w:pPr>
        <w:spacing w:after="0" w:line="240" w:lineRule="auto"/>
        <w:rPr>
          <w:rFonts w:ascii="Fresco Std Normal" w:hAnsi="Fresco Std Normal"/>
          <w:b/>
          <w:bCs/>
          <w:lang w:val="nl-NL"/>
        </w:rPr>
      </w:pPr>
      <w:r w:rsidRPr="00F4767A">
        <w:rPr>
          <w:rFonts w:ascii="Fresco Std Normal" w:hAnsi="Fresco Std Normal"/>
          <w:b/>
          <w:bCs/>
          <w:lang w:val="nl-NL"/>
        </w:rPr>
        <w:t>Montessori’s ideeën over meten</w:t>
      </w:r>
    </w:p>
    <w:p w14:paraId="6B6FA229" w14:textId="77777777" w:rsidR="002B4A49" w:rsidRPr="00F4767A" w:rsidRDefault="002B4A49" w:rsidP="002B4A49">
      <w:pPr>
        <w:pStyle w:val="Lijstalinea"/>
        <w:numPr>
          <w:ilvl w:val="0"/>
          <w:numId w:val="12"/>
        </w:numPr>
        <w:spacing w:after="160"/>
        <w:rPr>
          <w:rFonts w:ascii="Fresco Std Normal" w:hAnsi="Fresco Std Normal"/>
          <w:lang w:val="nl-NL"/>
        </w:rPr>
      </w:pPr>
      <w:r w:rsidRPr="00F4767A">
        <w:rPr>
          <w:rFonts w:ascii="Fresco Std Normal" w:hAnsi="Fresco Std Normal"/>
          <w:lang w:val="nl-NL"/>
        </w:rPr>
        <w:t xml:space="preserve">Hoe kijken jullie op school in algemene zin naar het monitoren en evalueren van de vorderingen van de kinderen/leerlingen? </w:t>
      </w:r>
    </w:p>
    <w:p w14:paraId="34ACE1E0" w14:textId="77777777" w:rsidR="002B4A49" w:rsidRPr="00F4767A" w:rsidRDefault="002B4A49" w:rsidP="002B4A49">
      <w:pPr>
        <w:pStyle w:val="Lijstalinea"/>
        <w:numPr>
          <w:ilvl w:val="0"/>
          <w:numId w:val="12"/>
        </w:numPr>
        <w:spacing w:after="160"/>
        <w:rPr>
          <w:rFonts w:ascii="Fresco Std Normal" w:hAnsi="Fresco Std Normal"/>
          <w:lang w:val="nl-NL"/>
        </w:rPr>
      </w:pPr>
      <w:r w:rsidRPr="00F4767A">
        <w:rPr>
          <w:rFonts w:ascii="Fresco Std Normal" w:hAnsi="Fresco Std Normal"/>
          <w:lang w:val="nl-NL"/>
        </w:rPr>
        <w:t xml:space="preserve">In hoeverre passen jullie opvattingen bij de uitgangspunten van Maria Montessori? </w:t>
      </w:r>
    </w:p>
    <w:p w14:paraId="71553C65" w14:textId="77777777" w:rsidR="00AE14C3" w:rsidRPr="00F4767A" w:rsidRDefault="00AE14C3" w:rsidP="00AE14C3">
      <w:pPr>
        <w:spacing w:after="160"/>
        <w:rPr>
          <w:rFonts w:ascii="Fresco Std Normal" w:hAnsi="Fresco Std Normal"/>
          <w:lang w:val="nl-NL"/>
        </w:rPr>
      </w:pPr>
    </w:p>
    <w:p w14:paraId="3B62DB04" w14:textId="77777777" w:rsidR="002B4A49" w:rsidRPr="00F4767A" w:rsidRDefault="002B4A49" w:rsidP="002B4A49">
      <w:pPr>
        <w:spacing w:after="0" w:line="240" w:lineRule="auto"/>
        <w:rPr>
          <w:rFonts w:ascii="Fresco Std Normal" w:hAnsi="Fresco Std Normal"/>
          <w:b/>
          <w:bCs/>
          <w:lang w:val="nl-NL"/>
        </w:rPr>
      </w:pPr>
      <w:r w:rsidRPr="00F4767A">
        <w:rPr>
          <w:rFonts w:ascii="Fresco Std Normal" w:hAnsi="Fresco Std Normal"/>
          <w:b/>
          <w:bCs/>
          <w:lang w:val="nl-NL"/>
        </w:rPr>
        <w:t>Monitoring van burgerschap in het huidige montessorionderwijs</w:t>
      </w:r>
      <w:r w:rsidRPr="00F4767A" w:rsidDel="006A6F8B">
        <w:rPr>
          <w:rFonts w:ascii="Fresco Std Normal" w:hAnsi="Fresco Std Normal"/>
          <w:b/>
          <w:bCs/>
          <w:lang w:val="nl-NL"/>
        </w:rPr>
        <w:t xml:space="preserve"> </w:t>
      </w:r>
    </w:p>
    <w:p w14:paraId="5A78F9E6" w14:textId="77777777" w:rsidR="002B4A49" w:rsidRPr="00F4767A" w:rsidRDefault="002B4A49" w:rsidP="002B4A49">
      <w:pPr>
        <w:pStyle w:val="Lijstalinea"/>
        <w:numPr>
          <w:ilvl w:val="0"/>
          <w:numId w:val="12"/>
        </w:numPr>
        <w:spacing w:after="160"/>
        <w:rPr>
          <w:rFonts w:ascii="Fresco Std Normal" w:hAnsi="Fresco Std Normal"/>
          <w:lang w:val="nl-NL"/>
        </w:rPr>
      </w:pPr>
      <w:r w:rsidRPr="00F4767A">
        <w:rPr>
          <w:rFonts w:ascii="Fresco Std Normal" w:hAnsi="Fresco Std Normal"/>
          <w:lang w:val="nl-NL"/>
        </w:rPr>
        <w:t xml:space="preserve">Hoe kijken jullie op school aan tegen het monitoren en evalueren van burgerschapscompetenties? </w:t>
      </w:r>
    </w:p>
    <w:p w14:paraId="6E17D766" w14:textId="77777777" w:rsidR="002B4A49" w:rsidRPr="00F4767A" w:rsidRDefault="002B4A49" w:rsidP="002B4A49">
      <w:pPr>
        <w:pStyle w:val="Lijstalinea"/>
        <w:numPr>
          <w:ilvl w:val="0"/>
          <w:numId w:val="12"/>
        </w:numPr>
        <w:spacing w:after="160"/>
        <w:rPr>
          <w:rFonts w:ascii="Fresco Std Normal" w:hAnsi="Fresco Std Normal"/>
          <w:lang w:val="nl-NL"/>
        </w:rPr>
      </w:pPr>
      <w:r w:rsidRPr="00F4767A">
        <w:rPr>
          <w:rFonts w:ascii="Fresco Std Normal" w:hAnsi="Fresco Std Normal"/>
          <w:lang w:val="nl-NL"/>
        </w:rPr>
        <w:t xml:space="preserve">Hoe kijken jullie op school aan tegen het evalueren van jullie burgerschapsonderwijs? </w:t>
      </w:r>
    </w:p>
    <w:p w14:paraId="23AF6502" w14:textId="77777777" w:rsidR="002B4A49" w:rsidRPr="00F4767A" w:rsidRDefault="002B4A49" w:rsidP="002B4A49">
      <w:pPr>
        <w:pStyle w:val="Lijstalinea"/>
        <w:numPr>
          <w:ilvl w:val="0"/>
          <w:numId w:val="12"/>
        </w:numPr>
        <w:spacing w:after="160"/>
        <w:rPr>
          <w:rFonts w:ascii="Fresco Std Normal" w:hAnsi="Fresco Std Normal"/>
          <w:lang w:val="nl-NL"/>
        </w:rPr>
      </w:pPr>
      <w:r w:rsidRPr="00F4767A">
        <w:rPr>
          <w:rFonts w:ascii="Fresco Std Normal" w:hAnsi="Fresco Std Normal"/>
          <w:lang w:val="nl-NL"/>
        </w:rPr>
        <w:t xml:space="preserve">Hoe maken jullie nu de vorderingen van de kinderen/leerlingen zichtbaar? </w:t>
      </w:r>
    </w:p>
    <w:p w14:paraId="1AC2C86F" w14:textId="77777777" w:rsidR="002B4A49" w:rsidRPr="00F4767A" w:rsidRDefault="002B4A49" w:rsidP="002B4A49">
      <w:pPr>
        <w:pStyle w:val="Lijstalinea"/>
        <w:numPr>
          <w:ilvl w:val="0"/>
          <w:numId w:val="12"/>
        </w:numPr>
        <w:spacing w:after="160"/>
        <w:rPr>
          <w:rFonts w:ascii="Fresco Std Normal" w:hAnsi="Fresco Std Normal"/>
          <w:lang w:val="nl-NL"/>
        </w:rPr>
      </w:pPr>
      <w:r w:rsidRPr="00F4767A">
        <w:rPr>
          <w:rFonts w:ascii="Fresco Std Normal" w:hAnsi="Fresco Std Normal"/>
          <w:lang w:val="nl-NL"/>
        </w:rPr>
        <w:t xml:space="preserve">In hoeverre passen deze instrumenten bij de visie en de leerdoelen die je als school hanteert? </w:t>
      </w:r>
    </w:p>
    <w:p w14:paraId="3D900179" w14:textId="77777777" w:rsidR="002B4A49" w:rsidRPr="00F4767A" w:rsidRDefault="002B4A49" w:rsidP="002B4A49">
      <w:pPr>
        <w:pStyle w:val="Lijstalinea"/>
        <w:spacing w:after="160"/>
        <w:rPr>
          <w:rFonts w:ascii="Fresco Std Normal" w:hAnsi="Fresco Std Normal"/>
          <w:lang w:val="nl-NL"/>
        </w:rPr>
      </w:pPr>
    </w:p>
    <w:p w14:paraId="58954CCE" w14:textId="77777777" w:rsidR="002B4A49" w:rsidRPr="00F4767A" w:rsidRDefault="002B4A49" w:rsidP="002B4A49">
      <w:pPr>
        <w:spacing w:after="0" w:line="240" w:lineRule="auto"/>
        <w:rPr>
          <w:rFonts w:ascii="Fresco Std Normal" w:hAnsi="Fresco Std Normal"/>
          <w:b/>
          <w:bCs/>
          <w:lang w:val="nl-NL"/>
        </w:rPr>
      </w:pPr>
      <w:r w:rsidRPr="00F4767A">
        <w:rPr>
          <w:rFonts w:ascii="Fresco Std Normal" w:hAnsi="Fresco Std Normal"/>
          <w:b/>
          <w:bCs/>
          <w:lang w:val="nl-NL"/>
        </w:rPr>
        <w:t xml:space="preserve">Denkrichtingen voor het monitoren van burgerschap </w:t>
      </w:r>
    </w:p>
    <w:p w14:paraId="72B07078" w14:textId="77777777" w:rsidR="002B4A49" w:rsidRPr="00F4767A" w:rsidRDefault="002B4A49" w:rsidP="002B4A49">
      <w:pPr>
        <w:pStyle w:val="Lijstalinea"/>
        <w:numPr>
          <w:ilvl w:val="0"/>
          <w:numId w:val="12"/>
        </w:numPr>
        <w:spacing w:after="160"/>
        <w:rPr>
          <w:rFonts w:ascii="Fresco Std Normal" w:hAnsi="Fresco Std Normal"/>
          <w:lang w:val="nl-NL"/>
        </w:rPr>
      </w:pPr>
      <w:r w:rsidRPr="00F4767A">
        <w:rPr>
          <w:rFonts w:ascii="Fresco Std Normal" w:hAnsi="Fresco Std Normal"/>
          <w:lang w:val="nl-NL"/>
        </w:rPr>
        <w:t>Hoe kan bewustzijn van het onderscheid tussen monitoring van burgerschap en monitoring van onderwijs jullie school verder helpen?</w:t>
      </w:r>
    </w:p>
    <w:p w14:paraId="75D7B289" w14:textId="77777777" w:rsidR="002B4A49" w:rsidRPr="00F4767A" w:rsidRDefault="002B4A49" w:rsidP="002B4A49">
      <w:pPr>
        <w:pStyle w:val="Lijstalinea"/>
        <w:numPr>
          <w:ilvl w:val="0"/>
          <w:numId w:val="12"/>
        </w:numPr>
        <w:spacing w:after="160"/>
        <w:rPr>
          <w:rFonts w:ascii="Fresco Std Normal" w:hAnsi="Fresco Std Normal"/>
          <w:lang w:val="nl-NL"/>
        </w:rPr>
      </w:pPr>
      <w:r w:rsidRPr="00F4767A">
        <w:rPr>
          <w:rFonts w:ascii="Fresco Std Normal" w:hAnsi="Fresco Std Normal"/>
          <w:lang w:val="nl-NL"/>
        </w:rPr>
        <w:t>Hoe kan bewustzijn van het onderscheid tussen monitoring en evaluatie jullie school verder helpen?</w:t>
      </w:r>
    </w:p>
    <w:p w14:paraId="6EE93737" w14:textId="77777777" w:rsidR="002B4A49" w:rsidRPr="00F4767A" w:rsidRDefault="002B4A49" w:rsidP="002B4A49">
      <w:pPr>
        <w:pStyle w:val="Lijstalinea"/>
        <w:numPr>
          <w:ilvl w:val="0"/>
          <w:numId w:val="12"/>
        </w:numPr>
        <w:spacing w:after="160"/>
        <w:rPr>
          <w:rFonts w:ascii="Fresco Std Normal" w:hAnsi="Fresco Std Normal"/>
          <w:lang w:val="nl-NL"/>
        </w:rPr>
      </w:pPr>
      <w:r w:rsidRPr="00F4767A">
        <w:rPr>
          <w:rFonts w:ascii="Fresco Std Normal" w:hAnsi="Fresco Std Normal"/>
          <w:lang w:val="nl-NL"/>
        </w:rPr>
        <w:t>Hoe kijk jij aan tegen het spanningsveld tussen openheid van burgerschap en consensus over bepaalde doelen?</w:t>
      </w:r>
    </w:p>
    <w:p w14:paraId="03F82628" w14:textId="77777777" w:rsidR="002B4A49" w:rsidRPr="00F4767A" w:rsidRDefault="002B4A49" w:rsidP="002B4A49">
      <w:pPr>
        <w:pStyle w:val="Lijstalinea"/>
        <w:numPr>
          <w:ilvl w:val="0"/>
          <w:numId w:val="12"/>
        </w:numPr>
        <w:spacing w:after="160"/>
        <w:rPr>
          <w:rFonts w:ascii="Fresco Std Normal" w:hAnsi="Fresco Std Normal"/>
          <w:lang w:val="nl-NL"/>
        </w:rPr>
      </w:pPr>
      <w:r w:rsidRPr="00F4767A">
        <w:rPr>
          <w:rFonts w:ascii="Fresco Std Normal" w:hAnsi="Fresco Std Normal"/>
          <w:lang w:val="nl-NL"/>
        </w:rPr>
        <w:t>Zie jij het hele montessorionderwijs als burgerschapsonderwijs of is burgerschap een apart domein? Wat betekent dit voor de monitoring en evaluatie van burgerschap?</w:t>
      </w:r>
    </w:p>
    <w:p w14:paraId="61DC72AB" w14:textId="77777777" w:rsidR="002B4A49" w:rsidRPr="00F4767A" w:rsidRDefault="002B4A49" w:rsidP="002B4A49">
      <w:pPr>
        <w:pStyle w:val="Lijstalinea"/>
        <w:numPr>
          <w:ilvl w:val="0"/>
          <w:numId w:val="12"/>
        </w:numPr>
        <w:spacing w:after="160"/>
        <w:rPr>
          <w:rFonts w:ascii="Fresco Std Normal" w:hAnsi="Fresco Std Normal"/>
          <w:lang w:val="nl-NL"/>
        </w:rPr>
      </w:pPr>
      <w:r w:rsidRPr="00F4767A">
        <w:rPr>
          <w:rFonts w:ascii="Fresco Std Normal" w:hAnsi="Fresco Std Normal"/>
          <w:lang w:val="nl-NL"/>
        </w:rPr>
        <w:t>Welke instrumenten voor de monitoring en evaluatie van burgerschap zouden doorontwikkeld moeten worden voor het montessorionderwijs?</w:t>
      </w:r>
    </w:p>
    <w:p w14:paraId="6127F56B" w14:textId="77777777" w:rsidR="002B4A49" w:rsidRPr="00F4767A" w:rsidRDefault="002B4A49" w:rsidP="002B4A49">
      <w:pPr>
        <w:pStyle w:val="Lijstalinea"/>
        <w:rPr>
          <w:rFonts w:ascii="Fresco Std Normal" w:eastAsia="Times New Roman" w:hAnsi="Fresco Std Normal" w:cstheme="minorHAnsi"/>
          <w:b/>
          <w:bCs/>
          <w:sz w:val="26"/>
          <w:szCs w:val="26"/>
          <w:lang w:val="nl-NL" w:eastAsia="nl-NL"/>
        </w:rPr>
      </w:pPr>
    </w:p>
    <w:p w14:paraId="54FEE7E8" w14:textId="77777777" w:rsidR="002B4A49" w:rsidRPr="00F4767A" w:rsidRDefault="002B4A49" w:rsidP="002B4A49">
      <w:pPr>
        <w:pStyle w:val="Lijstalinea"/>
        <w:rPr>
          <w:rFonts w:ascii="Fresco Std Normal" w:eastAsia="Times New Roman" w:hAnsi="Fresco Std Normal" w:cstheme="minorHAnsi"/>
          <w:b/>
          <w:bCs/>
          <w:sz w:val="26"/>
          <w:szCs w:val="26"/>
          <w:lang w:val="nl-NL" w:eastAsia="nl-NL"/>
        </w:rPr>
      </w:pPr>
    </w:p>
    <w:p w14:paraId="5213878C" w14:textId="77777777" w:rsidR="002B4A49" w:rsidRPr="00F4767A" w:rsidRDefault="002B4A49" w:rsidP="002B4A49">
      <w:pPr>
        <w:pStyle w:val="Lijstalinea"/>
        <w:rPr>
          <w:rFonts w:ascii="Fresco Std Normal" w:eastAsia="Times New Roman" w:hAnsi="Fresco Std Normal" w:cstheme="minorHAnsi"/>
          <w:b/>
          <w:bCs/>
          <w:sz w:val="26"/>
          <w:szCs w:val="26"/>
          <w:lang w:val="nl-NL" w:eastAsia="nl-NL"/>
        </w:rPr>
      </w:pPr>
    </w:p>
    <w:p w14:paraId="5243DEA6" w14:textId="77777777" w:rsidR="002B4A49" w:rsidRPr="00F4767A" w:rsidRDefault="002B4A49" w:rsidP="002B4A49">
      <w:pPr>
        <w:pStyle w:val="Lijstalinea"/>
        <w:rPr>
          <w:rFonts w:ascii="Fresco Std Normal" w:eastAsia="Times New Roman" w:hAnsi="Fresco Std Normal" w:cstheme="minorHAnsi"/>
          <w:b/>
          <w:bCs/>
          <w:sz w:val="26"/>
          <w:szCs w:val="26"/>
          <w:lang w:val="nl-NL" w:eastAsia="nl-NL"/>
        </w:rPr>
      </w:pPr>
    </w:p>
    <w:p w14:paraId="10C16983" w14:textId="77777777" w:rsidR="002B4A49" w:rsidRPr="00F4767A" w:rsidRDefault="002B4A49" w:rsidP="002B4A49">
      <w:pPr>
        <w:pStyle w:val="Lijstalinea"/>
        <w:rPr>
          <w:rFonts w:ascii="Fresco Std Normal" w:eastAsia="Times New Roman" w:hAnsi="Fresco Std Normal" w:cstheme="minorHAnsi"/>
          <w:b/>
          <w:bCs/>
          <w:sz w:val="26"/>
          <w:szCs w:val="26"/>
          <w:lang w:val="nl-NL" w:eastAsia="nl-NL"/>
        </w:rPr>
      </w:pPr>
    </w:p>
    <w:p w14:paraId="66F98CF2" w14:textId="77777777" w:rsidR="002B4A49" w:rsidRPr="00F4767A" w:rsidRDefault="002B4A49" w:rsidP="002B4A49">
      <w:pPr>
        <w:pStyle w:val="Lijstalinea"/>
        <w:rPr>
          <w:rFonts w:ascii="Fresco Std Normal" w:eastAsia="Times New Roman" w:hAnsi="Fresco Std Normal" w:cstheme="minorHAnsi"/>
          <w:b/>
          <w:bCs/>
          <w:sz w:val="26"/>
          <w:szCs w:val="26"/>
          <w:lang w:val="nl-NL" w:eastAsia="nl-NL"/>
        </w:rPr>
      </w:pPr>
    </w:p>
    <w:p w14:paraId="0EA10F43" w14:textId="77777777" w:rsidR="002B4A49" w:rsidRPr="00F4767A" w:rsidRDefault="002B4A49" w:rsidP="002B4A49">
      <w:pPr>
        <w:pStyle w:val="Lijstalinea"/>
        <w:rPr>
          <w:rFonts w:ascii="Fresco Std Normal" w:eastAsia="Times New Roman" w:hAnsi="Fresco Std Normal" w:cstheme="minorHAnsi"/>
          <w:b/>
          <w:bCs/>
          <w:sz w:val="26"/>
          <w:szCs w:val="26"/>
          <w:lang w:val="nl-NL" w:eastAsia="nl-NL"/>
        </w:rPr>
      </w:pPr>
    </w:p>
    <w:p w14:paraId="53D32DAB" w14:textId="77777777" w:rsidR="002B4A49" w:rsidRPr="00F4767A" w:rsidRDefault="002B4A49" w:rsidP="002B4A49">
      <w:pPr>
        <w:pStyle w:val="Lijstalinea"/>
        <w:rPr>
          <w:rFonts w:ascii="Fresco Std Normal" w:eastAsia="Times New Roman" w:hAnsi="Fresco Std Normal" w:cstheme="minorHAnsi"/>
          <w:b/>
          <w:bCs/>
          <w:sz w:val="26"/>
          <w:szCs w:val="26"/>
          <w:lang w:val="nl-NL" w:eastAsia="nl-NL"/>
        </w:rPr>
      </w:pPr>
    </w:p>
    <w:p w14:paraId="678BD907" w14:textId="77777777" w:rsidR="002B4A49" w:rsidRPr="00F4767A" w:rsidRDefault="002B4A49" w:rsidP="002B4A49">
      <w:pPr>
        <w:pStyle w:val="Lijstalinea"/>
        <w:rPr>
          <w:rFonts w:ascii="Fresco Std Normal" w:eastAsia="Times New Roman" w:hAnsi="Fresco Std Normal" w:cstheme="minorHAnsi"/>
          <w:b/>
          <w:bCs/>
          <w:sz w:val="26"/>
          <w:szCs w:val="26"/>
          <w:lang w:val="nl-NL" w:eastAsia="nl-NL"/>
        </w:rPr>
      </w:pPr>
    </w:p>
    <w:p w14:paraId="752E4F2A" w14:textId="77777777" w:rsidR="002B4A49" w:rsidRPr="00F4767A" w:rsidRDefault="002B4A49" w:rsidP="002B4A49">
      <w:pPr>
        <w:pStyle w:val="Lijstalinea"/>
        <w:rPr>
          <w:rFonts w:ascii="Fresco Std Normal" w:eastAsia="Times New Roman" w:hAnsi="Fresco Std Normal" w:cstheme="minorHAnsi"/>
          <w:b/>
          <w:bCs/>
          <w:sz w:val="26"/>
          <w:szCs w:val="26"/>
          <w:lang w:val="nl-NL" w:eastAsia="nl-NL"/>
        </w:rPr>
      </w:pPr>
    </w:p>
    <w:p w14:paraId="0C9FEAFB" w14:textId="77777777" w:rsidR="002B4A49" w:rsidRPr="00F4767A" w:rsidRDefault="002B4A49" w:rsidP="002B4A49">
      <w:pPr>
        <w:pStyle w:val="Lijstalinea"/>
        <w:rPr>
          <w:rFonts w:ascii="Fresco Std Normal" w:eastAsia="Times New Roman" w:hAnsi="Fresco Std Normal" w:cstheme="minorHAnsi"/>
          <w:b/>
          <w:bCs/>
          <w:sz w:val="26"/>
          <w:szCs w:val="26"/>
          <w:lang w:val="nl-NL" w:eastAsia="nl-NL"/>
        </w:rPr>
      </w:pPr>
    </w:p>
    <w:p w14:paraId="6E06683C" w14:textId="77777777" w:rsidR="002B4A49" w:rsidRPr="00F4767A" w:rsidRDefault="002B4A49" w:rsidP="002B4A49">
      <w:pPr>
        <w:pStyle w:val="Lijstalinea"/>
        <w:rPr>
          <w:rFonts w:ascii="Fresco Std Normal" w:eastAsia="Times New Roman" w:hAnsi="Fresco Std Normal" w:cstheme="minorHAnsi"/>
          <w:b/>
          <w:bCs/>
          <w:sz w:val="26"/>
          <w:szCs w:val="26"/>
          <w:lang w:val="nl-NL" w:eastAsia="nl-NL"/>
        </w:rPr>
      </w:pPr>
    </w:p>
    <w:p w14:paraId="06D9C9D3" w14:textId="77777777" w:rsidR="002B4A49" w:rsidRPr="00F4767A" w:rsidRDefault="002B4A49" w:rsidP="002B4A49">
      <w:pPr>
        <w:pStyle w:val="Lijstalinea"/>
        <w:rPr>
          <w:rFonts w:ascii="Fresco Std Normal" w:eastAsia="Times New Roman" w:hAnsi="Fresco Std Normal" w:cstheme="minorHAnsi"/>
          <w:b/>
          <w:bCs/>
          <w:sz w:val="26"/>
          <w:szCs w:val="26"/>
          <w:lang w:val="nl-NL" w:eastAsia="nl-NL"/>
        </w:rPr>
      </w:pPr>
    </w:p>
    <w:p w14:paraId="6C205939" w14:textId="77777777" w:rsidR="002B4A49" w:rsidRPr="00F4767A" w:rsidRDefault="002B4A49" w:rsidP="002B4A49">
      <w:pPr>
        <w:pStyle w:val="Lijstalinea"/>
        <w:rPr>
          <w:rFonts w:ascii="Fresco Std Normal" w:eastAsia="Times New Roman" w:hAnsi="Fresco Std Normal" w:cstheme="minorHAnsi"/>
          <w:b/>
          <w:bCs/>
          <w:sz w:val="26"/>
          <w:szCs w:val="26"/>
          <w:lang w:val="nl-NL" w:eastAsia="nl-NL"/>
        </w:rPr>
      </w:pPr>
    </w:p>
    <w:p w14:paraId="300BDB0A" w14:textId="77777777" w:rsidR="002B4A49" w:rsidRPr="00F4767A" w:rsidRDefault="002B4A49" w:rsidP="002B4A49">
      <w:pPr>
        <w:pStyle w:val="Lijstalinea"/>
        <w:rPr>
          <w:rFonts w:ascii="Fresco Std Normal" w:eastAsia="Times New Roman" w:hAnsi="Fresco Std Normal" w:cstheme="minorHAnsi"/>
          <w:b/>
          <w:bCs/>
          <w:sz w:val="26"/>
          <w:szCs w:val="26"/>
          <w:lang w:val="nl-NL" w:eastAsia="nl-NL"/>
        </w:rPr>
      </w:pPr>
    </w:p>
    <w:p w14:paraId="51DEE7DF" w14:textId="77777777" w:rsidR="002B4A49" w:rsidRPr="00F4767A" w:rsidRDefault="002B4A49" w:rsidP="002B4A49">
      <w:pPr>
        <w:pStyle w:val="Lijstalinea"/>
        <w:rPr>
          <w:rFonts w:ascii="Fresco Std Normal" w:eastAsia="Times New Roman" w:hAnsi="Fresco Std Normal" w:cstheme="minorHAnsi"/>
          <w:b/>
          <w:bCs/>
          <w:sz w:val="26"/>
          <w:szCs w:val="26"/>
          <w:lang w:val="nl-NL" w:eastAsia="nl-NL"/>
        </w:rPr>
      </w:pPr>
    </w:p>
    <w:p w14:paraId="6F723CA9" w14:textId="77777777" w:rsidR="002B4A49" w:rsidRPr="00F4767A" w:rsidRDefault="002B4A49" w:rsidP="002B4A49">
      <w:pPr>
        <w:pStyle w:val="Lijstalinea"/>
        <w:rPr>
          <w:rFonts w:ascii="Fresco Std Normal" w:eastAsia="Times New Roman" w:hAnsi="Fresco Std Normal" w:cstheme="minorHAnsi"/>
          <w:b/>
          <w:bCs/>
          <w:sz w:val="26"/>
          <w:szCs w:val="26"/>
          <w:lang w:val="nl-NL" w:eastAsia="nl-NL"/>
        </w:rPr>
      </w:pPr>
    </w:p>
    <w:p w14:paraId="0C8E19C2" w14:textId="77777777" w:rsidR="002B4A49" w:rsidRPr="00F4767A" w:rsidRDefault="002B4A49" w:rsidP="002B4A49">
      <w:pPr>
        <w:pStyle w:val="Lijstalinea"/>
        <w:rPr>
          <w:rFonts w:ascii="Fresco Std Normal" w:eastAsia="Times New Roman" w:hAnsi="Fresco Std Normal" w:cstheme="minorHAnsi"/>
          <w:b/>
          <w:bCs/>
          <w:sz w:val="26"/>
          <w:szCs w:val="26"/>
          <w:lang w:val="nl-NL" w:eastAsia="nl-NL"/>
        </w:rPr>
      </w:pPr>
    </w:p>
    <w:p w14:paraId="427ECC6B" w14:textId="77777777" w:rsidR="002B4A49" w:rsidRPr="00F4767A" w:rsidRDefault="002B4A49" w:rsidP="002B4A49">
      <w:pPr>
        <w:pStyle w:val="Lijstalinea"/>
        <w:rPr>
          <w:rFonts w:ascii="Fresco Std Normal" w:eastAsia="Times New Roman" w:hAnsi="Fresco Std Normal" w:cstheme="minorHAnsi"/>
          <w:b/>
          <w:bCs/>
          <w:sz w:val="26"/>
          <w:szCs w:val="26"/>
          <w:lang w:val="nl-NL" w:eastAsia="nl-NL"/>
        </w:rPr>
      </w:pPr>
    </w:p>
    <w:p w14:paraId="1574ED68" w14:textId="77777777" w:rsidR="002B4A49" w:rsidRPr="00F4767A" w:rsidRDefault="002B4A49" w:rsidP="002B4A49">
      <w:pPr>
        <w:pStyle w:val="Lijstalinea"/>
        <w:rPr>
          <w:rFonts w:ascii="Fresco Std Normal" w:eastAsia="Times New Roman" w:hAnsi="Fresco Std Normal" w:cstheme="minorHAnsi"/>
          <w:b/>
          <w:bCs/>
          <w:sz w:val="26"/>
          <w:szCs w:val="26"/>
          <w:lang w:val="nl-NL" w:eastAsia="nl-NL"/>
        </w:rPr>
      </w:pPr>
    </w:p>
    <w:p w14:paraId="41C45BAA" w14:textId="77777777" w:rsidR="002B4A49" w:rsidRPr="00F4767A" w:rsidRDefault="002B4A49" w:rsidP="002B4A49">
      <w:pPr>
        <w:pStyle w:val="Lijstalinea"/>
        <w:rPr>
          <w:rFonts w:ascii="Fresco Std Normal" w:eastAsia="Times New Roman" w:hAnsi="Fresco Std Normal" w:cstheme="minorHAnsi"/>
          <w:b/>
          <w:bCs/>
          <w:sz w:val="26"/>
          <w:szCs w:val="26"/>
          <w:lang w:val="nl-NL" w:eastAsia="nl-NL"/>
        </w:rPr>
      </w:pPr>
    </w:p>
    <w:p w14:paraId="24FD5B08" w14:textId="77777777" w:rsidR="002B4A49" w:rsidRPr="00F4767A" w:rsidRDefault="002B4A49" w:rsidP="002B4A49">
      <w:pPr>
        <w:pStyle w:val="Lijstalinea"/>
        <w:rPr>
          <w:rFonts w:ascii="Fresco Std Normal" w:eastAsia="Times New Roman" w:hAnsi="Fresco Std Normal" w:cstheme="minorHAnsi"/>
          <w:b/>
          <w:bCs/>
          <w:sz w:val="26"/>
          <w:szCs w:val="26"/>
          <w:lang w:val="nl-NL" w:eastAsia="nl-NL"/>
        </w:rPr>
      </w:pPr>
    </w:p>
    <w:p w14:paraId="269A0651" w14:textId="77777777" w:rsidR="002B4A49" w:rsidRPr="00F4767A" w:rsidRDefault="002B4A49" w:rsidP="002B4A49">
      <w:pPr>
        <w:pStyle w:val="Lijstalinea"/>
        <w:rPr>
          <w:rFonts w:ascii="Fresco Std Normal" w:eastAsia="Times New Roman" w:hAnsi="Fresco Std Normal" w:cstheme="minorHAnsi"/>
          <w:b/>
          <w:bCs/>
          <w:sz w:val="26"/>
          <w:szCs w:val="26"/>
          <w:lang w:val="nl-NL" w:eastAsia="nl-NL"/>
        </w:rPr>
      </w:pPr>
    </w:p>
    <w:p w14:paraId="7DF1250B" w14:textId="77777777" w:rsidR="002B4A49" w:rsidRPr="00F4767A" w:rsidRDefault="002B4A49" w:rsidP="002B4A49">
      <w:pPr>
        <w:pStyle w:val="Lijstalinea"/>
        <w:rPr>
          <w:rFonts w:ascii="Fresco Std Normal" w:eastAsia="Times New Roman" w:hAnsi="Fresco Std Normal" w:cstheme="minorHAnsi"/>
          <w:b/>
          <w:bCs/>
          <w:sz w:val="26"/>
          <w:szCs w:val="26"/>
          <w:lang w:val="nl-NL" w:eastAsia="nl-NL"/>
        </w:rPr>
      </w:pPr>
    </w:p>
    <w:p w14:paraId="27270C1C" w14:textId="77777777" w:rsidR="002B4A49" w:rsidRPr="00F4767A" w:rsidRDefault="002B4A49" w:rsidP="002B4A49">
      <w:pPr>
        <w:pStyle w:val="Lijstalinea"/>
        <w:rPr>
          <w:rFonts w:ascii="Fresco Std Normal" w:eastAsia="Times New Roman" w:hAnsi="Fresco Std Normal" w:cstheme="minorHAnsi"/>
          <w:b/>
          <w:bCs/>
          <w:sz w:val="26"/>
          <w:szCs w:val="26"/>
          <w:lang w:val="nl-NL" w:eastAsia="nl-NL"/>
        </w:rPr>
      </w:pPr>
    </w:p>
    <w:p w14:paraId="2008646B" w14:textId="77777777" w:rsidR="002B4A49" w:rsidRPr="00F4767A" w:rsidRDefault="002B4A49" w:rsidP="002B4A49">
      <w:pPr>
        <w:pStyle w:val="Lijstalinea"/>
        <w:rPr>
          <w:rFonts w:ascii="Fresco Std Normal" w:eastAsia="Times New Roman" w:hAnsi="Fresco Std Normal" w:cstheme="minorHAnsi"/>
          <w:b/>
          <w:bCs/>
          <w:sz w:val="26"/>
          <w:szCs w:val="26"/>
          <w:lang w:val="nl-NL" w:eastAsia="nl-NL"/>
        </w:rPr>
      </w:pPr>
    </w:p>
    <w:p w14:paraId="7D0112F7" w14:textId="77777777" w:rsidR="002B4A49" w:rsidRPr="00F4767A" w:rsidRDefault="002B4A49" w:rsidP="002B4A49">
      <w:pPr>
        <w:pStyle w:val="Lijstalinea"/>
        <w:rPr>
          <w:rFonts w:ascii="Fresco Std Normal" w:eastAsia="Times New Roman" w:hAnsi="Fresco Std Normal" w:cstheme="minorHAnsi"/>
          <w:b/>
          <w:bCs/>
          <w:sz w:val="26"/>
          <w:szCs w:val="26"/>
          <w:lang w:val="nl-NL" w:eastAsia="nl-NL"/>
        </w:rPr>
      </w:pPr>
    </w:p>
    <w:p w14:paraId="47C39200" w14:textId="089F44BE" w:rsidR="002B4A49" w:rsidRPr="00F4767A" w:rsidRDefault="00DF42AC" w:rsidP="00B45A68">
      <w:pPr>
        <w:pStyle w:val="Kop1"/>
        <w:rPr>
          <w:rFonts w:ascii="Fresco Std Normal" w:hAnsi="Fresco Std Normal"/>
          <w:color w:val="auto"/>
          <w:sz w:val="44"/>
          <w:szCs w:val="44"/>
          <w:lang w:val="nl-NL" w:eastAsia="nl-NL"/>
        </w:rPr>
      </w:pPr>
      <w:r w:rsidRPr="00F4767A">
        <w:rPr>
          <w:lang w:val="nl-NL" w:eastAsia="nl-NL"/>
        </w:rPr>
        <w:br w:type="column"/>
      </w:r>
      <w:bookmarkStart w:id="11" w:name="_Toc218262332"/>
      <w:r w:rsidR="002B4A49" w:rsidRPr="00F4767A">
        <w:rPr>
          <w:rFonts w:ascii="Fresco Std Normal" w:hAnsi="Fresco Std Normal"/>
          <w:color w:val="auto"/>
          <w:sz w:val="44"/>
          <w:szCs w:val="44"/>
          <w:lang w:val="nl-NL" w:eastAsia="nl-NL"/>
        </w:rPr>
        <w:t>Literatuurlijst</w:t>
      </w:r>
      <w:bookmarkEnd w:id="11"/>
    </w:p>
    <w:p w14:paraId="34C4EC4F" w14:textId="2722EB39" w:rsidR="002B4A49" w:rsidRPr="00F4767A" w:rsidRDefault="00A606A8" w:rsidP="00DF42AC">
      <w:pPr>
        <w:pStyle w:val="Lijstalinea"/>
        <w:ind w:left="0"/>
        <w:rPr>
          <w:lang w:val="nl-NL"/>
        </w:rPr>
      </w:pPr>
      <w:r w:rsidRPr="00F4767A">
        <w:rPr>
          <w:rFonts w:ascii="Fresco Std Normal" w:eastAsia="Times New Roman" w:hAnsi="Fresco Std Normal" w:cstheme="minorHAnsi"/>
          <w:lang w:val="nl-NL" w:eastAsia="nl-NL"/>
        </w:rPr>
        <w:br/>
      </w:r>
      <w:r w:rsidR="002B4A49" w:rsidRPr="00F4767A">
        <w:rPr>
          <w:rFonts w:ascii="Fresco Std Normal" w:eastAsia="Times New Roman" w:hAnsi="Fresco Std Normal" w:cstheme="minorHAnsi"/>
          <w:lang w:val="nl-NL" w:eastAsia="nl-NL"/>
        </w:rPr>
        <w:t xml:space="preserve">De Brouwer, J., &amp; Klaver, L. (2024). </w:t>
      </w:r>
      <w:r w:rsidR="002B4A49" w:rsidRPr="00F4767A">
        <w:rPr>
          <w:rFonts w:ascii="Fresco Std Normal" w:eastAsia="Times New Roman" w:hAnsi="Fresco Std Normal" w:cstheme="minorHAnsi"/>
          <w:i/>
          <w:iCs/>
          <w:lang w:val="nl-NL" w:eastAsia="nl-NL"/>
        </w:rPr>
        <w:t>Burgerschap in het montessorionderwijs: Terugkoppeling NMV 24-uursconferentie</w:t>
      </w:r>
      <w:r w:rsidR="002B4A49" w:rsidRPr="00F4767A">
        <w:rPr>
          <w:rFonts w:ascii="Fresco Std Normal" w:eastAsia="Times New Roman" w:hAnsi="Fresco Std Normal" w:cstheme="minorHAnsi"/>
          <w:lang w:val="nl-NL" w:eastAsia="nl-NL"/>
        </w:rPr>
        <w:t xml:space="preserve">. </w:t>
      </w:r>
      <w:hyperlink r:id="rId26" w:history="1">
        <w:r w:rsidR="002B4A49" w:rsidRPr="00F4767A">
          <w:rPr>
            <w:rStyle w:val="Hyperlink"/>
            <w:rFonts w:ascii="Fresco Std Normal" w:eastAsia="Times New Roman" w:hAnsi="Fresco Std Normal" w:cstheme="minorHAnsi"/>
            <w:color w:val="auto"/>
            <w:lang w:val="nl-NL" w:eastAsia="nl-NL"/>
          </w:rPr>
          <w:t>https://doi.org/10.5281/zenodo.13645775</w:t>
        </w:r>
      </w:hyperlink>
    </w:p>
    <w:p w14:paraId="01AA522B" w14:textId="77777777" w:rsidR="002B4A49" w:rsidRPr="00F4767A" w:rsidRDefault="002B4A49" w:rsidP="00DF42AC">
      <w:pPr>
        <w:pStyle w:val="Lijstalinea"/>
        <w:ind w:left="0"/>
        <w:rPr>
          <w:rFonts w:ascii="Fresco Std Normal" w:eastAsia="Times New Roman" w:hAnsi="Fresco Std Normal" w:cstheme="minorHAnsi"/>
          <w:lang w:val="nl-NL" w:eastAsia="nl-NL"/>
        </w:rPr>
      </w:pPr>
    </w:p>
    <w:p w14:paraId="7E1EE953" w14:textId="244A3B1F" w:rsidR="002B4A49" w:rsidRPr="00F4767A" w:rsidRDefault="002B4A49" w:rsidP="00DF42AC">
      <w:pPr>
        <w:pStyle w:val="Lijstalinea"/>
        <w:ind w:left="0"/>
        <w:rPr>
          <w:rFonts w:ascii="Fresco Std Normal" w:eastAsia="Times New Roman" w:hAnsi="Fresco Std Normal" w:cstheme="minorHAnsi"/>
          <w:color w:val="000000" w:themeColor="text1"/>
          <w:lang w:val="nl-NL" w:eastAsia="nl-NL"/>
        </w:rPr>
      </w:pPr>
      <w:r w:rsidRPr="00F4767A">
        <w:rPr>
          <w:rFonts w:ascii="Fresco Std Normal" w:eastAsia="Times New Roman" w:hAnsi="Fresco Std Normal" w:cstheme="minorHAnsi"/>
          <w:lang w:val="nl-NL" w:eastAsia="nl-NL"/>
        </w:rPr>
        <w:t xml:space="preserve">De Brouwer, J. &amp; Klaver, L. (2026). </w:t>
      </w:r>
      <w:r w:rsidRPr="00F4767A">
        <w:rPr>
          <w:rFonts w:ascii="Fresco Std Normal" w:eastAsia="Times New Roman" w:hAnsi="Fresco Std Normal" w:cstheme="minorHAnsi"/>
          <w:i/>
          <w:iCs/>
          <w:lang w:val="nl-NL" w:eastAsia="nl-NL"/>
        </w:rPr>
        <w:t xml:space="preserve">Montessori en </w:t>
      </w:r>
      <w:r w:rsidRPr="00F4767A">
        <w:rPr>
          <w:rFonts w:ascii="Fresco Std Normal" w:eastAsia="Times New Roman" w:hAnsi="Fresco Std Normal" w:cstheme="minorHAnsi"/>
          <w:i/>
          <w:iCs/>
          <w:color w:val="000000" w:themeColor="text1"/>
          <w:lang w:val="nl-NL" w:eastAsia="nl-NL"/>
        </w:rPr>
        <w:t>burgerschap: Van beleid naar praktijk.</w:t>
      </w:r>
      <w:r w:rsidR="005613B3" w:rsidRPr="00F4767A">
        <w:rPr>
          <w:rFonts w:ascii="Fresco Std Normal" w:eastAsia="Times New Roman" w:hAnsi="Fresco Std Normal" w:cstheme="minorHAnsi"/>
          <w:i/>
          <w:iCs/>
          <w:color w:val="000000" w:themeColor="text1"/>
          <w:lang w:val="nl-NL" w:eastAsia="nl-NL"/>
        </w:rPr>
        <w:t xml:space="preserve"> </w:t>
      </w:r>
      <w:r w:rsidR="00A606A8" w:rsidRPr="00F4767A">
        <w:rPr>
          <w:rFonts w:ascii="Fresco Std Normal" w:eastAsia="Times New Roman" w:hAnsi="Fresco Std Normal" w:cstheme="minorHAnsi"/>
          <w:color w:val="000000" w:themeColor="text1"/>
          <w:lang w:val="nl-NL" w:eastAsia="nl-NL"/>
        </w:rPr>
        <w:t xml:space="preserve">Saxion Progressive Education University Press. </w:t>
      </w:r>
      <w:hyperlink r:id="rId27" w:history="1">
        <w:r w:rsidR="00A606A8" w:rsidRPr="00F4767A">
          <w:rPr>
            <w:rStyle w:val="Hyperlink"/>
            <w:rFonts w:ascii="Fresco Std Normal" w:eastAsia="Times New Roman" w:hAnsi="Fresco Std Normal" w:cstheme="minorHAnsi"/>
            <w:color w:val="000000" w:themeColor="text1"/>
            <w:lang w:val="nl-NL" w:eastAsia="nl-NL"/>
          </w:rPr>
          <w:t>https://doi.org/10.5281/zenodo.17738072</w:t>
        </w:r>
      </w:hyperlink>
      <w:r w:rsidR="00E45FC0" w:rsidRPr="00F4767A">
        <w:rPr>
          <w:rFonts w:ascii="Fresco Std Normal" w:eastAsia="Times New Roman" w:hAnsi="Fresco Std Normal" w:cstheme="minorHAnsi"/>
          <w:color w:val="000000" w:themeColor="text1"/>
          <w:lang w:val="nl-NL" w:eastAsia="nl-NL"/>
        </w:rPr>
        <w:t xml:space="preserve"> </w:t>
      </w:r>
    </w:p>
    <w:p w14:paraId="02EA0DB8" w14:textId="77777777" w:rsidR="002B4A49" w:rsidRPr="00F4767A" w:rsidRDefault="002B4A49" w:rsidP="00DF42AC">
      <w:pPr>
        <w:pStyle w:val="Lijstalinea"/>
        <w:ind w:left="0"/>
        <w:rPr>
          <w:rFonts w:ascii="Fresco Std Normal" w:eastAsia="Times New Roman" w:hAnsi="Fresco Std Normal" w:cstheme="minorHAnsi"/>
          <w:color w:val="000000" w:themeColor="text1"/>
          <w:lang w:val="nl-NL" w:eastAsia="nl-NL"/>
        </w:rPr>
      </w:pPr>
    </w:p>
    <w:p w14:paraId="681CEE89" w14:textId="77777777" w:rsidR="002B4A49" w:rsidRPr="00F4767A" w:rsidRDefault="002B4A49" w:rsidP="00DF42AC">
      <w:pPr>
        <w:pStyle w:val="Lijstalinea"/>
        <w:ind w:left="0"/>
        <w:rPr>
          <w:rFonts w:ascii="Fresco Std Normal" w:eastAsia="Times New Roman" w:hAnsi="Fresco Std Normal" w:cstheme="minorHAnsi"/>
          <w:lang w:val="nl-NL" w:eastAsia="nl-NL"/>
        </w:rPr>
      </w:pPr>
      <w:r w:rsidRPr="00F4767A">
        <w:rPr>
          <w:rFonts w:ascii="Fresco Std Normal" w:eastAsia="Times New Roman" w:hAnsi="Fresco Std Normal" w:cstheme="minorHAnsi"/>
          <w:lang w:val="nl-NL" w:eastAsia="nl-NL"/>
        </w:rPr>
        <w:t xml:space="preserve">De Brouwer, J., Klaver, L., &amp; Van der Zee, S. (2022). </w:t>
      </w:r>
      <w:r w:rsidRPr="00F4767A">
        <w:rPr>
          <w:rFonts w:ascii="Fresco Std Normal" w:eastAsia="Times New Roman" w:hAnsi="Fresco Std Normal" w:cstheme="minorHAnsi"/>
          <w:i/>
          <w:iCs/>
          <w:lang w:val="nl-NL" w:eastAsia="nl-NL"/>
        </w:rPr>
        <w:t>Montessori en Burgerschapsonderwijs: Balanceren tussen toerusten en ruimte geven</w:t>
      </w:r>
      <w:r w:rsidRPr="00F4767A">
        <w:rPr>
          <w:rFonts w:ascii="Fresco Std Normal" w:eastAsia="Times New Roman" w:hAnsi="Fresco Std Normal" w:cstheme="minorHAnsi"/>
          <w:lang w:val="nl-NL" w:eastAsia="nl-NL"/>
        </w:rPr>
        <w:t xml:space="preserve">. Saxion. </w:t>
      </w:r>
      <w:hyperlink r:id="rId28" w:history="1">
        <w:r w:rsidRPr="00F4767A">
          <w:rPr>
            <w:rStyle w:val="Hyperlink"/>
            <w:rFonts w:ascii="Fresco Std Normal" w:eastAsia="Times New Roman" w:hAnsi="Fresco Std Normal" w:cstheme="minorHAnsi"/>
            <w:color w:val="auto"/>
            <w:lang w:val="nl-NL" w:eastAsia="nl-NL"/>
          </w:rPr>
          <w:t>https://montessori.nl/professionals/wp-content/uploads/sites/2/2024/07/C15-Montessori-en-burgerschapsonderwijs-2022.pdf</w:t>
        </w:r>
      </w:hyperlink>
    </w:p>
    <w:p w14:paraId="38F7DB6F" w14:textId="77777777" w:rsidR="002B4A49" w:rsidRPr="00F4767A" w:rsidRDefault="002B4A49" w:rsidP="00DF42AC">
      <w:pPr>
        <w:pStyle w:val="Lijstalinea"/>
        <w:ind w:left="0"/>
        <w:rPr>
          <w:rFonts w:ascii="Fresco Std Normal" w:eastAsia="Times New Roman" w:hAnsi="Fresco Std Normal" w:cstheme="minorHAnsi"/>
          <w:lang w:val="nl-NL" w:eastAsia="nl-NL"/>
        </w:rPr>
      </w:pPr>
    </w:p>
    <w:p w14:paraId="17A9FDC1" w14:textId="77777777" w:rsidR="002B4A49" w:rsidRPr="00F4767A" w:rsidRDefault="002B4A49" w:rsidP="00DF42AC">
      <w:pPr>
        <w:pStyle w:val="Lijstalinea"/>
        <w:ind w:left="0"/>
        <w:rPr>
          <w:rFonts w:ascii="Fresco Std Normal" w:eastAsia="Times New Roman" w:hAnsi="Fresco Std Normal" w:cstheme="minorHAnsi"/>
          <w:lang w:val="nl-NL" w:eastAsia="nl-NL"/>
        </w:rPr>
      </w:pPr>
      <w:r w:rsidRPr="00F4767A">
        <w:rPr>
          <w:rFonts w:ascii="Fresco Std Normal" w:eastAsia="Times New Roman" w:hAnsi="Fresco Std Normal" w:cstheme="minorHAnsi"/>
          <w:lang w:val="nl-NL" w:eastAsia="nl-NL"/>
        </w:rPr>
        <w:t xml:space="preserve">Klein Gunnewiek, M. (2024). </w:t>
      </w:r>
      <w:r w:rsidRPr="00F4767A">
        <w:rPr>
          <w:rFonts w:ascii="Fresco Std Normal" w:eastAsia="Times New Roman" w:hAnsi="Fresco Std Normal" w:cstheme="minorHAnsi"/>
          <w:i/>
          <w:iCs/>
          <w:lang w:val="nl-NL" w:eastAsia="nl-NL"/>
        </w:rPr>
        <w:t>De zichtbaarheid van de brede montessoridoelen.</w:t>
      </w:r>
      <w:r w:rsidRPr="00F4767A">
        <w:rPr>
          <w:rFonts w:ascii="Fresco Std Normal" w:eastAsia="Times New Roman" w:hAnsi="Fresco Std Normal" w:cstheme="minorHAnsi"/>
          <w:lang w:val="nl-NL" w:eastAsia="nl-NL"/>
        </w:rPr>
        <w:t xml:space="preserve"> Nederlandse Montessori Vereniging.</w:t>
      </w:r>
    </w:p>
    <w:p w14:paraId="6F789314" w14:textId="77777777" w:rsidR="002B4A49" w:rsidRPr="00F4767A" w:rsidRDefault="002B4A49" w:rsidP="00DF42AC">
      <w:pPr>
        <w:pStyle w:val="Lijstalinea"/>
        <w:ind w:left="0"/>
        <w:rPr>
          <w:rFonts w:ascii="Fresco Std Normal" w:hAnsi="Fresco Std Normal"/>
          <w:lang w:val="nl-NL" w:eastAsia="nl-NL"/>
        </w:rPr>
      </w:pPr>
    </w:p>
    <w:p w14:paraId="7FAF486B" w14:textId="77777777" w:rsidR="002B4A49" w:rsidRPr="00F4767A" w:rsidRDefault="002B4A49" w:rsidP="00DF42AC">
      <w:pPr>
        <w:pStyle w:val="Lijstalinea"/>
        <w:ind w:left="0"/>
        <w:rPr>
          <w:lang w:val="nl-NL"/>
        </w:rPr>
      </w:pPr>
      <w:r w:rsidRPr="00F4767A">
        <w:rPr>
          <w:rFonts w:ascii="Fresco Std Normal" w:hAnsi="Fresco Std Normal"/>
          <w:lang w:val="nl-NL" w:eastAsia="nl-NL"/>
        </w:rPr>
        <w:t xml:space="preserve">Ministerie van Onderwijs Cultuur en Wetenschap. (2021, 2 juli). Wet van 23 juni 2021 tot wijziging van een aantal onderwijswetten in verband met verduidelijking van de burgerschapsopdracht aan scholen in het funderend onderwijs. </w:t>
      </w:r>
      <w:r w:rsidRPr="00F4767A">
        <w:rPr>
          <w:rFonts w:ascii="Fresco Std Normal" w:hAnsi="Fresco Std Normal"/>
          <w:i/>
          <w:iCs/>
          <w:lang w:val="nl-NL" w:eastAsia="nl-NL"/>
        </w:rPr>
        <w:t>Staatsblad, 320</w:t>
      </w:r>
      <w:r w:rsidRPr="00F4767A">
        <w:rPr>
          <w:rFonts w:ascii="Fresco Std Normal" w:hAnsi="Fresco Std Normal"/>
          <w:lang w:val="nl-NL" w:eastAsia="nl-NL"/>
        </w:rPr>
        <w:t xml:space="preserve">, 1–10. </w:t>
      </w:r>
      <w:hyperlink r:id="rId29" w:history="1">
        <w:r w:rsidRPr="00F4767A">
          <w:rPr>
            <w:rStyle w:val="Hyperlink"/>
            <w:rFonts w:ascii="Fresco Std Normal" w:eastAsia="Times New Roman" w:hAnsi="Fresco Std Normal" w:cstheme="minorHAnsi"/>
            <w:color w:val="auto"/>
            <w:lang w:val="nl-NL" w:eastAsia="nl-NL"/>
          </w:rPr>
          <w:t>https://zoek.officielebekendmakingen.nl/stb-2021-320.html</w:t>
        </w:r>
      </w:hyperlink>
    </w:p>
    <w:p w14:paraId="21456FC9" w14:textId="4756CFE7" w:rsidR="00A606A8" w:rsidRPr="00F4767A" w:rsidRDefault="00A606A8" w:rsidP="00A606A8">
      <w:pPr>
        <w:rPr>
          <w:rFonts w:ascii="Fresco Std Normal" w:eastAsia="Times New Roman" w:hAnsi="Fresco Std Normal" w:cstheme="minorHAnsi"/>
          <w:lang w:val="nl-NL" w:eastAsia="nl-NL"/>
        </w:rPr>
      </w:pPr>
      <w:r w:rsidRPr="00F4767A">
        <w:rPr>
          <w:rFonts w:ascii="Fresco Std Normal" w:eastAsia="Times New Roman" w:hAnsi="Fresco Std Normal" w:cstheme="minorHAnsi"/>
          <w:lang w:val="nl-NL" w:eastAsia="nl-NL"/>
        </w:rPr>
        <w:t xml:space="preserve">Nieuwelink, H., Rinnooy Kan, W. F., Rombout, F., &amp; Teegelbeckers, J. Y. (2024). </w:t>
      </w:r>
      <w:r w:rsidRPr="00F4767A">
        <w:rPr>
          <w:rFonts w:ascii="Fresco Std Normal" w:eastAsia="Times New Roman" w:hAnsi="Fresco Std Normal" w:cstheme="minorHAnsi"/>
          <w:i/>
          <w:iCs/>
          <w:lang w:val="nl-NL" w:eastAsia="nl-NL"/>
        </w:rPr>
        <w:t>Burgerschap: Weten we wat we meten?: Een overzichtsstudie over de mogelijkheden om burgerschap en burgerschapsonderwijs in kaart te bre</w:t>
      </w:r>
      <w:r w:rsidRPr="00F4767A">
        <w:rPr>
          <w:rFonts w:ascii="Fresco Std Normal" w:eastAsia="Times New Roman" w:hAnsi="Fresco Std Normal" w:cstheme="minorHAnsi"/>
          <w:i/>
          <w:iCs/>
          <w:color w:val="000000" w:themeColor="text1"/>
          <w:lang w:val="nl-NL" w:eastAsia="nl-NL"/>
        </w:rPr>
        <w:t>ngen</w:t>
      </w:r>
      <w:r w:rsidRPr="00F4767A">
        <w:rPr>
          <w:rFonts w:ascii="Fresco Std Normal" w:eastAsia="Times New Roman" w:hAnsi="Fresco Std Normal" w:cstheme="minorHAnsi"/>
          <w:color w:val="000000" w:themeColor="text1"/>
          <w:lang w:val="nl-NL" w:eastAsia="nl-NL"/>
        </w:rPr>
        <w:t xml:space="preserve">. Hogeschool van Amsterdam. </w:t>
      </w:r>
      <w:hyperlink r:id="rId30" w:history="1">
        <w:r w:rsidRPr="00F4767A">
          <w:rPr>
            <w:rStyle w:val="Hyperlink"/>
            <w:rFonts w:ascii="Fresco Std Normal" w:eastAsia="Times New Roman" w:hAnsi="Fresco Std Normal" w:cstheme="minorHAnsi"/>
            <w:color w:val="000000" w:themeColor="text1"/>
            <w:lang w:val="nl-NL" w:eastAsia="nl-NL"/>
          </w:rPr>
          <w:t>https://hdl.handle.net/20.500.11884/2dd5e70dbf79-411e-9e7c-5af5ab249b6a</w:t>
        </w:r>
      </w:hyperlink>
      <w:r w:rsidRPr="00F4767A">
        <w:rPr>
          <w:rFonts w:ascii="Fresco Std Normal" w:eastAsia="Times New Roman" w:hAnsi="Fresco Std Normal" w:cstheme="minorHAnsi"/>
          <w:color w:val="000000" w:themeColor="text1"/>
          <w:lang w:val="nl-NL" w:eastAsia="nl-NL"/>
        </w:rPr>
        <w:t xml:space="preserve"> </w:t>
      </w:r>
    </w:p>
    <w:p w14:paraId="24747AC1" w14:textId="77777777" w:rsidR="002B4A49" w:rsidRPr="00F4767A" w:rsidRDefault="002B4A49" w:rsidP="00DF42AC">
      <w:pPr>
        <w:pStyle w:val="Lijstalinea"/>
        <w:ind w:left="0"/>
        <w:rPr>
          <w:rFonts w:ascii="Fresco Std Normal" w:eastAsia="Times New Roman" w:hAnsi="Fresco Std Normal" w:cstheme="minorHAnsi"/>
          <w:lang w:val="nl-NL" w:eastAsia="nl-NL"/>
        </w:rPr>
      </w:pPr>
      <w:r w:rsidRPr="00F4767A">
        <w:rPr>
          <w:rFonts w:ascii="Fresco Std Normal" w:hAnsi="Fresco Std Normal"/>
          <w:lang w:val="nl-NL"/>
        </w:rPr>
        <w:t xml:space="preserve">SLO. (2025). </w:t>
      </w:r>
      <w:r w:rsidRPr="00F4767A">
        <w:rPr>
          <w:rFonts w:ascii="Fresco Std Normal" w:hAnsi="Fresco Std Normal"/>
          <w:i/>
          <w:iCs/>
          <w:lang w:val="nl-NL"/>
        </w:rPr>
        <w:t>Definitieve conceptkerndoelen burgerschap inclusief toelichtingsdocument</w:t>
      </w:r>
      <w:r w:rsidRPr="00F4767A">
        <w:rPr>
          <w:rFonts w:ascii="Fresco Std Normal" w:hAnsi="Fresco Std Normal"/>
          <w:lang w:val="nl-NL"/>
        </w:rPr>
        <w:t xml:space="preserve">. SLO. </w:t>
      </w:r>
      <w:hyperlink r:id="rId31" w:history="1">
        <w:r w:rsidRPr="00F4767A">
          <w:rPr>
            <w:rStyle w:val="Hyperlink"/>
            <w:rFonts w:ascii="Fresco Std Normal" w:hAnsi="Fresco Std Normal"/>
            <w:color w:val="auto"/>
            <w:lang w:val="nl-NL"/>
          </w:rPr>
          <w:t>https://www.slo.nl/thema/meer/actualisatie-kerndoelen-examenprogramma/actualisatie-kerndoelen/definitieve-conceptkerndoelen/@24982/definitieve-conceptkerndoelen-burgerscha/</w:t>
        </w:r>
      </w:hyperlink>
    </w:p>
    <w:p w14:paraId="3FC760DC" w14:textId="24D9055B" w:rsidR="002B4A49" w:rsidRPr="00F4767A" w:rsidRDefault="002B4A49" w:rsidP="00DF42AC">
      <w:pPr>
        <w:rPr>
          <w:rFonts w:ascii="Fresco Std Normal" w:hAnsi="Fresco Std Normal"/>
          <w:i/>
          <w:iCs/>
          <w:lang w:val="nl-NL"/>
        </w:rPr>
      </w:pPr>
      <w:r w:rsidRPr="00F4767A">
        <w:rPr>
          <w:rFonts w:ascii="Fresco Std Normal" w:hAnsi="Fresco Std Normal"/>
          <w:lang w:val="nl-NL"/>
        </w:rPr>
        <w:t xml:space="preserve">Van Alem, V., &amp; Michiels, M. (2025). </w:t>
      </w:r>
      <w:r w:rsidRPr="00F4767A">
        <w:rPr>
          <w:rFonts w:ascii="Fresco Std Normal" w:hAnsi="Fresco Std Normal"/>
          <w:i/>
          <w:iCs/>
          <w:lang w:val="nl-NL"/>
        </w:rPr>
        <w:t>Doe meer met data: Leerlingenpopulatie als sleutel voor beter onderwijs: 6 aanraders.</w:t>
      </w:r>
      <w:r w:rsidRPr="00F4767A">
        <w:rPr>
          <w:rFonts w:ascii="Fresco Std Normal" w:hAnsi="Fresco Std Normal"/>
          <w:lang w:val="nl-NL"/>
        </w:rPr>
        <w:t xml:space="preserve"> Instondo.</w:t>
      </w:r>
    </w:p>
    <w:p w14:paraId="2B3CCEAA" w14:textId="77777777" w:rsidR="002B4A49" w:rsidRPr="00F4767A" w:rsidRDefault="002B4A49" w:rsidP="008419D5">
      <w:pPr>
        <w:rPr>
          <w:lang w:val="nl-NL"/>
        </w:rPr>
      </w:pPr>
    </w:p>
    <w:sectPr w:rsidR="002B4A49" w:rsidRPr="00F4767A" w:rsidSect="009C419F">
      <w:type w:val="continuous"/>
      <w:pgSz w:w="23811" w:h="16838" w:orient="landscape" w:code="8"/>
      <w:pgMar w:top="720" w:right="720" w:bottom="426" w:left="720" w:header="720" w:footer="567"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56CA23" w14:textId="77777777" w:rsidR="00581A9F" w:rsidRDefault="00581A9F">
      <w:pPr>
        <w:spacing w:after="0" w:line="240" w:lineRule="auto"/>
      </w:pPr>
      <w:r>
        <w:separator/>
      </w:r>
    </w:p>
  </w:endnote>
  <w:endnote w:type="continuationSeparator" w:id="0">
    <w:p w14:paraId="34148B80" w14:textId="77777777" w:rsidR="00581A9F" w:rsidRDefault="00581A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Fresco Std Normal">
    <w:altName w:val="Calibri"/>
    <w:panose1 w:val="00000000000000000000"/>
    <w:charset w:val="00"/>
    <w:family w:val="modern"/>
    <w:notTrueType/>
    <w:pitch w:val="variable"/>
    <w:sig w:usb0="800000AF" w:usb1="5000204B" w:usb2="00000000" w:usb3="00000000" w:csb0="0000000B"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8C20A" w14:textId="7D4DC924" w:rsidR="00D1458E" w:rsidRDefault="00D1458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239417"/>
      <w:docPartObj>
        <w:docPartGallery w:val="Page Numbers (Bottom of Page)"/>
        <w:docPartUnique/>
      </w:docPartObj>
    </w:sdtPr>
    <w:sdtEndPr/>
    <w:sdtContent>
      <w:p w14:paraId="478BE5B3" w14:textId="77777777" w:rsidR="001D7513" w:rsidRDefault="001D7513">
        <w:pPr>
          <w:pStyle w:val="Voettekst"/>
          <w:jc w:val="right"/>
        </w:pPr>
        <w:r>
          <w:fldChar w:fldCharType="begin"/>
        </w:r>
        <w:r>
          <w:instrText>PAGE   \* MERGEFORMAT</w:instrText>
        </w:r>
        <w:r>
          <w:fldChar w:fldCharType="separate"/>
        </w:r>
        <w: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BEE1D" w14:textId="7092B10A" w:rsidR="00D1458E" w:rsidRDefault="00D1458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058404" w14:textId="77777777" w:rsidR="00581A9F" w:rsidRDefault="00581A9F">
      <w:pPr>
        <w:spacing w:after="0" w:line="240" w:lineRule="auto"/>
      </w:pPr>
      <w:r>
        <w:separator/>
      </w:r>
    </w:p>
  </w:footnote>
  <w:footnote w:type="continuationSeparator" w:id="0">
    <w:p w14:paraId="62D4CBF3" w14:textId="77777777" w:rsidR="00581A9F" w:rsidRDefault="00581A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FA04F" w14:textId="58E5A73E" w:rsidR="00D1458E" w:rsidRDefault="00D1458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C0017" w14:textId="2C2A5F31" w:rsidR="00D1458E" w:rsidRDefault="00D1458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jstnummering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jstnummering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jstopsomteken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jstopsomteken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jstnummering"/>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jstopsomteken"/>
      <w:lvlText w:val=""/>
      <w:lvlJc w:val="left"/>
      <w:pPr>
        <w:tabs>
          <w:tab w:val="num" w:pos="360"/>
        </w:tabs>
        <w:ind w:left="360" w:hanging="360"/>
      </w:pPr>
      <w:rPr>
        <w:rFonts w:ascii="Symbol" w:hAnsi="Symbol" w:hint="default"/>
      </w:rPr>
    </w:lvl>
  </w:abstractNum>
  <w:abstractNum w:abstractNumId="9" w15:restartNumberingAfterBreak="0">
    <w:nsid w:val="03737F61"/>
    <w:multiLevelType w:val="hybridMultilevel"/>
    <w:tmpl w:val="51C44948"/>
    <w:lvl w:ilvl="0" w:tplc="C4A691AE">
      <w:start w:val="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F356F25"/>
    <w:multiLevelType w:val="hybridMultilevel"/>
    <w:tmpl w:val="4A5E6DE4"/>
    <w:lvl w:ilvl="0" w:tplc="0840C08C">
      <w:start w:val="2023"/>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412C00"/>
    <w:multiLevelType w:val="hybridMultilevel"/>
    <w:tmpl w:val="596AC3E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72A746DE"/>
    <w:multiLevelType w:val="hybridMultilevel"/>
    <w:tmpl w:val="E20ECCE8"/>
    <w:lvl w:ilvl="0" w:tplc="B3B232A2">
      <w:start w:val="7"/>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599263907">
    <w:abstractNumId w:val="8"/>
  </w:num>
  <w:num w:numId="2" w16cid:durableId="2081053970">
    <w:abstractNumId w:val="6"/>
  </w:num>
  <w:num w:numId="3" w16cid:durableId="1990674626">
    <w:abstractNumId w:val="5"/>
  </w:num>
  <w:num w:numId="4" w16cid:durableId="354163148">
    <w:abstractNumId w:val="4"/>
  </w:num>
  <w:num w:numId="5" w16cid:durableId="2087920083">
    <w:abstractNumId w:val="7"/>
  </w:num>
  <w:num w:numId="6" w16cid:durableId="186064084">
    <w:abstractNumId w:val="3"/>
  </w:num>
  <w:num w:numId="7" w16cid:durableId="835339651">
    <w:abstractNumId w:val="2"/>
  </w:num>
  <w:num w:numId="8" w16cid:durableId="1451317656">
    <w:abstractNumId w:val="1"/>
  </w:num>
  <w:num w:numId="9" w16cid:durableId="971129862">
    <w:abstractNumId w:val="0"/>
  </w:num>
  <w:num w:numId="10" w16cid:durableId="304051367">
    <w:abstractNumId w:val="11"/>
  </w:num>
  <w:num w:numId="11" w16cid:durableId="1547372222">
    <w:abstractNumId w:val="9"/>
  </w:num>
  <w:num w:numId="12" w16cid:durableId="1687906072">
    <w:abstractNumId w:val="12"/>
  </w:num>
  <w:num w:numId="13" w16cid:durableId="42723839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4"/>
  <w:displayBackgroundShape/>
  <w:proofState w:spelling="clean" w:grammar="clean"/>
  <w:defaultTabStop w:val="720"/>
  <w:hyphenationZone w:val="425"/>
  <w:characterSpacingControl w:val="doNotCompress"/>
  <w:hdrShapeDefaults>
    <o:shapedefaults v:ext="edit" spidmax="2050">
      <o:colormru v:ext="edit" colors="#fef6f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6931"/>
    <w:rsid w:val="000111C2"/>
    <w:rsid w:val="00034616"/>
    <w:rsid w:val="00056701"/>
    <w:rsid w:val="0006063C"/>
    <w:rsid w:val="00060935"/>
    <w:rsid w:val="00064DA6"/>
    <w:rsid w:val="000745F7"/>
    <w:rsid w:val="00075406"/>
    <w:rsid w:val="0008722C"/>
    <w:rsid w:val="000A0D62"/>
    <w:rsid w:val="000A66CA"/>
    <w:rsid w:val="000C6EA8"/>
    <w:rsid w:val="000E6D6C"/>
    <w:rsid w:val="000E72A2"/>
    <w:rsid w:val="000F4A38"/>
    <w:rsid w:val="001128CF"/>
    <w:rsid w:val="00113A4B"/>
    <w:rsid w:val="00130C38"/>
    <w:rsid w:val="0015074B"/>
    <w:rsid w:val="00154755"/>
    <w:rsid w:val="00162C61"/>
    <w:rsid w:val="001724A6"/>
    <w:rsid w:val="00180B22"/>
    <w:rsid w:val="00192E65"/>
    <w:rsid w:val="001C4754"/>
    <w:rsid w:val="001D7513"/>
    <w:rsid w:val="001E0243"/>
    <w:rsid w:val="001E190A"/>
    <w:rsid w:val="00210D86"/>
    <w:rsid w:val="00216B7D"/>
    <w:rsid w:val="00226690"/>
    <w:rsid w:val="002470A9"/>
    <w:rsid w:val="0025107F"/>
    <w:rsid w:val="002601F4"/>
    <w:rsid w:val="00261F38"/>
    <w:rsid w:val="00265DA7"/>
    <w:rsid w:val="00283A08"/>
    <w:rsid w:val="00283B64"/>
    <w:rsid w:val="002865D3"/>
    <w:rsid w:val="0029639D"/>
    <w:rsid w:val="002A6346"/>
    <w:rsid w:val="002B44D7"/>
    <w:rsid w:val="002B4A49"/>
    <w:rsid w:val="002D3994"/>
    <w:rsid w:val="002E3BDC"/>
    <w:rsid w:val="002E4699"/>
    <w:rsid w:val="002F79B1"/>
    <w:rsid w:val="00326F90"/>
    <w:rsid w:val="00327B03"/>
    <w:rsid w:val="00334B5A"/>
    <w:rsid w:val="00351331"/>
    <w:rsid w:val="00355E20"/>
    <w:rsid w:val="0036545D"/>
    <w:rsid w:val="003664D5"/>
    <w:rsid w:val="00384DE4"/>
    <w:rsid w:val="003910F1"/>
    <w:rsid w:val="003A0DE5"/>
    <w:rsid w:val="003B2DAF"/>
    <w:rsid w:val="003C12AF"/>
    <w:rsid w:val="003E3999"/>
    <w:rsid w:val="003F02B7"/>
    <w:rsid w:val="003F3A86"/>
    <w:rsid w:val="00400088"/>
    <w:rsid w:val="004033BB"/>
    <w:rsid w:val="00420B7A"/>
    <w:rsid w:val="004414C2"/>
    <w:rsid w:val="004424F0"/>
    <w:rsid w:val="00467685"/>
    <w:rsid w:val="0047168B"/>
    <w:rsid w:val="0048064F"/>
    <w:rsid w:val="00483C83"/>
    <w:rsid w:val="004863F3"/>
    <w:rsid w:val="004A465F"/>
    <w:rsid w:val="004A4A93"/>
    <w:rsid w:val="004A4ACA"/>
    <w:rsid w:val="004D5C37"/>
    <w:rsid w:val="004D7BD3"/>
    <w:rsid w:val="004E02FA"/>
    <w:rsid w:val="004F1127"/>
    <w:rsid w:val="00502B6D"/>
    <w:rsid w:val="00531D49"/>
    <w:rsid w:val="005453D9"/>
    <w:rsid w:val="00552408"/>
    <w:rsid w:val="005613B3"/>
    <w:rsid w:val="00570301"/>
    <w:rsid w:val="0057233D"/>
    <w:rsid w:val="00572442"/>
    <w:rsid w:val="00573A50"/>
    <w:rsid w:val="00581A9F"/>
    <w:rsid w:val="005931B7"/>
    <w:rsid w:val="00593298"/>
    <w:rsid w:val="00596B3D"/>
    <w:rsid w:val="005A7474"/>
    <w:rsid w:val="005C3DC4"/>
    <w:rsid w:val="005E3E8D"/>
    <w:rsid w:val="006019E6"/>
    <w:rsid w:val="00635620"/>
    <w:rsid w:val="006358B4"/>
    <w:rsid w:val="00666EA9"/>
    <w:rsid w:val="006772E1"/>
    <w:rsid w:val="00680A2E"/>
    <w:rsid w:val="0069161B"/>
    <w:rsid w:val="006918D0"/>
    <w:rsid w:val="006A0CCE"/>
    <w:rsid w:val="006A59D9"/>
    <w:rsid w:val="006A6F7A"/>
    <w:rsid w:val="006C0E80"/>
    <w:rsid w:val="006C10B3"/>
    <w:rsid w:val="006D2BE4"/>
    <w:rsid w:val="006E66C8"/>
    <w:rsid w:val="006F544C"/>
    <w:rsid w:val="00724F82"/>
    <w:rsid w:val="007343B3"/>
    <w:rsid w:val="007345E8"/>
    <w:rsid w:val="00737497"/>
    <w:rsid w:val="007400AA"/>
    <w:rsid w:val="00745F71"/>
    <w:rsid w:val="00751347"/>
    <w:rsid w:val="007536A9"/>
    <w:rsid w:val="00755D53"/>
    <w:rsid w:val="007B33D0"/>
    <w:rsid w:val="007B3953"/>
    <w:rsid w:val="007C6EEF"/>
    <w:rsid w:val="008154D8"/>
    <w:rsid w:val="008223AE"/>
    <w:rsid w:val="008314A3"/>
    <w:rsid w:val="00835B76"/>
    <w:rsid w:val="008419D5"/>
    <w:rsid w:val="00842536"/>
    <w:rsid w:val="00855F0A"/>
    <w:rsid w:val="00862542"/>
    <w:rsid w:val="00864273"/>
    <w:rsid w:val="008854A6"/>
    <w:rsid w:val="008A7BE5"/>
    <w:rsid w:val="008B1587"/>
    <w:rsid w:val="008E1209"/>
    <w:rsid w:val="00902EE8"/>
    <w:rsid w:val="00903A42"/>
    <w:rsid w:val="009222B3"/>
    <w:rsid w:val="00934A2A"/>
    <w:rsid w:val="00951792"/>
    <w:rsid w:val="009901A3"/>
    <w:rsid w:val="009927F3"/>
    <w:rsid w:val="009C419F"/>
    <w:rsid w:val="009D0579"/>
    <w:rsid w:val="009D6954"/>
    <w:rsid w:val="009F1C67"/>
    <w:rsid w:val="00A05BAE"/>
    <w:rsid w:val="00A10DA9"/>
    <w:rsid w:val="00A26486"/>
    <w:rsid w:val="00A5397B"/>
    <w:rsid w:val="00A606A8"/>
    <w:rsid w:val="00A66DFA"/>
    <w:rsid w:val="00A71794"/>
    <w:rsid w:val="00A72284"/>
    <w:rsid w:val="00A778F9"/>
    <w:rsid w:val="00A906DB"/>
    <w:rsid w:val="00A952A1"/>
    <w:rsid w:val="00AA1D8D"/>
    <w:rsid w:val="00AE14C3"/>
    <w:rsid w:val="00AF7572"/>
    <w:rsid w:val="00AF7E4F"/>
    <w:rsid w:val="00B035BB"/>
    <w:rsid w:val="00B10F4C"/>
    <w:rsid w:val="00B137BA"/>
    <w:rsid w:val="00B45A68"/>
    <w:rsid w:val="00B47730"/>
    <w:rsid w:val="00B5756C"/>
    <w:rsid w:val="00B62A09"/>
    <w:rsid w:val="00B71EA7"/>
    <w:rsid w:val="00B9799C"/>
    <w:rsid w:val="00BB0FB1"/>
    <w:rsid w:val="00BB50D0"/>
    <w:rsid w:val="00BC403D"/>
    <w:rsid w:val="00BC4904"/>
    <w:rsid w:val="00BD087B"/>
    <w:rsid w:val="00BD32EF"/>
    <w:rsid w:val="00BD719A"/>
    <w:rsid w:val="00BD7895"/>
    <w:rsid w:val="00BE0CCE"/>
    <w:rsid w:val="00C2071C"/>
    <w:rsid w:val="00C51710"/>
    <w:rsid w:val="00C54F7B"/>
    <w:rsid w:val="00C902C9"/>
    <w:rsid w:val="00CB0664"/>
    <w:rsid w:val="00CB27EF"/>
    <w:rsid w:val="00CC502E"/>
    <w:rsid w:val="00CE6D8D"/>
    <w:rsid w:val="00CF0E44"/>
    <w:rsid w:val="00D0064C"/>
    <w:rsid w:val="00D0184A"/>
    <w:rsid w:val="00D1458E"/>
    <w:rsid w:val="00D17C82"/>
    <w:rsid w:val="00D33A6D"/>
    <w:rsid w:val="00D36198"/>
    <w:rsid w:val="00D42012"/>
    <w:rsid w:val="00D45D12"/>
    <w:rsid w:val="00D50021"/>
    <w:rsid w:val="00D6632B"/>
    <w:rsid w:val="00D72DD3"/>
    <w:rsid w:val="00D808A9"/>
    <w:rsid w:val="00D82EC9"/>
    <w:rsid w:val="00DA1A03"/>
    <w:rsid w:val="00DA25DB"/>
    <w:rsid w:val="00DB7BD3"/>
    <w:rsid w:val="00DC2E26"/>
    <w:rsid w:val="00DE4218"/>
    <w:rsid w:val="00DE4A32"/>
    <w:rsid w:val="00DF42AC"/>
    <w:rsid w:val="00DF47BD"/>
    <w:rsid w:val="00E07BA5"/>
    <w:rsid w:val="00E24A5B"/>
    <w:rsid w:val="00E35B88"/>
    <w:rsid w:val="00E417B2"/>
    <w:rsid w:val="00E45FC0"/>
    <w:rsid w:val="00E76BEC"/>
    <w:rsid w:val="00E83760"/>
    <w:rsid w:val="00E93408"/>
    <w:rsid w:val="00EA0EE8"/>
    <w:rsid w:val="00EB149B"/>
    <w:rsid w:val="00EF4041"/>
    <w:rsid w:val="00EF54A5"/>
    <w:rsid w:val="00F04A17"/>
    <w:rsid w:val="00F4767A"/>
    <w:rsid w:val="00F53ECE"/>
    <w:rsid w:val="00F71668"/>
    <w:rsid w:val="00F76E1B"/>
    <w:rsid w:val="00F85F9F"/>
    <w:rsid w:val="00F93F49"/>
    <w:rsid w:val="00FB1913"/>
    <w:rsid w:val="00FC693F"/>
    <w:rsid w:val="00FE65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fef6f0"/>
    </o:shapedefaults>
    <o:shapelayout v:ext="edit">
      <o:idmap v:ext="edit" data="2"/>
    </o:shapelayout>
  </w:shapeDefaults>
  <w:decimalSymbol w:val=","/>
  <w:listSeparator w:val=";"/>
  <w14:docId w14:val="76EE6CD0"/>
  <w14:defaultImageDpi w14:val="300"/>
  <w15:docId w15:val="{34E7B377-6C82-42D5-BEB9-A0427489F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C693F"/>
  </w:style>
  <w:style w:type="paragraph" w:styleId="Kop1">
    <w:name w:val="heading 1"/>
    <w:basedOn w:val="Standaard"/>
    <w:next w:val="Standaard"/>
    <w:link w:val="Kop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Kop9">
    <w:name w:val="heading 9"/>
    <w:basedOn w:val="Standaard"/>
    <w:next w:val="Standaard"/>
    <w:link w:val="Kop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618BF"/>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E618BF"/>
  </w:style>
  <w:style w:type="paragraph" w:styleId="Voettekst">
    <w:name w:val="footer"/>
    <w:basedOn w:val="Standaard"/>
    <w:link w:val="VoettekstChar"/>
    <w:uiPriority w:val="99"/>
    <w:unhideWhenUsed/>
    <w:rsid w:val="00E618BF"/>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E618BF"/>
  </w:style>
  <w:style w:type="paragraph" w:styleId="Geenafstand">
    <w:name w:val="No Spacing"/>
    <w:uiPriority w:val="1"/>
    <w:qFormat/>
    <w:rsid w:val="00FC693F"/>
    <w:pPr>
      <w:spacing w:after="0" w:line="240" w:lineRule="auto"/>
    </w:pPr>
  </w:style>
  <w:style w:type="character" w:customStyle="1" w:styleId="Kop1Char">
    <w:name w:val="Kop 1 Char"/>
    <w:basedOn w:val="Standaardalinea-lettertype"/>
    <w:link w:val="Kop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FC693F"/>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FC693F"/>
    <w:rPr>
      <w:rFonts w:asciiTheme="majorHAnsi" w:eastAsiaTheme="majorEastAsia" w:hAnsiTheme="majorHAnsi" w:cstheme="majorBidi"/>
      <w:b/>
      <w:bCs/>
      <w:color w:val="4F81BD" w:themeColor="accent1"/>
    </w:rPr>
  </w:style>
  <w:style w:type="paragraph" w:styleId="Titel">
    <w:name w:val="Title"/>
    <w:basedOn w:val="Standaard"/>
    <w:next w:val="Standaard"/>
    <w:link w:val="Titel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FC693F"/>
    <w:rPr>
      <w:rFonts w:asciiTheme="majorHAnsi" w:eastAsiaTheme="majorEastAsia" w:hAnsiTheme="majorHAnsi" w:cstheme="majorBidi"/>
      <w:i/>
      <w:iCs/>
      <w:color w:val="4F81BD" w:themeColor="accent1"/>
      <w:spacing w:val="15"/>
      <w:sz w:val="24"/>
      <w:szCs w:val="24"/>
    </w:rPr>
  </w:style>
  <w:style w:type="paragraph" w:styleId="Lijstalinea">
    <w:name w:val="List Paragraph"/>
    <w:basedOn w:val="Standaard"/>
    <w:uiPriority w:val="34"/>
    <w:qFormat/>
    <w:rsid w:val="00FC693F"/>
    <w:pPr>
      <w:ind w:left="720"/>
      <w:contextualSpacing/>
    </w:pPr>
  </w:style>
  <w:style w:type="paragraph" w:styleId="Plattetekst">
    <w:name w:val="Body Text"/>
    <w:basedOn w:val="Standaard"/>
    <w:link w:val="PlattetekstChar"/>
    <w:uiPriority w:val="99"/>
    <w:unhideWhenUsed/>
    <w:rsid w:val="00AA1D8D"/>
    <w:pPr>
      <w:spacing w:after="120"/>
    </w:pPr>
  </w:style>
  <w:style w:type="character" w:customStyle="1" w:styleId="PlattetekstChar">
    <w:name w:val="Platte tekst Char"/>
    <w:basedOn w:val="Standaardalinea-lettertype"/>
    <w:link w:val="Plattetekst"/>
    <w:uiPriority w:val="99"/>
    <w:rsid w:val="00AA1D8D"/>
  </w:style>
  <w:style w:type="paragraph" w:styleId="Plattetekst2">
    <w:name w:val="Body Text 2"/>
    <w:basedOn w:val="Standaard"/>
    <w:link w:val="Plattetekst2Char"/>
    <w:uiPriority w:val="99"/>
    <w:unhideWhenUsed/>
    <w:rsid w:val="00AA1D8D"/>
    <w:pPr>
      <w:spacing w:after="120" w:line="480" w:lineRule="auto"/>
    </w:pPr>
  </w:style>
  <w:style w:type="character" w:customStyle="1" w:styleId="Plattetekst2Char">
    <w:name w:val="Platte tekst 2 Char"/>
    <w:basedOn w:val="Standaardalinea-lettertype"/>
    <w:link w:val="Plattetekst2"/>
    <w:uiPriority w:val="99"/>
    <w:rsid w:val="00AA1D8D"/>
  </w:style>
  <w:style w:type="paragraph" w:styleId="Plattetekst3">
    <w:name w:val="Body Text 3"/>
    <w:basedOn w:val="Standaard"/>
    <w:link w:val="Plattetekst3Char"/>
    <w:uiPriority w:val="99"/>
    <w:unhideWhenUsed/>
    <w:rsid w:val="00AA1D8D"/>
    <w:pPr>
      <w:spacing w:after="120"/>
    </w:pPr>
    <w:rPr>
      <w:sz w:val="16"/>
      <w:szCs w:val="16"/>
    </w:rPr>
  </w:style>
  <w:style w:type="character" w:customStyle="1" w:styleId="Plattetekst3Char">
    <w:name w:val="Platte tekst 3 Char"/>
    <w:basedOn w:val="Standaardalinea-lettertype"/>
    <w:link w:val="Plattetekst3"/>
    <w:uiPriority w:val="99"/>
    <w:rsid w:val="00AA1D8D"/>
    <w:rPr>
      <w:sz w:val="16"/>
      <w:szCs w:val="16"/>
    </w:rPr>
  </w:style>
  <w:style w:type="paragraph" w:styleId="Lijst">
    <w:name w:val="List"/>
    <w:basedOn w:val="Standaard"/>
    <w:uiPriority w:val="99"/>
    <w:unhideWhenUsed/>
    <w:rsid w:val="00AA1D8D"/>
    <w:pPr>
      <w:ind w:left="360" w:hanging="360"/>
      <w:contextualSpacing/>
    </w:pPr>
  </w:style>
  <w:style w:type="paragraph" w:styleId="Lijst2">
    <w:name w:val="List 2"/>
    <w:basedOn w:val="Standaard"/>
    <w:uiPriority w:val="99"/>
    <w:unhideWhenUsed/>
    <w:rsid w:val="00326F90"/>
    <w:pPr>
      <w:ind w:left="720" w:hanging="360"/>
      <w:contextualSpacing/>
    </w:pPr>
  </w:style>
  <w:style w:type="paragraph" w:styleId="Lijst3">
    <w:name w:val="List 3"/>
    <w:basedOn w:val="Standaard"/>
    <w:uiPriority w:val="99"/>
    <w:unhideWhenUsed/>
    <w:rsid w:val="00326F90"/>
    <w:pPr>
      <w:ind w:left="1080" w:hanging="360"/>
      <w:contextualSpacing/>
    </w:pPr>
  </w:style>
  <w:style w:type="paragraph" w:styleId="Lijstopsomteken">
    <w:name w:val="List Bullet"/>
    <w:basedOn w:val="Standaard"/>
    <w:uiPriority w:val="99"/>
    <w:unhideWhenUsed/>
    <w:rsid w:val="00326F90"/>
    <w:pPr>
      <w:numPr>
        <w:numId w:val="1"/>
      </w:numPr>
      <w:contextualSpacing/>
    </w:pPr>
  </w:style>
  <w:style w:type="paragraph" w:styleId="Lijstopsomteken2">
    <w:name w:val="List Bullet 2"/>
    <w:basedOn w:val="Standaard"/>
    <w:uiPriority w:val="99"/>
    <w:unhideWhenUsed/>
    <w:rsid w:val="00326F90"/>
    <w:pPr>
      <w:numPr>
        <w:numId w:val="2"/>
      </w:numPr>
      <w:contextualSpacing/>
    </w:pPr>
  </w:style>
  <w:style w:type="paragraph" w:styleId="Lijstopsomteken3">
    <w:name w:val="List Bullet 3"/>
    <w:basedOn w:val="Standaard"/>
    <w:uiPriority w:val="99"/>
    <w:unhideWhenUsed/>
    <w:rsid w:val="00326F90"/>
    <w:pPr>
      <w:numPr>
        <w:numId w:val="3"/>
      </w:numPr>
      <w:contextualSpacing/>
    </w:pPr>
  </w:style>
  <w:style w:type="paragraph" w:styleId="Lijstnummering">
    <w:name w:val="List Number"/>
    <w:basedOn w:val="Standaard"/>
    <w:uiPriority w:val="99"/>
    <w:unhideWhenUsed/>
    <w:rsid w:val="00326F90"/>
    <w:pPr>
      <w:numPr>
        <w:numId w:val="5"/>
      </w:numPr>
      <w:contextualSpacing/>
    </w:pPr>
  </w:style>
  <w:style w:type="paragraph" w:styleId="Lijstnummering2">
    <w:name w:val="List Number 2"/>
    <w:basedOn w:val="Standaard"/>
    <w:uiPriority w:val="99"/>
    <w:unhideWhenUsed/>
    <w:rsid w:val="0029639D"/>
    <w:pPr>
      <w:numPr>
        <w:numId w:val="6"/>
      </w:numPr>
      <w:contextualSpacing/>
    </w:pPr>
  </w:style>
  <w:style w:type="paragraph" w:styleId="Lijstnummering3">
    <w:name w:val="List Number 3"/>
    <w:basedOn w:val="Standaard"/>
    <w:uiPriority w:val="99"/>
    <w:unhideWhenUsed/>
    <w:rsid w:val="0029639D"/>
    <w:pPr>
      <w:numPr>
        <w:numId w:val="7"/>
      </w:numPr>
      <w:contextualSpacing/>
    </w:pPr>
  </w:style>
  <w:style w:type="paragraph" w:styleId="Lijstvoortzetting">
    <w:name w:val="List Continue"/>
    <w:basedOn w:val="Standaard"/>
    <w:uiPriority w:val="99"/>
    <w:unhideWhenUsed/>
    <w:rsid w:val="0029639D"/>
    <w:pPr>
      <w:spacing w:after="120"/>
      <w:ind w:left="360"/>
      <w:contextualSpacing/>
    </w:pPr>
  </w:style>
  <w:style w:type="paragraph" w:styleId="Lijstvoortzetting2">
    <w:name w:val="List Continue 2"/>
    <w:basedOn w:val="Standaard"/>
    <w:uiPriority w:val="99"/>
    <w:unhideWhenUsed/>
    <w:rsid w:val="0029639D"/>
    <w:pPr>
      <w:spacing w:after="120"/>
      <w:ind w:left="720"/>
      <w:contextualSpacing/>
    </w:pPr>
  </w:style>
  <w:style w:type="paragraph" w:styleId="Lijstvoortzetting3">
    <w:name w:val="List Continue 3"/>
    <w:basedOn w:val="Standaard"/>
    <w:uiPriority w:val="99"/>
    <w:unhideWhenUsed/>
    <w:rsid w:val="0029639D"/>
    <w:pPr>
      <w:spacing w:after="120"/>
      <w:ind w:left="1080"/>
      <w:contextualSpacing/>
    </w:pPr>
  </w:style>
  <w:style w:type="paragraph" w:styleId="Macrotekst">
    <w:name w:val="macro"/>
    <w:link w:val="Macroteks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kstChar">
    <w:name w:val="Macrotekst Char"/>
    <w:basedOn w:val="Standaardalinea-lettertype"/>
    <w:link w:val="Macrotekst"/>
    <w:uiPriority w:val="99"/>
    <w:rsid w:val="0029639D"/>
    <w:rPr>
      <w:rFonts w:ascii="Courier" w:hAnsi="Courier"/>
      <w:sz w:val="20"/>
      <w:szCs w:val="20"/>
    </w:rPr>
  </w:style>
  <w:style w:type="paragraph" w:styleId="Citaat">
    <w:name w:val="Quote"/>
    <w:basedOn w:val="Standaard"/>
    <w:next w:val="Standaard"/>
    <w:link w:val="CitaatChar"/>
    <w:uiPriority w:val="29"/>
    <w:qFormat/>
    <w:rsid w:val="00FC693F"/>
    <w:rPr>
      <w:i/>
      <w:iCs/>
      <w:color w:val="000000" w:themeColor="text1"/>
    </w:rPr>
  </w:style>
  <w:style w:type="character" w:customStyle="1" w:styleId="CitaatChar">
    <w:name w:val="Citaat Char"/>
    <w:basedOn w:val="Standaardalinea-lettertype"/>
    <w:link w:val="Citaat"/>
    <w:uiPriority w:val="29"/>
    <w:rsid w:val="00FC693F"/>
    <w:rPr>
      <w:i/>
      <w:iCs/>
      <w:color w:val="000000" w:themeColor="text1"/>
    </w:rPr>
  </w:style>
  <w:style w:type="character" w:customStyle="1" w:styleId="Kop4Char">
    <w:name w:val="Kop 4 Char"/>
    <w:basedOn w:val="Standaardalinea-lettertype"/>
    <w:link w:val="Kop4"/>
    <w:uiPriority w:val="9"/>
    <w:semiHidden/>
    <w:rsid w:val="00FC693F"/>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FC693F"/>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FC693F"/>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FC693F"/>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FC693F"/>
    <w:rPr>
      <w:rFonts w:asciiTheme="majorHAnsi" w:eastAsiaTheme="majorEastAsia" w:hAnsiTheme="majorHAnsi" w:cstheme="majorBidi"/>
      <w:color w:val="4F81BD" w:themeColor="accent1"/>
      <w:sz w:val="20"/>
      <w:szCs w:val="20"/>
    </w:rPr>
  </w:style>
  <w:style w:type="character" w:customStyle="1" w:styleId="Kop9Char">
    <w:name w:val="Kop 9 Char"/>
    <w:basedOn w:val="Standaardalinea-lettertype"/>
    <w:link w:val="Kop9"/>
    <w:uiPriority w:val="9"/>
    <w:semiHidden/>
    <w:rsid w:val="00FC693F"/>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FC693F"/>
    <w:pPr>
      <w:spacing w:line="240" w:lineRule="auto"/>
    </w:pPr>
    <w:rPr>
      <w:b/>
      <w:bCs/>
      <w:color w:val="4F81BD" w:themeColor="accent1"/>
      <w:sz w:val="18"/>
      <w:szCs w:val="18"/>
    </w:rPr>
  </w:style>
  <w:style w:type="character" w:styleId="Zwaar">
    <w:name w:val="Strong"/>
    <w:basedOn w:val="Standaardalinea-lettertype"/>
    <w:uiPriority w:val="22"/>
    <w:qFormat/>
    <w:rsid w:val="00FC693F"/>
    <w:rPr>
      <w:b/>
      <w:bCs/>
    </w:rPr>
  </w:style>
  <w:style w:type="character" w:styleId="Nadruk">
    <w:name w:val="Emphasis"/>
    <w:basedOn w:val="Standaardalinea-lettertype"/>
    <w:uiPriority w:val="20"/>
    <w:qFormat/>
    <w:rsid w:val="00FC693F"/>
    <w:rPr>
      <w:i/>
      <w:iCs/>
    </w:rPr>
  </w:style>
  <w:style w:type="paragraph" w:styleId="Duidelijkcitaat">
    <w:name w:val="Intense Quote"/>
    <w:basedOn w:val="Standaard"/>
    <w:next w:val="Standaard"/>
    <w:link w:val="Duidelijkcitaa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FC693F"/>
    <w:rPr>
      <w:b/>
      <w:bCs/>
      <w:i/>
      <w:iCs/>
      <w:color w:val="4F81BD" w:themeColor="accent1"/>
    </w:rPr>
  </w:style>
  <w:style w:type="character" w:styleId="Subtielebenadrukking">
    <w:name w:val="Subtle Emphasis"/>
    <w:basedOn w:val="Standaardalinea-lettertype"/>
    <w:uiPriority w:val="19"/>
    <w:qFormat/>
    <w:rsid w:val="00FC693F"/>
    <w:rPr>
      <w:i/>
      <w:iCs/>
      <w:color w:val="808080" w:themeColor="text1" w:themeTint="7F"/>
    </w:rPr>
  </w:style>
  <w:style w:type="character" w:styleId="Intensievebenadrukking">
    <w:name w:val="Intense Emphasis"/>
    <w:basedOn w:val="Standaardalinea-lettertype"/>
    <w:uiPriority w:val="21"/>
    <w:qFormat/>
    <w:rsid w:val="00FC693F"/>
    <w:rPr>
      <w:b/>
      <w:bCs/>
      <w:i/>
      <w:iCs/>
      <w:color w:val="4F81BD" w:themeColor="accent1"/>
    </w:rPr>
  </w:style>
  <w:style w:type="character" w:styleId="Subtieleverwijzing">
    <w:name w:val="Subtle Reference"/>
    <w:basedOn w:val="Standaardalinea-lettertype"/>
    <w:uiPriority w:val="31"/>
    <w:qFormat/>
    <w:rsid w:val="00FC693F"/>
    <w:rPr>
      <w:smallCaps/>
      <w:color w:val="C0504D" w:themeColor="accent2"/>
      <w:u w:val="single"/>
    </w:rPr>
  </w:style>
  <w:style w:type="character" w:styleId="Intensieveverwijzing">
    <w:name w:val="Intense Reference"/>
    <w:basedOn w:val="Standaardalinea-lettertype"/>
    <w:uiPriority w:val="32"/>
    <w:qFormat/>
    <w:rsid w:val="00FC693F"/>
    <w:rPr>
      <w:b/>
      <w:bCs/>
      <w:smallCaps/>
      <w:color w:val="C0504D" w:themeColor="accent2"/>
      <w:spacing w:val="5"/>
      <w:u w:val="single"/>
    </w:rPr>
  </w:style>
  <w:style w:type="character" w:styleId="Titelvanboek">
    <w:name w:val="Book Title"/>
    <w:basedOn w:val="Standaardalinea-lettertype"/>
    <w:uiPriority w:val="33"/>
    <w:qFormat/>
    <w:rsid w:val="00FC693F"/>
    <w:rPr>
      <w:b/>
      <w:bCs/>
      <w:smallCaps/>
      <w:spacing w:val="5"/>
    </w:rPr>
  </w:style>
  <w:style w:type="paragraph" w:styleId="Kopvaninhoudsopgave">
    <w:name w:val="TOC Heading"/>
    <w:basedOn w:val="Kop1"/>
    <w:next w:val="Standaard"/>
    <w:uiPriority w:val="39"/>
    <w:unhideWhenUsed/>
    <w:qFormat/>
    <w:rsid w:val="00FC693F"/>
    <w:pPr>
      <w:outlineLvl w:val="9"/>
    </w:pPr>
  </w:style>
  <w:style w:type="table" w:styleId="Tabelraster">
    <w:name w:val="Table Grid"/>
    <w:basedOn w:val="Standaardtabe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chtraster">
    <w:name w:val="Light Grid"/>
    <w:basedOn w:val="Standaardtabe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emiddeldearcering1">
    <w:name w:val="Medium Shading 1"/>
    <w:basedOn w:val="Standaardtabe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1">
    <w:name w:val="Medium Grid 1"/>
    <w:basedOn w:val="Standaardtabe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onkerelijst">
    <w:name w:val="Dark List"/>
    <w:basedOn w:val="Standaardtabe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leurrijkearcering">
    <w:name w:val="Colorful Shading"/>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raster">
    <w:name w:val="Colorful Grid"/>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Standaardalinea-lettertype"/>
    <w:uiPriority w:val="99"/>
    <w:unhideWhenUsed/>
    <w:rsid w:val="001D7513"/>
    <w:rPr>
      <w:color w:val="0000FF" w:themeColor="hyperlink"/>
      <w:u w:val="single"/>
    </w:rPr>
  </w:style>
  <w:style w:type="paragraph" w:styleId="Inhopg1">
    <w:name w:val="toc 1"/>
    <w:basedOn w:val="Standaard"/>
    <w:next w:val="Standaard"/>
    <w:autoRedefine/>
    <w:uiPriority w:val="39"/>
    <w:unhideWhenUsed/>
    <w:rsid w:val="001D7513"/>
    <w:pPr>
      <w:spacing w:after="100" w:line="360" w:lineRule="auto"/>
    </w:pPr>
    <w:rPr>
      <w:rFonts w:ascii="Arial" w:eastAsiaTheme="minorHAnsi" w:hAnsi="Arial" w:cs="Arial"/>
      <w:sz w:val="20"/>
      <w:szCs w:val="20"/>
      <w:lang w:val="nl-NL"/>
    </w:rPr>
  </w:style>
  <w:style w:type="paragraph" w:styleId="Inhopg2">
    <w:name w:val="toc 2"/>
    <w:basedOn w:val="Standaard"/>
    <w:next w:val="Standaard"/>
    <w:autoRedefine/>
    <w:uiPriority w:val="39"/>
    <w:unhideWhenUsed/>
    <w:rsid w:val="004863F3"/>
    <w:pPr>
      <w:spacing w:after="100"/>
      <w:ind w:left="220"/>
    </w:pPr>
  </w:style>
  <w:style w:type="table" w:customStyle="1" w:styleId="Tabelraster1">
    <w:name w:val="Tabelraster1"/>
    <w:basedOn w:val="Standaardtabel"/>
    <w:next w:val="Tabelraster"/>
    <w:uiPriority w:val="39"/>
    <w:rsid w:val="007345E8"/>
    <w:pPr>
      <w:spacing w:after="0" w:line="240" w:lineRule="auto"/>
    </w:pPr>
    <w:rPr>
      <w:rFonts w:eastAsia="Calibri"/>
    </w:rPr>
    <w:tblPr/>
  </w:style>
  <w:style w:type="table" w:customStyle="1" w:styleId="Tabelraster2">
    <w:name w:val="Tabelraster2"/>
    <w:basedOn w:val="Standaardtabel"/>
    <w:next w:val="Tabelraster"/>
    <w:uiPriority w:val="39"/>
    <w:rsid w:val="008154D8"/>
    <w:pPr>
      <w:spacing w:after="0" w:line="240" w:lineRule="auto"/>
    </w:pPr>
    <w:rPr>
      <w:rFonts w:eastAsia="Century Gothic"/>
      <w:kern w:val="2"/>
      <w:lang w:val="nl-NL"/>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39"/>
    <w:rsid w:val="007536A9"/>
    <w:pPr>
      <w:spacing w:after="0" w:line="240" w:lineRule="auto"/>
    </w:pPr>
    <w:rPr>
      <w:rFonts w:eastAsia="Century Gothic"/>
      <w:kern w:val="2"/>
      <w:lang w:val="nl-NL"/>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
    <w:name w:val="Tabelraster4"/>
    <w:basedOn w:val="Standaardtabel"/>
    <w:next w:val="Tabelraster"/>
    <w:uiPriority w:val="39"/>
    <w:rsid w:val="008419D5"/>
    <w:pPr>
      <w:spacing w:after="0" w:line="240" w:lineRule="auto"/>
    </w:pPr>
    <w:rPr>
      <w:rFonts w:eastAsia="Century Gothic"/>
      <w:kern w:val="2"/>
      <w:lang w:val="nl-NL"/>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327B03"/>
    <w:rPr>
      <w:sz w:val="16"/>
      <w:szCs w:val="16"/>
    </w:rPr>
  </w:style>
  <w:style w:type="paragraph" w:styleId="Tekstopmerking">
    <w:name w:val="annotation text"/>
    <w:basedOn w:val="Standaard"/>
    <w:link w:val="TekstopmerkingChar"/>
    <w:uiPriority w:val="99"/>
    <w:unhideWhenUsed/>
    <w:rsid w:val="00327B03"/>
    <w:pPr>
      <w:spacing w:line="240" w:lineRule="auto"/>
    </w:pPr>
    <w:rPr>
      <w:sz w:val="20"/>
      <w:szCs w:val="20"/>
    </w:rPr>
  </w:style>
  <w:style w:type="character" w:customStyle="1" w:styleId="TekstopmerkingChar">
    <w:name w:val="Tekst opmerking Char"/>
    <w:basedOn w:val="Standaardalinea-lettertype"/>
    <w:link w:val="Tekstopmerking"/>
    <w:uiPriority w:val="99"/>
    <w:rsid w:val="00327B03"/>
    <w:rPr>
      <w:sz w:val="20"/>
      <w:szCs w:val="20"/>
    </w:rPr>
  </w:style>
  <w:style w:type="paragraph" w:styleId="Onderwerpvanopmerking">
    <w:name w:val="annotation subject"/>
    <w:basedOn w:val="Tekstopmerking"/>
    <w:next w:val="Tekstopmerking"/>
    <w:link w:val="OnderwerpvanopmerkingChar"/>
    <w:uiPriority w:val="99"/>
    <w:semiHidden/>
    <w:unhideWhenUsed/>
    <w:rsid w:val="00327B03"/>
    <w:rPr>
      <w:b/>
      <w:bCs/>
    </w:rPr>
  </w:style>
  <w:style w:type="character" w:customStyle="1" w:styleId="OnderwerpvanopmerkingChar">
    <w:name w:val="Onderwerp van opmerking Char"/>
    <w:basedOn w:val="TekstopmerkingChar"/>
    <w:link w:val="Onderwerpvanopmerking"/>
    <w:uiPriority w:val="99"/>
    <w:semiHidden/>
    <w:rsid w:val="00327B03"/>
    <w:rPr>
      <w:b/>
      <w:bCs/>
      <w:sz w:val="20"/>
      <w:szCs w:val="20"/>
    </w:rPr>
  </w:style>
  <w:style w:type="character" w:styleId="Onopgelostemelding">
    <w:name w:val="Unresolved Mention"/>
    <w:basedOn w:val="Standaardalinea-lettertype"/>
    <w:uiPriority w:val="99"/>
    <w:semiHidden/>
    <w:unhideWhenUsed/>
    <w:rsid w:val="004806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mijn.nationaalcohortonderzoek.nl/" TargetMode="External"/><Relationship Id="rId26" Type="http://schemas.openxmlformats.org/officeDocument/2006/relationships/hyperlink" Target="https://doi.org/10.5281/zenodo.13645775"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waarstaatjegemeente.nl" TargetMode="External"/><Relationship Id="rId25" Type="http://schemas.openxmlformats.org/officeDocument/2006/relationships/footer" Target="footer3.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allecijfers.nl" TargetMode="External"/><Relationship Id="rId20" Type="http://schemas.openxmlformats.org/officeDocument/2006/relationships/hyperlink" Target="http://www.kansenkloof.nl" TargetMode="External"/><Relationship Id="rId29" Type="http://schemas.openxmlformats.org/officeDocument/2006/relationships/hyperlink" Target="https://zoek.officielebekendmakingen.nl/stb-2021-320.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2.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tiff"/><Relationship Id="rId23" Type="http://schemas.openxmlformats.org/officeDocument/2006/relationships/footer" Target="footer2.xml"/><Relationship Id="rId28" Type="http://schemas.openxmlformats.org/officeDocument/2006/relationships/hyperlink" Target="https://montessori.nl/professionals/wp-content/uploads/sites/2/2024/07/C15-Montessori-en-burgerschapsonderwijs-2022.pdf" TargetMode="External"/><Relationship Id="rId10" Type="http://schemas.openxmlformats.org/officeDocument/2006/relationships/endnotes" Target="endnotes.xml"/><Relationship Id="rId19" Type="http://schemas.openxmlformats.org/officeDocument/2006/relationships/hyperlink" Target="http://www.kansenkaart.nl" TargetMode="External"/><Relationship Id="rId31" Type="http://schemas.openxmlformats.org/officeDocument/2006/relationships/hyperlink" Target="https://www.slo.nl/thema/meer/actualisatie-kerndoelen-examenprogramma/actualisatie-kerndoelen/definitieve-conceptkerndoelen/@24982/definitieve-conceptkerndoelen-burgersch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5281/zenodo.17738072" TargetMode="External"/><Relationship Id="rId22" Type="http://schemas.openxmlformats.org/officeDocument/2006/relationships/footer" Target="footer1.xml"/><Relationship Id="rId27" Type="http://schemas.openxmlformats.org/officeDocument/2006/relationships/hyperlink" Target="https://doi.org/10.5281/zenodo.17738072" TargetMode="External"/><Relationship Id="rId30" Type="http://schemas.openxmlformats.org/officeDocument/2006/relationships/hyperlink" Target="https://hdl.handle.net/20.500.11884/2dd5e70dbf79-411e-9e7c-5af5ab249b6a"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800926EA3FAD4DB7757F243867ED53" ma:contentTypeVersion="17" ma:contentTypeDescription="Een nieuw document maken." ma:contentTypeScope="" ma:versionID="e0d0716aca0ceaf8746d1cdbdc424ae1">
  <xsd:schema xmlns:xsd="http://www.w3.org/2001/XMLSchema" xmlns:xs="http://www.w3.org/2001/XMLSchema" xmlns:p="http://schemas.microsoft.com/office/2006/metadata/properties" xmlns:ns2="cea22e19-627d-4d78-88cc-3a6190e88f6c" xmlns:ns3="6c73e52c-07d4-4617-ab67-464747257e8d" xmlns:ns4="664b76ce-628b-4afe-971b-fa66a6fe3ccf" targetNamespace="http://schemas.microsoft.com/office/2006/metadata/properties" ma:root="true" ma:fieldsID="1299f6c186455e42c73d180d9afcdba0" ns2:_="" ns3:_="" ns4:_="">
    <xsd:import namespace="cea22e19-627d-4d78-88cc-3a6190e88f6c"/>
    <xsd:import namespace="6c73e52c-07d4-4617-ab67-464747257e8d"/>
    <xsd:import namespace="664b76ce-628b-4afe-971b-fa66a6fe3ccf"/>
    <xsd:element name="properties">
      <xsd:complexType>
        <xsd:sequence>
          <xsd:element name="documentManagement">
            <xsd:complexType>
              <xsd:all>
                <xsd:element ref="ns3:c6664f9864b54a78bdf9e6230de1c78b" minOccurs="0"/>
                <xsd:element ref="ns2:TaxCatchAll" minOccurs="0"/>
                <xsd:element ref="ns4:MediaServiceMetadata" minOccurs="0"/>
                <xsd:element ref="ns4:MediaServiceFastMetadata" minOccurs="0"/>
                <xsd:element ref="ns4:lcf76f155ced4ddcb4097134ff3c332f" minOccurs="0"/>
                <xsd:element ref="ns4:MediaServiceOCR" minOccurs="0"/>
                <xsd:element ref="ns4:MediaServiceGenerationTime" minOccurs="0"/>
                <xsd:element ref="ns4:MediaServiceEventHashCode" minOccurs="0"/>
                <xsd:element ref="ns2:SharedWithUsers" minOccurs="0"/>
                <xsd:element ref="ns2:SharedWithDetails" minOccurs="0"/>
                <xsd:element ref="ns4:MediaServiceDateTaken" minOccurs="0"/>
                <xsd:element ref="ns4:MediaServiceLocation" minOccurs="0"/>
                <xsd:element ref="ns4:MediaLengthInSeconds"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a22e19-627d-4d78-88cc-3a6190e88f6c"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6aaad570-1892-4b7b-a2fe-d523279250f1}" ma:internalName="TaxCatchAll" ma:showField="CatchAllData" ma:web="cea22e19-627d-4d78-88cc-3a6190e88f6c">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73e52c-07d4-4617-ab67-464747257e8d" elementFormDefault="qualified">
    <xsd:import namespace="http://schemas.microsoft.com/office/2006/documentManagement/types"/>
    <xsd:import namespace="http://schemas.microsoft.com/office/infopath/2007/PartnerControls"/>
    <xsd:element name="c6664f9864b54a78bdf9e6230de1c78b" ma:index="9" nillable="true" ma:taxonomy="true" ma:internalName="c6664f9864b54a78bdf9e6230de1c78b" ma:taxonomyFieldName="Saxion_Organisatie" ma:displayName="Organisatie" ma:fieldId="{c6664f98-64b5-4a78-bdf9-e6230de1c78b}" ma:sspId="ea23b583-fc58-4aef-a739-6987dbfb3358" ma:termSetId="f5ce510c-de11-4010-8708-f2f2dfd0e37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64b76ce-628b-4afe-971b-fa66a6fe3cc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lcf76f155ced4ddcb4097134ff3c332f" ma:index="14" nillable="true" ma:taxonomy="true" ma:internalName="lcf76f155ced4ddcb4097134ff3c332f" ma:taxonomyFieldName="MediaServiceImageTags" ma:displayName="Afbeeldingtags" ma:readOnly="false" ma:fieldId="{5cf76f15-5ced-4ddc-b409-7134ff3c332f}" ma:taxonomyMulti="true" ma:sspId="ea23b583-fc58-4aef-a739-6987dbfb335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6664f9864b54a78bdf9e6230de1c78b xmlns="6c73e52c-07d4-4617-ab67-464747257e8d">
      <Terms xmlns="http://schemas.microsoft.com/office/infopath/2007/PartnerControls"/>
    </c6664f9864b54a78bdf9e6230de1c78b>
    <TaxCatchAll xmlns="cea22e19-627d-4d78-88cc-3a6190e88f6c" xsi:nil="true"/>
    <lcf76f155ced4ddcb4097134ff3c332f xmlns="664b76ce-628b-4afe-971b-fa66a6fe3cc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5FE160-FFD9-41EE-986B-782017AE9D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a22e19-627d-4d78-88cc-3a6190e88f6c"/>
    <ds:schemaRef ds:uri="6c73e52c-07d4-4617-ab67-464747257e8d"/>
    <ds:schemaRef ds:uri="664b76ce-628b-4afe-971b-fa66a6fe3c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41854D-B0AA-494E-8D7C-EF4E5C78AD23}">
  <ds:schemaRefs>
    <ds:schemaRef ds:uri="http://schemas.microsoft.com/office/2006/metadata/properties"/>
    <ds:schemaRef ds:uri="http://schemas.microsoft.com/office/infopath/2007/PartnerControls"/>
    <ds:schemaRef ds:uri="6c73e52c-07d4-4617-ab67-464747257e8d"/>
    <ds:schemaRef ds:uri="cea22e19-627d-4d78-88cc-3a6190e88f6c"/>
    <ds:schemaRef ds:uri="664b76ce-628b-4afe-971b-fa66a6fe3ccf"/>
  </ds:schemaRefs>
</ds:datastoreItem>
</file>

<file path=customXml/itemProps3.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customXml/itemProps4.xml><?xml version="1.0" encoding="utf-8"?>
<ds:datastoreItem xmlns:ds="http://schemas.openxmlformats.org/officeDocument/2006/customXml" ds:itemID="{5836A264-3B80-4860-9A77-A36AD33918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3616</Words>
  <Characters>19888</Characters>
  <Application>Microsoft Office Word</Application>
  <DocSecurity>0</DocSecurity>
  <Lines>165</Lines>
  <Paragraphs>46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23458</CharactersWithSpaces>
  <SharedDoc>false</SharedDoc>
  <HyperlinkBase/>
  <HLinks>
    <vt:vector size="126" baseType="variant">
      <vt:variant>
        <vt:i4>1900600</vt:i4>
      </vt:variant>
      <vt:variant>
        <vt:i4>93</vt:i4>
      </vt:variant>
      <vt:variant>
        <vt:i4>0</vt:i4>
      </vt:variant>
      <vt:variant>
        <vt:i4>5</vt:i4>
      </vt:variant>
      <vt:variant>
        <vt:lpwstr>https://www.slo.nl/thema/meer/actualisatie-kerndoelen-examenprogramma/actualisatie-kerndoelen/definitieve-conceptkerndoelen/@24982/definitieve-conceptkerndoelen-burgerscha/</vt:lpwstr>
      </vt:variant>
      <vt:variant>
        <vt:lpwstr/>
      </vt:variant>
      <vt:variant>
        <vt:i4>327687</vt:i4>
      </vt:variant>
      <vt:variant>
        <vt:i4>90</vt:i4>
      </vt:variant>
      <vt:variant>
        <vt:i4>0</vt:i4>
      </vt:variant>
      <vt:variant>
        <vt:i4>5</vt:i4>
      </vt:variant>
      <vt:variant>
        <vt:lpwstr>https://zoek.officielebekendmakingen.nl/stb-2021-320.html</vt:lpwstr>
      </vt:variant>
      <vt:variant>
        <vt:lpwstr/>
      </vt:variant>
      <vt:variant>
        <vt:i4>6357040</vt:i4>
      </vt:variant>
      <vt:variant>
        <vt:i4>87</vt:i4>
      </vt:variant>
      <vt:variant>
        <vt:i4>0</vt:i4>
      </vt:variant>
      <vt:variant>
        <vt:i4>5</vt:i4>
      </vt:variant>
      <vt:variant>
        <vt:lpwstr>https://montessori.nl/professionals/wp-content/uploads/sites/2/2024/07/C15-Montessori-en-burgerschapsonderwijs-2022.pdf</vt:lpwstr>
      </vt:variant>
      <vt:variant>
        <vt:lpwstr/>
      </vt:variant>
      <vt:variant>
        <vt:i4>7536691</vt:i4>
      </vt:variant>
      <vt:variant>
        <vt:i4>84</vt:i4>
      </vt:variant>
      <vt:variant>
        <vt:i4>0</vt:i4>
      </vt:variant>
      <vt:variant>
        <vt:i4>5</vt:i4>
      </vt:variant>
      <vt:variant>
        <vt:lpwstr>https://doi.org/10.5281/zenodo.17738072</vt:lpwstr>
      </vt:variant>
      <vt:variant>
        <vt:lpwstr/>
      </vt:variant>
      <vt:variant>
        <vt:i4>8323127</vt:i4>
      </vt:variant>
      <vt:variant>
        <vt:i4>81</vt:i4>
      </vt:variant>
      <vt:variant>
        <vt:i4>0</vt:i4>
      </vt:variant>
      <vt:variant>
        <vt:i4>5</vt:i4>
      </vt:variant>
      <vt:variant>
        <vt:lpwstr>https://doi.org/10.5281/zenodo.13645775</vt:lpwstr>
      </vt:variant>
      <vt:variant>
        <vt:lpwstr/>
      </vt:variant>
      <vt:variant>
        <vt:i4>6815853</vt:i4>
      </vt:variant>
      <vt:variant>
        <vt:i4>78</vt:i4>
      </vt:variant>
      <vt:variant>
        <vt:i4>0</vt:i4>
      </vt:variant>
      <vt:variant>
        <vt:i4>5</vt:i4>
      </vt:variant>
      <vt:variant>
        <vt:lpwstr>http://www.kansenkloof.nl/</vt:lpwstr>
      </vt:variant>
      <vt:variant>
        <vt:lpwstr/>
      </vt:variant>
      <vt:variant>
        <vt:i4>7602301</vt:i4>
      </vt:variant>
      <vt:variant>
        <vt:i4>75</vt:i4>
      </vt:variant>
      <vt:variant>
        <vt:i4>0</vt:i4>
      </vt:variant>
      <vt:variant>
        <vt:i4>5</vt:i4>
      </vt:variant>
      <vt:variant>
        <vt:lpwstr>http://www.kansenkaart.nl/</vt:lpwstr>
      </vt:variant>
      <vt:variant>
        <vt:lpwstr/>
      </vt:variant>
      <vt:variant>
        <vt:i4>4194388</vt:i4>
      </vt:variant>
      <vt:variant>
        <vt:i4>72</vt:i4>
      </vt:variant>
      <vt:variant>
        <vt:i4>0</vt:i4>
      </vt:variant>
      <vt:variant>
        <vt:i4>5</vt:i4>
      </vt:variant>
      <vt:variant>
        <vt:lpwstr>http://mijn.nationaalcohortonderzoek.nl/</vt:lpwstr>
      </vt:variant>
      <vt:variant>
        <vt:lpwstr/>
      </vt:variant>
      <vt:variant>
        <vt:i4>7602277</vt:i4>
      </vt:variant>
      <vt:variant>
        <vt:i4>69</vt:i4>
      </vt:variant>
      <vt:variant>
        <vt:i4>0</vt:i4>
      </vt:variant>
      <vt:variant>
        <vt:i4>5</vt:i4>
      </vt:variant>
      <vt:variant>
        <vt:lpwstr>http://www.waarstaatjegemeente.nl/</vt:lpwstr>
      </vt:variant>
      <vt:variant>
        <vt:lpwstr/>
      </vt:variant>
      <vt:variant>
        <vt:i4>7864422</vt:i4>
      </vt:variant>
      <vt:variant>
        <vt:i4>66</vt:i4>
      </vt:variant>
      <vt:variant>
        <vt:i4>0</vt:i4>
      </vt:variant>
      <vt:variant>
        <vt:i4>5</vt:i4>
      </vt:variant>
      <vt:variant>
        <vt:lpwstr>http://www.allecijfers.nl/</vt:lpwstr>
      </vt:variant>
      <vt:variant>
        <vt:lpwstr/>
      </vt:variant>
      <vt:variant>
        <vt:i4>7536691</vt:i4>
      </vt:variant>
      <vt:variant>
        <vt:i4>63</vt:i4>
      </vt:variant>
      <vt:variant>
        <vt:i4>0</vt:i4>
      </vt:variant>
      <vt:variant>
        <vt:i4>5</vt:i4>
      </vt:variant>
      <vt:variant>
        <vt:lpwstr>https://doi.org/10.5281/zenodo.17738072</vt:lpwstr>
      </vt:variant>
      <vt:variant>
        <vt:lpwstr/>
      </vt:variant>
      <vt:variant>
        <vt:i4>1769531</vt:i4>
      </vt:variant>
      <vt:variant>
        <vt:i4>56</vt:i4>
      </vt:variant>
      <vt:variant>
        <vt:i4>0</vt:i4>
      </vt:variant>
      <vt:variant>
        <vt:i4>5</vt:i4>
      </vt:variant>
      <vt:variant>
        <vt:lpwstr/>
      </vt:variant>
      <vt:variant>
        <vt:lpwstr>_Toc218259461</vt:lpwstr>
      </vt:variant>
      <vt:variant>
        <vt:i4>1769531</vt:i4>
      </vt:variant>
      <vt:variant>
        <vt:i4>50</vt:i4>
      </vt:variant>
      <vt:variant>
        <vt:i4>0</vt:i4>
      </vt:variant>
      <vt:variant>
        <vt:i4>5</vt:i4>
      </vt:variant>
      <vt:variant>
        <vt:lpwstr/>
      </vt:variant>
      <vt:variant>
        <vt:lpwstr>_Toc218259460</vt:lpwstr>
      </vt:variant>
      <vt:variant>
        <vt:i4>1572923</vt:i4>
      </vt:variant>
      <vt:variant>
        <vt:i4>44</vt:i4>
      </vt:variant>
      <vt:variant>
        <vt:i4>0</vt:i4>
      </vt:variant>
      <vt:variant>
        <vt:i4>5</vt:i4>
      </vt:variant>
      <vt:variant>
        <vt:lpwstr/>
      </vt:variant>
      <vt:variant>
        <vt:lpwstr>_Toc218259459</vt:lpwstr>
      </vt:variant>
      <vt:variant>
        <vt:i4>1572923</vt:i4>
      </vt:variant>
      <vt:variant>
        <vt:i4>38</vt:i4>
      </vt:variant>
      <vt:variant>
        <vt:i4>0</vt:i4>
      </vt:variant>
      <vt:variant>
        <vt:i4>5</vt:i4>
      </vt:variant>
      <vt:variant>
        <vt:lpwstr/>
      </vt:variant>
      <vt:variant>
        <vt:lpwstr>_Toc218259458</vt:lpwstr>
      </vt:variant>
      <vt:variant>
        <vt:i4>1572923</vt:i4>
      </vt:variant>
      <vt:variant>
        <vt:i4>32</vt:i4>
      </vt:variant>
      <vt:variant>
        <vt:i4>0</vt:i4>
      </vt:variant>
      <vt:variant>
        <vt:i4>5</vt:i4>
      </vt:variant>
      <vt:variant>
        <vt:lpwstr/>
      </vt:variant>
      <vt:variant>
        <vt:lpwstr>_Toc218259457</vt:lpwstr>
      </vt:variant>
      <vt:variant>
        <vt:i4>1572923</vt:i4>
      </vt:variant>
      <vt:variant>
        <vt:i4>26</vt:i4>
      </vt:variant>
      <vt:variant>
        <vt:i4>0</vt:i4>
      </vt:variant>
      <vt:variant>
        <vt:i4>5</vt:i4>
      </vt:variant>
      <vt:variant>
        <vt:lpwstr/>
      </vt:variant>
      <vt:variant>
        <vt:lpwstr>_Toc218259456</vt:lpwstr>
      </vt:variant>
      <vt:variant>
        <vt:i4>1572923</vt:i4>
      </vt:variant>
      <vt:variant>
        <vt:i4>20</vt:i4>
      </vt:variant>
      <vt:variant>
        <vt:i4>0</vt:i4>
      </vt:variant>
      <vt:variant>
        <vt:i4>5</vt:i4>
      </vt:variant>
      <vt:variant>
        <vt:lpwstr/>
      </vt:variant>
      <vt:variant>
        <vt:lpwstr>_Toc218259455</vt:lpwstr>
      </vt:variant>
      <vt:variant>
        <vt:i4>1572923</vt:i4>
      </vt:variant>
      <vt:variant>
        <vt:i4>14</vt:i4>
      </vt:variant>
      <vt:variant>
        <vt:i4>0</vt:i4>
      </vt:variant>
      <vt:variant>
        <vt:i4>5</vt:i4>
      </vt:variant>
      <vt:variant>
        <vt:lpwstr/>
      </vt:variant>
      <vt:variant>
        <vt:lpwstr>_Toc218259454</vt:lpwstr>
      </vt:variant>
      <vt:variant>
        <vt:i4>1572923</vt:i4>
      </vt:variant>
      <vt:variant>
        <vt:i4>8</vt:i4>
      </vt:variant>
      <vt:variant>
        <vt:i4>0</vt:i4>
      </vt:variant>
      <vt:variant>
        <vt:i4>5</vt:i4>
      </vt:variant>
      <vt:variant>
        <vt:lpwstr/>
      </vt:variant>
      <vt:variant>
        <vt:lpwstr>_Toc218259453</vt:lpwstr>
      </vt:variant>
      <vt:variant>
        <vt:i4>1572923</vt:i4>
      </vt:variant>
      <vt:variant>
        <vt:i4>2</vt:i4>
      </vt:variant>
      <vt:variant>
        <vt:i4>0</vt:i4>
      </vt:variant>
      <vt:variant>
        <vt:i4>5</vt:i4>
      </vt:variant>
      <vt:variant>
        <vt:lpwstr/>
      </vt:variant>
      <vt:variant>
        <vt:lpwstr>_Toc218259452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Lida Klaver</cp:lastModifiedBy>
  <cp:revision>2</cp:revision>
  <dcterms:created xsi:type="dcterms:W3CDTF">2026-01-02T15:10:00Z</dcterms:created>
  <dcterms:modified xsi:type="dcterms:W3CDTF">2026-01-02T15:10:00Z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0x01010024800926EA3FAD4DB7757F243867ED53</vt:lpwstr>
  </property>
  <property fmtid="{D5CDD505-2E9C-101B-9397-08002B2CF9AE}" pid="3" name="Saxion_Organisatie">
    <vt:lpwstr/>
  </property>
  <property fmtid="{D5CDD505-2E9C-101B-9397-08002B2CF9AE}" pid="4" name="MediaServiceImageTags">
    <vt:lpwstr/>
  </property>
</Properties>
</file>